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Плуг (збірка)</w:t>
      </w:r>
    </w:p>
    <w:p>
      <w:r>
        <w:br/>
        <w:t xml:space="preserve"> Братові Євгену Тичині присвячую</w:t>
      </w:r>
    </w:p>
    <w:p>
      <w:r>
        <w:br/>
        <w:t>Плуг&lt;br /&gt;</w:t>
        <w:br/>
        <w:t>Сійте.&lt;br /&gt;</w:t>
        <w:br/>
        <w:t>І Бєлий, і Блок…&lt;br /&gt;</w:t>
        <w:br/>
        <w:t>На майдані…&lt;br /&gt;</w:t>
        <w:br/>
        <w:t>Як упав же він…&lt;br /&gt;</w:t>
        <w:br/>
        <w:t>Перезорюють зорі…&lt;br /&gt;</w:t>
        <w:br/>
        <w:t>І буде так…&lt;br /&gt;</w:t>
        <w:br/>
        <w:t>Міжпланетні інтервали…&lt;br /&gt;</w:t>
        <w:br/>
        <w:t>Зразу ж за селом…&lt;br /&gt;</w:t>
        <w:br/>
        <w:t>На могилі Шевченка. I&lt;br /&gt;</w:t>
        <w:br/>
        <w:t>На могилі Шевченка. II&lt;br /&gt;</w:t>
        <w:br/>
        <w:t>На могилі Шевченка. ІІІ&lt;br /&gt;</w:t>
        <w:br/>
        <w:t>Месія&lt;br /&gt;</w:t>
        <w:br/>
        <w:t>Із циклу "Сотворіння Світу". І&lt;br /&gt;</w:t>
        <w:br/>
        <w:t>Із циклу "Сотворіння Світу". II&lt;br /&gt;</w:t>
        <w:br/>
        <w:t>Із циклу "Сотворіння Світу". ІІІ&lt;br /&gt;</w:t>
        <w:br/>
        <w:t>Листи до поета. Триптих&lt;br /&gt;</w:t>
        <w:br/>
        <w:t>Мадонно моя…&lt;br /&gt;</w:t>
        <w:br/>
        <w:t>Псалом залізу. I&lt;br /&gt;</w:t>
        <w:br/>
        <w:t>Псалом залізу. II&lt;br /&gt;</w:t>
        <w:br/>
        <w:t>Псалом залізу. ІІІ&lt;br /&gt;</w:t>
        <w:br/>
        <w:t>Псалом залізу. IV&lt;br /&gt;</w:t>
        <w:br/>
        <w:t>Ронделі. I&lt;br /&gt;</w:t>
        <w:br/>
        <w:t>Ронделі. II&lt;br /&gt;</w:t>
        <w:br/>
        <w:t>26 — II (11 — III). I&lt;br /&gt;</w:t>
        <w:br/>
        <w:t>26 — II (11 — III). II&lt;br /&gt;</w:t>
        <w:br/>
        <w:t>Я знаю…&lt;br /&gt;</w:t>
        <w:br/>
        <w:t>Гнатові Михайличенку&lt;br /&gt;</w:t>
        <w:br/>
        <w:t>Один в любов…&lt;br /&gt;</w:t>
        <w:br/>
        <w:t>Плюсклим пророкам&lt;br /&gt;</w:t>
        <w:br/>
        <w:t>Паліть універсали…</w:t>
      </w:r>
    </w:p>
    <w:p>
      <w:r>
        <w:br/>
        <w:t>Плуг</w:t>
      </w:r>
    </w:p>
    <w:p>
      <w:r>
        <w:br/>
        <w:t>Вітер.&lt;br /&gt;</w:t>
        <w:br/>
        <w:t>Не вітер — буря!&lt;br /&gt;</w:t>
        <w:br/>
        <w:t>Трощить, ламає, з землі вириває…&lt;br /&gt;</w:t>
        <w:br/>
        <w:t>За чорними хмарами&lt;br /&gt;</w:t>
        <w:br/>
        <w:t>(з блиском! ударами!)&lt;br /&gt;</w:t>
        <w:br/>
        <w:t>за чорними хмарами мільйон мільйонів&lt;br /&gt;</w:t>
        <w:br/>
        <w:t>мускулястих рук…&lt;br /&gt;</w:t>
        <w:br/>
        <w:t>Котить. У землю врізає&lt;br /&gt;</w:t>
        <w:br/>
        <w:t>(чи то місто, дорога, чи луг)&lt;br /&gt;</w:t>
        <w:br/>
        <w:t>у землю плуг.&lt;br /&gt;</w:t>
        <w:br/>
        <w:t>А на землі люди, звірі й сади,&lt;br /&gt;</w:t>
        <w:br/>
        <w:t>а на землі боги і храми:&lt;br /&gt;</w:t>
        <w:br/>
        <w:t>о пройди, пройди над нами,&lt;br /&gt;</w:t>
        <w:br/>
        <w:t>розсуди!&lt;br /&gt;</w:t>
        <w:br/>
        <w:t>Й були такі, що тікали.&lt;br /&gt;</w:t>
        <w:br/>
        <w:t>В печери, озера, ліси.&lt;br /&gt;</w:t>
        <w:br/>
        <w:t>— Що ти за сило єси? —&lt;br /&gt;</w:t>
        <w:br/>
        <w:t>питали.&lt;br /&gt;</w:t>
        <w:br/>
        <w:t>І ніхто з них не радів, не співав.&lt;br /&gt;</w:t>
        <w:br/>
        <w:t>(Огняного коня вітер гнав —&lt;br /&gt;</w:t>
        <w:br/>
        <w:t>огняного коня —&lt;br /&gt;</w:t>
        <w:br/>
        <w:t>в ночі-)&lt;br /&gt;</w:t>
        <w:br/>
        <w:t>І тільки їх мертві, розплющені очі&lt;br /&gt;</w:t>
        <w:br/>
        <w:t>відбили всю красу нового дня!&lt;br /&gt;</w:t>
        <w:br/>
        <w:t>Очі.</w:t>
      </w:r>
    </w:p>
    <w:p>
      <w:r>
        <w:br/>
        <w:t>Сійте.</w:t>
      </w:r>
    </w:p>
    <w:p>
      <w:r>
        <w:br/>
        <w:t>Сійте в рахманний чорнозем&lt;br /&gt;</w:t>
        <w:br/>
        <w:t>з піснею, грою…&lt;br /&gt;</w:t>
        <w:br/>
        <w:t>Над долиною, низом —&lt;br /&gt;</w:t>
        <w:br/>
        <w:t>сонце горою!</w:t>
      </w:r>
    </w:p>
    <w:p>
      <w:r>
        <w:br/>
        <w:t>Робіте — прокинувся вулик.&lt;br /&gt;</w:t>
        <w:br/>
        <w:t>Тверезить земля:&lt;br /&gt;</w:t>
        <w:br/>
        <w:t>од вас я, од вас тільки волі —&lt;br /&gt;</w:t>
        <w:br/>
        <w:t>жодних кривлянь!</w:t>
      </w:r>
    </w:p>
    <w:p>
      <w:r>
        <w:br/>
        <w:t>Будьте безумні — не зимні.&lt;br /&gt;</w:t>
        <w:br/>
        <w:t>Нові, по нові марсельєзи!&lt;br /&gt;</w:t>
        <w:br/>
        <w:t>Направо, наліво мечі —&lt;br /&gt;</w:t>
        <w:br/>
        <w:t>ставте дієзи в ключі!</w:t>
      </w:r>
    </w:p>
    <w:p>
      <w:r>
        <w:br/>
        <w:t>Ударте у мідь, обезхмарте!&lt;br /&gt;</w:t>
        <w:br/>
        <w:t>Вірте (не лірте!), ідіть,&lt;br /&gt;</w:t>
        <w:br/>
        <w:t>фанфарами крикніть вночі:&lt;br /&gt;</w:t>
        <w:br/>
        <w:t>дієзи, дієзи в ключі!</w:t>
      </w:r>
    </w:p>
    <w:p>
      <w:r>
        <w:br/>
        <w:t>І Бєлий, і Блок…</w:t>
      </w:r>
    </w:p>
    <w:p>
      <w:r>
        <w:br/>
        <w:t>І Бєлий, і Блок, і Єсенін, і Клюєв:&lt;br /&gt;</w:t>
        <w:br/>
        <w:t>Росіє, Росіє, Росіє моя!..&lt;br /&gt;</w:t>
        <w:br/>
        <w:t>Стоїть сторозтерзаний Київ,&lt;br /&gt;</w:t>
        <w:br/>
        <w:t>і двістірозіп'ятий я.</w:t>
      </w:r>
    </w:p>
    <w:p>
      <w:r>
        <w:br/>
        <w:t>Там скрізь уже: сонце! — співають: Месія! —&lt;br /&gt;</w:t>
        <w:br/>
        <w:t>Тумани, долини, болотяна путь…&lt;br /&gt;</w:t>
        <w:br/>
        <w:t>Воздвигне Вкраїна свойого Мойсея, —&lt;br /&gt;</w:t>
        <w:br/>
        <w:t>не може ж так буть!</w:t>
      </w:r>
    </w:p>
    <w:p>
      <w:r>
        <w:br/>
        <w:t>Не може ж так буть, о, я чую, я знаю.&lt;br /&gt;</w:t>
        <w:br/>
        <w:t>Під регіт і бурю, під грім од повстань&lt;br /&gt;</w:t>
        <w:br/>
        <w:t>од всіх своїх нервів у степ посилаю —&lt;br /&gt;</w:t>
        <w:br/>
        <w:t>поете, устань!</w:t>
      </w:r>
    </w:p>
    <w:p>
      <w:r>
        <w:br/>
        <w:t>Чорнозем підвівся і дивиться в вічі,&lt;br /&gt;</w:t>
        <w:br/>
        <w:t>і кривить обличчя в кривавий свій сміх.&lt;br /&gt;</w:t>
        <w:br/>
        <w:t>Поете, любити свій край не є злочин,&lt;br /&gt;</w:t>
        <w:br/>
        <w:t>коли це для всіх!</w:t>
      </w:r>
    </w:p>
    <w:p>
      <w:r>
        <w:br/>
        <w:t>На майдані…</w:t>
      </w:r>
    </w:p>
    <w:p>
      <w:r>
        <w:br/>
        <w:t>На майдані коло церкви&lt;br /&gt;</w:t>
        <w:br/>
        <w:t>революція іде.&lt;br /&gt;</w:t>
        <w:br/>
        <w:t>— Хай чабан! — усі гукнули:&lt;br /&gt;</w:t>
        <w:br/>
        <w:t>за отамана буде.</w:t>
      </w:r>
    </w:p>
    <w:p>
      <w:r>
        <w:br/>
        <w:t>Прощавайте, ждіте волі, —&lt;br /&gt;</w:t>
        <w:br/>
        <w:t>гей, на коні, всі у путь!&lt;br /&gt;</w:t>
        <w:br/>
        <w:t>Закипіло, зашуміло —&lt;br /&gt;</w:t>
        <w:br/>
        <w:t>тільки прапори цвітуть…</w:t>
      </w:r>
    </w:p>
    <w:p>
      <w:r>
        <w:br/>
        <w:t>На майдані коло церкви&lt;br /&gt;</w:t>
        <w:br/>
        <w:t>посмутились матері:&lt;br /&gt;</w:t>
        <w:br/>
        <w:t>та світи ж ти їм дорогу,&lt;br /&gt;</w:t>
        <w:br/>
        <w:t>ясен місяць угорі!</w:t>
      </w:r>
    </w:p>
    <w:p>
      <w:r>
        <w:br/>
        <w:t>На майдані пил спадає.&lt;br /&gt;</w:t>
        <w:br/>
        <w:t>Замовкає річ…&lt;br /&gt;</w:t>
        <w:br/>
        <w:t>Вечір.&lt;br /&gt;</w:t>
        <w:br/>
        <w:t>Ніч.</w:t>
      </w:r>
    </w:p>
    <w:p>
      <w:r>
        <w:br/>
        <w:t>Як упав же він…</w:t>
      </w:r>
    </w:p>
    <w:p>
      <w:r>
        <w:br/>
        <w:t>Як упав же він з коня&lt;br /&gt;</w:t>
        <w:br/>
        <w:t>та й на білий сніг.&lt;br /&gt;</w:t>
        <w:br/>
        <w:t>— Слава! Слава! — докотилось&lt;br /&gt;</w:t>
        <w:br/>
        <w:t>і лягло до ніг.</w:t>
      </w:r>
    </w:p>
    <w:p>
      <w:r>
        <w:br/>
        <w:t>Ще ж як руку притулив&lt;br /&gt;</w:t>
        <w:br/>
        <w:t>к серцю ік свому.&lt;br /&gt;</w:t>
        <w:br/>
        <w:t>Рад би ще він раз побачить&lt;br /&gt;</w:t>
        <w:br/>
        <w:t>отаку зиму.</w:t>
      </w:r>
    </w:p>
    <w:p>
      <w:r>
        <w:br/>
        <w:t>Гей, рубали ворогів&lt;br /&gt;</w:t>
        <w:br/>
        <w:t>та по всіх фронтах!&lt;br /&gt;</w:t>
        <w:br/>
        <w:t>З криком сів на груди ворон,&lt;br /&gt;</w:t>
        <w:br/>
        <w:t>чорний ворон-птах.</w:t>
      </w:r>
    </w:p>
    <w:p>
      <w:r>
        <w:br/>
        <w:t>Вдарив революцьонер —&lt;br /&gt;</w:t>
        <w:br/>
        <w:t>захитався світ!&lt;br /&gt;</w:t>
        <w:br/>
        <w:t>Як вмирав у чистім полі —&lt;br /&gt;</w:t>
        <w:br/>
        <w:t>слав усім привіт.</w:t>
      </w:r>
    </w:p>
    <w:p>
      <w:r>
        <w:br/>
        <w:t>Перезорюють зорі…</w:t>
      </w:r>
    </w:p>
    <w:p>
      <w:r>
        <w:br/>
        <w:t>Перезорюють зорі.&lt;br /&gt;</w:t>
        <w:br/>
        <w:t>Переночують ніч.&lt;br /&gt;</w:t>
        <w:br/>
        <w:t>На східень у всі сторони —&lt;br /&gt;</w:t>
        <w:br/>
        <w:t>меч! меч! меч!</w:t>
      </w:r>
    </w:p>
    <w:p>
      <w:r>
        <w:br/>
        <w:t>З піснями, з молотками! —&lt;br /&gt;</w:t>
        <w:br/>
        <w:t>(мотив-локомотив!) —&lt;br /&gt;</w:t>
        <w:br/>
        <w:t>Назустріч їм заводи,&lt;br /&gt;</w:t>
        <w:br/>
        <w:t>води, жита…</w:t>
      </w:r>
    </w:p>
    <w:p>
      <w:r>
        <w:br/>
        <w:t>В її — напнуті перса!&lt;br /&gt;</w:t>
        <w:br/>
        <w:t>Він ввесь — локомотив! —&lt;br /&gt;</w:t>
        <w:br/>
        <w:t>Назустріч їм заводи,&lt;br /&gt;</w:t>
        <w:br/>
        <w:t>води, жита…</w:t>
      </w:r>
    </w:p>
    <w:p>
      <w:r>
        <w:br/>
        <w:t>Як стомляться — обнявшись,&lt;br /&gt;</w:t>
        <w:br/>
        <w:t>на спадень знову спать.&lt;br /&gt;</w:t>
        <w:br/>
        <w:t>Од тіла їх пахучого&lt;br /&gt;</w:t>
        <w:br/>
        <w:t>росяний піт…</w:t>
      </w:r>
    </w:p>
    <w:p>
      <w:r>
        <w:br/>
        <w:t>І буде так…</w:t>
      </w:r>
    </w:p>
    <w:p>
      <w:r>
        <w:br/>
        <w:t>І буде так —&lt;br /&gt;</w:t>
        <w:br/>
        <w:t>Сліпі: де ж те небо — я не бачу?&lt;br /&gt;</w:t>
        <w:br/>
        <w:t>Глухі: мені здається, правду я б почув!&lt;br /&gt;</w:t>
        <w:br/>
        <w:t>Каліки: плачу,&lt;br /&gt;</w:t>
        <w:br/>
        <w:t>Од болю кричу!</w:t>
      </w:r>
    </w:p>
    <w:p>
      <w:r>
        <w:br/>
        <w:t>І буде так —&lt;br /&gt;</w:t>
        <w:br/>
        <w:t>Фальшиве небо сміхом хтось розколе.&lt;br /&gt;</w:t>
        <w:br/>
        <w:t>І стане світ новий і люди, як боги.&lt;br /&gt;</w:t>
        <w:br/>
        <w:t>І скрізь, де буде поле, —&lt;br /&gt;</w:t>
        <w:br/>
        <w:t>Плуги, плуги…</w:t>
      </w:r>
    </w:p>
    <w:p>
      <w:r>
        <w:br/>
        <w:t>Міжпланетні інтервали…</w:t>
      </w:r>
    </w:p>
    <w:p>
      <w:r>
        <w:br/>
        <w:t>Міжпланетні інтервали!&lt;br /&gt;</w:t>
        <w:br/>
        <w:t>Сонце (скрізь цей сон!), Юпітер…&lt;br /&gt;</w:t>
        <w:br/>
        <w:t>А між ними не хорали —&lt;br /&gt;</w:t>
        <w:br/>
        <w:t>Вітер</w:t>
      </w:r>
    </w:p>
    <w:p>
      <w:r>
        <w:br/>
        <w:t>Марс — як бога! — Марс, Венера…&lt;br /&gt;</w:t>
        <w:br/>
        <w:t>— скрізь там ждуть як бога друга:&lt;br /&gt;</w:t>
        <w:br/>
        <w:t>Очі революцьонера,&lt;br /&gt;</w:t>
        <w:br/>
        <w:t>Туга</w:t>
      </w:r>
    </w:p>
    <w:p>
      <w:r>
        <w:br/>
        <w:t>Крик в міжзоряному лоні:&lt;br /&gt;</w:t>
        <w:br/>
        <w:t>Ми б цвіли, пили б веселе! —&lt;br /&gt;</w:t>
        <w:br/>
        <w:t>Так душа, душа в полоні,&lt;br /&gt;</w:t>
        <w:br/>
        <w:t>Леле</w:t>
      </w:r>
    </w:p>
    <w:p>
      <w:r>
        <w:br/>
        <w:t>Ми б як трави, як отави…&lt;br /&gt;</w:t>
        <w:br/>
        <w:t>Так ті ж самі скрізь прокльони!&lt;br /&gt;</w:t>
        <w:br/>
        <w:t>Крають серце не октави —&lt;br /&gt;</w:t>
        <w:br/>
        <w:t>Нони</w:t>
      </w:r>
    </w:p>
    <w:p>
      <w:r>
        <w:br/>
        <w:t>Зразу ж за селом…</w:t>
      </w:r>
    </w:p>
    <w:p>
      <w:r>
        <w:br/>
        <w:t>Зразу ж за селом —&lt;br /&gt;</w:t>
        <w:br/>
        <w:t>всіх їх розстріляли,&lt;br /&gt;</w:t>
        <w:br/>
        <w:t>всіх пороздягали,&lt;br /&gt;</w:t>
        <w:br/>
        <w:t>з мертвих насміхали,&lt;br /&gt;</w:t>
        <w:br/>
        <w:t>били їм чолом.</w:t>
      </w:r>
    </w:p>
    <w:p>
      <w:r>
        <w:br/>
        <w:t>Випала ж зима! —&lt;br /&gt;</w:t>
        <w:br/>
        <w:t>Що тепер всім воля, в&lt;br /&gt;</w:t>
        <w:br/>
        <w:t>різали вам поля,&lt;br /&gt;</w:t>
        <w:br/>
        <w:t>в головах тополя,&lt;br /&gt;</w:t>
        <w:br/>
        <w:t>а голів нема.</w:t>
      </w:r>
    </w:p>
    <w:p>
      <w:r>
        <w:br/>
        <w:t>Як зчорніла ніч —&lt;br /&gt;</w:t>
        <w:br/>
        <w:t>за селом світило,&lt;br /&gt;</w:t>
        <w:br/>
        <w:t>з співами ходило,&lt;br /&gt;</w:t>
        <w:br/>
        <w:t>берегло, кадило&lt;br /&gt;</w:t>
        <w:br/>
        <w:t>безневинну січ.</w:t>
      </w:r>
    </w:p>
    <w:p>
      <w:r>
        <w:br/>
        <w:t>На могилі Шевченка. I</w:t>
      </w:r>
    </w:p>
    <w:p>
      <w:r>
        <w:br/>
        <w:t>І, уклонившись праху,&lt;br /&gt;</w:t>
        <w:br/>
        <w:t>ми сходили з гори.&lt;br /&gt;</w:t>
        <w:br/>
        <w:t>— І знов тиран. І знов неволя.&lt;br /&gt;</w:t>
        <w:br/>
        <w:t>Хрипкий, далекий пароплав&lt;br /&gt;</w:t>
        <w:br/>
        <w:t>сигару закурив…&lt;br /&gt;</w:t>
        <w:br/>
        <w:t>Сонхвиля.&lt;br /&gt;</w:t>
        <w:br/>
        <w:t>Як раптом за Дніпром хтось викресав огню.&lt;br /&gt;</w:t>
        <w:br/>
        <w:t>Уперся в дощові стовпи,&lt;br /&gt;</w:t>
        <w:br/>
        <w:t>струснув:&lt;br /&gt;</w:t>
        <w:br/>
        <w:t>пий, земле, пий!&lt;br /&gt;</w:t>
        <w:br/>
        <w:t>упийся од повстань!&lt;br /&gt;</w:t>
        <w:br/>
        <w:t>…Забринів струнний гнів.&lt;br /&gt;</w:t>
        <w:br/>
        <w:t>Заходили дерева і пристань.&lt;br /&gt;</w:t>
        <w:br/>
        <w:t>І човни полякались, мов коні…&lt;br /&gt;</w:t>
        <w:br/>
        <w:t>Червоно-си'-зеле' дугасто сказало всім здрастуй —&lt;br /&gt;</w:t>
        <w:br/>
        <w:t>і почало брать воду.&lt;br /&gt;</w:t>
        <w:br/>
        <w:t>А в мені —&lt;br /&gt;</w:t>
        <w:br/>
        <w:t>(забринів струнний гнів) —&lt;br /&gt;</w:t>
        <w:br/>
        <w:t>Ой, буде ще потопу,&lt;br /&gt;</w:t>
        <w:br/>
        <w:t>і сміху,&lt;br /&gt;</w:t>
        <w:br/>
        <w:t>і вина.</w:t>
      </w:r>
    </w:p>
    <w:p>
      <w:r>
        <w:br/>
        <w:t>На могилі Шевченка. II</w:t>
      </w:r>
    </w:p>
    <w:p>
      <w:r>
        <w:br/>
        <w:t>Спинились ми на "Чайці".&lt;br /&gt;</w:t>
        <w:br/>
        <w:t>Васильченко з "Кармелюком",&lt;br /&gt;</w:t>
        <w:br/>
        <w:t>я — з "Сковородою".&lt;br /&gt;</w:t>
        <w:br/>
        <w:t>Пригадую: в ріці задумавсь місяць…&lt;br /&gt;</w:t>
        <w:br/>
        <w:t>А на веранді над водою&lt;br /&gt;</w:t>
        <w:br/>
        <w:t>пісні і карти круг стола:&lt;br /&gt;</w:t>
        <w:br/>
        <w:t>приїхали, бач, до Тараса&lt;br /&gt;</w:t>
        <w:br/>
        <w:t>од Скоропадського Павла,&lt;br /&gt;</w:t>
        <w:br/>
        <w:t>од свинопаса!&lt;br /&gt;</w:t>
        <w:br/>
        <w:t>Жалілися: нема добра,&lt;br /&gt;</w:t>
        <w:br/>
        <w:t>а ми ж добра всім хочем.&lt;br /&gt;</w:t>
        <w:br/>
        <w:t>Росію нам "собрать" пора!&lt;br /&gt;</w:t>
        <w:br/>
        <w:t>Павлу послужим "между прочим",&lt;br /&gt;</w:t>
        <w:br/>
        <w:t>а там…&lt;br /&gt;</w:t>
        <w:br/>
        <w:t>Кривавивсь місяць по краях.&lt;br /&gt;</w:t>
        <w:br/>
        <w:t>Заснув товариш мій селюк.&lt;br /&gt;</w:t>
        <w:br/>
        <w:t>…а там не випустим із рук!&lt;br /&gt;</w:t>
        <w:br/>
        <w:t>І враз заплакала вода…&lt;br /&gt;</w:t>
        <w:br/>
        <w:t>І ні в кого було спитать:&lt;br /&gt;</w:t>
        <w:br/>
        <w:t>кого ж нам на Вкраїну ждать?&lt;br /&gt;</w:t>
        <w:br/>
        <w:t>— Кармелюк.&lt;br /&gt;</w:t>
        <w:br/>
        <w:t>— Сковорода.</w:t>
      </w:r>
    </w:p>
    <w:p>
      <w:r>
        <w:br/>
        <w:t>На могилі Шевченка. ІІІ</w:t>
      </w:r>
    </w:p>
    <w:p>
      <w:r>
        <w:br/>
        <w:t>А за Трипіллям на горі&lt;br /&gt;</w:t>
        <w:br/>
        <w:t>уже гримів Зелений.&lt;br /&gt;</w:t>
        <w:br/>
        <w:t>Заворушилися в Таращі…&lt;br /&gt;</w:t>
        <w:br/>
        <w:t>— дощі, дощі —&lt;br /&gt;</w:t>
        <w:br/>
        <w:t>Пішли ми в Канів.&lt;br /&gt;</w:t>
        <w:br/>
        <w:t>Вишневі вулички, базар.&lt;br /&gt;</w:t>
        <w:br/>
        <w:t>Театр немов обора.&lt;br /&gt;</w:t>
        <w:br/>
        <w:t>А вниз, до річки, від Собора —&lt;br /&gt;</w:t>
        <w:br/>
        <w:t>все яр та яр…&lt;br /&gt;</w:t>
        <w:br/>
        <w:t>Кого ж то б'ють? — І це свобода?&lt;br /&gt;</w:t>
        <w:br/>
        <w:t>— Мовчи! карательний отряд&lt;br /&gt;</w:t>
        <w:br/>
        <w:t>не може взяти хабара? —&lt;br /&gt;</w:t>
        <w:br/>
        <w:t>Коли вже здохне лютий гад&lt;br /&gt;</w:t>
        <w:br/>
        <w:t>і не душитиме народа!&lt;br /&gt;</w:t>
        <w:br/>
        <w:t>Вертаємось… — Пора!&lt;br /&gt;</w:t>
        <w:br/>
        <w:t>Пора! — стрічають нас на "Чайці".&lt;br /&gt;</w:t>
        <w:br/>
        <w:t>Куди пора? тікать? від кого?&lt;br /&gt;</w:t>
        <w:br/>
        <w:t>Підем і ми в повстанці — сміємось.&lt;br /&gt;</w:t>
        <w:br/>
        <w:t>І хтось промовив:&lt;br /&gt;</w:t>
        <w:br/>
        <w:t>чекайте,&lt;br /&gt;</w:t>
        <w:br/>
        <w:t>отут живе ж десь Винниченко.&lt;br /&gt;</w:t>
        <w:br/>
        <w:t>… Ой Княжа Гора!&lt;br /&gt;</w:t>
        <w:br/>
        <w:t>височенька.</w:t>
      </w:r>
    </w:p>
    <w:p>
      <w:r>
        <w:br/>
        <w:t>Месія</w:t>
      </w:r>
    </w:p>
    <w:p>
      <w:r>
        <w:br/>
        <w:t>Уявляю —&lt;br /&gt;</w:t>
        <w:br/>
        <w:t>(страшна мить!) —&lt;br /&gt;</w:t>
        <w:br/>
        <w:t>Прийде, заридає з одчаю&lt;br /&gt;</w:t>
        <w:br/>
        <w:t>і сонце затьмить.&lt;br /&gt;</w:t>
        <w:br/>
        <w:t>Хтось кине слово п'яне:&lt;br /&gt;</w:t>
        <w:br/>
        <w:t>— В розстріл! на тротуар!&lt;br /&gt;</w:t>
        <w:br/>
        <w:t>І місяць встане&lt;br /&gt;</w:t>
        <w:br/>
        <w:t>як на пожар.&lt;br /&gt;</w:t>
        <w:br/>
        <w:t>Замість дощу, замість роси —&lt;br /&gt;</w:t>
        <w:br/>
        <w:t>каміння з неба…&lt;br /&gt;</w:t>
        <w:br/>
        <w:t>І чиїсь голоси:&lt;br /&gt;</w:t>
        <w:br/>
        <w:t>— Не треба! не треба!&lt;br /&gt;</w:t>
        <w:br/>
        <w:t>Каліка, поспішаючи кудись, наступить на дитину.&lt;br /&gt;</w:t>
        <w:br/>
        <w:t>І всі будуть кричать без упину:&lt;br /&gt;</w:t>
        <w:br/>
        <w:t>— Месію! Вітайте Месію!&lt;br /&gt;</w:t>
        <w:br/>
        <w:t>— Осанна Йому, Він прийшов!&lt;br /&gt;</w:t>
        <w:br/>
        <w:t>І кров&lt;br /&gt;</w:t>
        <w:br/>
        <w:t>смертний екстаз перетворить у мрію.</w:t>
      </w:r>
    </w:p>
    <w:p>
      <w:r>
        <w:br/>
        <w:t>Із циклу "Сотворіння Світу". І</w:t>
      </w:r>
    </w:p>
    <w:p>
      <w:r>
        <w:br/>
        <w:t>Спервовіку не було нічого —&lt;br /&gt;</w:t>
        <w:br/>
        <w:t>тільки сила,&lt;br /&gt;</w:t>
        <w:br/>
        <w:t>рух!</w:t>
      </w:r>
    </w:p>
    <w:p>
      <w:r>
        <w:br/>
        <w:t>Спервовіку замість бога&lt;br /&gt;</w:t>
        <w:br/>
        <w:t>огняні крила,&lt;br /&gt;</w:t>
        <w:br/>
        <w:t>а над усім дух…</w:t>
      </w:r>
    </w:p>
    <w:p>
      <w:r>
        <w:br/>
        <w:t>І підняв огонь свої долоні:&lt;br /&gt;</w:t>
        <w:br/>
        <w:t>бурі веселі! —&lt;br /&gt;</w:t>
        <w:br/>
        <w:t>хоче думать туман.</w:t>
      </w:r>
    </w:p>
    <w:p>
      <w:r>
        <w:br/>
        <w:t>Змовкли хори червоні.&lt;br /&gt;</w:t>
        <w:br/>
        <w:t>І встали скелі.&lt;br /&gt;</w:t>
        <w:br/>
        <w:t>Зашумів океан…</w:t>
      </w:r>
    </w:p>
    <w:p>
      <w:r>
        <w:br/>
        <w:t>день перший</w:t>
      </w:r>
    </w:p>
    <w:p>
      <w:r>
        <w:br/>
        <w:t>Із циклу "Сотворіння Світу". II</w:t>
      </w:r>
    </w:p>
    <w:p>
      <w:r>
        <w:br/>
        <w:t>Вже би' заснув сиз вечір.&lt;br /&gt;</w:t>
        <w:br/>
        <w:t>Заснула Єва — тихо.&lt;br /&gt;</w:t>
        <w:br/>
        <w:t>Лежить отара — ніч.</w:t>
      </w:r>
    </w:p>
    <w:p>
      <w:r>
        <w:br/>
        <w:t>Адам з шатра виходить.&lt;br /&gt;</w:t>
        <w:br/>
        <w:t>Прийшов і став — печера.&lt;br /&gt;</w:t>
        <w:br/>
        <w:t>Розклав огонь — кує.</w:t>
      </w:r>
    </w:p>
    <w:p>
      <w:r>
        <w:br/>
        <w:t>Взоріли бяху зорі.&lt;br /&gt;</w:t>
        <w:br/>
        <w:t>Збудилась Єва — тихо.&lt;br /&gt;</w:t>
        <w:br/>
        <w:t>Дзвенить залізо? — ніч.</w:t>
      </w:r>
    </w:p>
    <w:p>
      <w:r>
        <w:br/>
        <w:t>Прийшла: йди спать! — не чує.&lt;br /&gt;</w:t>
        <w:br/>
        <w:t>Стоїть Адам — задумавсь.&lt;br /&gt;</w:t>
        <w:br/>
        <w:t>А коло нього — плуг.</w:t>
      </w:r>
    </w:p>
    <w:p>
      <w:r>
        <w:br/>
        <w:t>день другий</w:t>
      </w:r>
    </w:p>
    <w:p>
      <w:r>
        <w:br/>
        <w:t>Із циклу "Сотворіння Світу". ІІІ</w:t>
      </w:r>
    </w:p>
    <w:p>
      <w:r>
        <w:br/>
        <w:t>Пустили бідних на поталу&lt;br /&gt;</w:t>
        <w:br/>
        <w:t>займанщині і капіталу.&lt;br /&gt;</w:t>
        <w:br/>
        <w:t>Самі ж на трон і як царі.</w:t>
      </w:r>
    </w:p>
    <w:p>
      <w:r>
        <w:br/>
        <w:t>"Ми тут внизу, боги вгорі.&lt;br /&gt;</w:t>
        <w:br/>
        <w:t>Ідіть на фабрики й копальні,&lt;br /&gt;</w:t>
        <w:br/>
        <w:t>нещасні торбарі!"</w:t>
      </w:r>
    </w:p>
    <w:p>
      <w:r>
        <w:br/>
        <w:t>Гукнули бідні: ближні й дальні!&lt;br /&gt;</w:t>
        <w:br/>
        <w:t>Не телеграми привітальні,&lt;br /&gt;</w:t>
        <w:br/>
        <w:t>а кулю в лоба глитаям!</w:t>
      </w:r>
    </w:p>
    <w:p>
      <w:r>
        <w:br/>
        <w:t>Візьмім, візьмім на гострі леза!&lt;br /&gt;</w:t>
        <w:br/>
        <w:t>Всім краям —&lt;br /&gt;</w:t>
        <w:br/>
        <w:t>Марсельєза!</w:t>
      </w:r>
    </w:p>
    <w:p>
      <w:r>
        <w:br/>
        <w:t>день передостанній</w:t>
      </w:r>
    </w:p>
    <w:p>
      <w:r>
        <w:br/>
        <w:t>Листи до поета. Триптих</w:t>
      </w:r>
    </w:p>
    <w:p>
      <w:r>
        <w:br/>
        <w:t>І.</w:t>
      </w:r>
    </w:p>
    <w:p>
      <w:r>
        <w:br/>
        <w:t>Еллади карта, Коцюбинський,&lt;br /&gt;</w:t>
        <w:br/>
        <w:t>на етажерці лебідь:&lt;br /&gt;</w:t>
        <w:br/>
        <w:t>оце і вся моя кімната, —&lt;br /&gt;</w:t>
        <w:br/>
        <w:t>заходьте коли-небудь!</w:t>
      </w:r>
    </w:p>
    <w:p>
      <w:r>
        <w:br/>
        <w:t>Я привітаю, наче друга.&lt;br /&gt;</w:t>
        <w:br/>
        <w:t>Ах, я давно Вас ждала,&lt;br /&gt;</w:t>
        <w:br/>
        <w:t>ще як над книжкою поезій&lt;br /&gt;</w:t>
        <w:br/>
        <w:t>сміялася, ридала.</w:t>
      </w:r>
    </w:p>
    <w:p>
      <w:r>
        <w:br/>
        <w:t>Мені все сниться: сонце, співи,&lt;br /&gt;</w:t>
        <w:br/>
        <w:t>і Ви, і день весняний, —&lt;br /&gt;</w:t>
        <w:br/>
        <w:t>І от я з Вами вже знайома,&lt;br /&gt;</w:t>
        <w:br/>
        <w:t>поете мій коханий.</w:t>
      </w:r>
    </w:p>
    <w:p>
      <w:r>
        <w:br/>
        <w:t>Прийдіть сьогодні: в мене вдома&lt;br /&gt;</w:t>
        <w:br/>
        <w:t>лиш я сама та квіти.&lt;br /&gt;</w:t>
        <w:br/>
        <w:t>Я цілий вечір буду ждати,&lt;br /&gt;</w:t>
        <w:br/>
        <w:t>боятись і радіти…</w:t>
      </w:r>
    </w:p>
    <w:p>
      <w:r>
        <w:br/>
        <w:t>ІІ.</w:t>
      </w:r>
    </w:p>
    <w:p>
      <w:r>
        <w:br/>
        <w:t>Ви десь, мабуть, не з наших сіл,&lt;br /&gt;</w:t>
        <w:br/>
        <w:t>або ж… о ні, не смію.&lt;br /&gt;</w:t>
        <w:br/>
        <w:t>Читала Вас я — і не все,&lt;br /&gt;</w:t>
        <w:br/>
        <w:t>не все я розумію.</w:t>
      </w:r>
    </w:p>
    <w:p>
      <w:r>
        <w:br/>
        <w:t>Чи я у полі, чи в лісу —&lt;br /&gt;</w:t>
        <w:br/>
        <w:t>усе мені здається:&lt;br /&gt;</w:t>
        <w:br/>
        <w:t>у Вас у книжці неживе,&lt;br /&gt;</w:t>
        <w:br/>
        <w:t>а тут живе, сміється…</w:t>
      </w:r>
    </w:p>
    <w:p>
      <w:r>
        <w:br/>
        <w:t>Про Вас недавно хтось писав:&lt;br /&gt;</w:t>
        <w:br/>
        <w:t>"Поезії окраса".&lt;br /&gt;</w:t>
        <w:br/>
        <w:t>А все ж таки у Вас не так,&lt;br /&gt;</w:t>
        <w:br/>
        <w:t>не так, як у Тараса.</w:t>
      </w:r>
    </w:p>
    <w:p>
      <w:r>
        <w:br/>
        <w:t>Про все в Вас єсть: і за народ,&lt;br /&gt;</w:t>
        <w:br/>
        <w:t>і за недолю краю.&lt;br /&gt;</w:t>
        <w:br/>
        <w:t>А як до серця те узять —&lt;br /&gt;</w:t>
        <w:br/>
        <w:t>даруйте, я не знаю.</w:t>
      </w:r>
    </w:p>
    <w:p>
      <w:r>
        <w:br/>
        <w:t>ІІІ.</w:t>
      </w:r>
    </w:p>
    <w:p>
      <w:r>
        <w:br/>
        <w:t>Я комуністка, ходжу в "чужому",&lt;br /&gt;</w:t>
        <w:br/>
        <w:t>обрізала косу. —&lt;br /&gt;</w:t>
        <w:br/>
        <w:t>І Вам не соромно співати&lt;br /&gt;</w:t>
        <w:br/>
        <w:t>в цей час про сонце, про красу?</w:t>
      </w:r>
    </w:p>
    <w:p>
      <w:r>
        <w:br/>
        <w:t>Пишу до Вас, бо так схотіла.&lt;br /&gt;</w:t>
        <w:br/>
        <w:t>Скажіть мені:&lt;br /&gt;</w:t>
        <w:br/>
        <w:t>кому потрібні рахітичні&lt;br /&gt;</w:t>
        <w:br/>
        <w:t>оті сонети та пісні?</w:t>
      </w:r>
    </w:p>
    <w:p>
      <w:r>
        <w:br/>
        <w:t>Народу, скажете? голодним? —&lt;br /&gt;</w:t>
        <w:br/>
        <w:t>Нещасна, жалка ж та рука,&lt;br /&gt;</w:t>
        <w:br/>
        <w:t>що тріолетами годує&lt;br /&gt;</w:t>
        <w:br/>
        <w:t>робітника.</w:t>
      </w:r>
    </w:p>
    <w:p>
      <w:r>
        <w:br/>
        <w:t>Поки прощайте, не здивуйте —&lt;br /&gt;</w:t>
        <w:br/>
        <w:t>це ж не любовний лист.&lt;br /&gt;</w:t>
        <w:br/>
        <w:t>А втім скажу: Ви — сила,&lt;br /&gt;</w:t>
        <w:br/>
        <w:t>і з Вас ще буде комуніст.</w:t>
      </w:r>
    </w:p>
    <w:p>
      <w:r>
        <w:br/>
        <w:t>Мадонно моя…</w:t>
      </w:r>
    </w:p>
    <w:p>
      <w:r>
        <w:br/>
        <w:t>І.</w:t>
      </w:r>
    </w:p>
    <w:p>
      <w:r>
        <w:br/>
        <w:t>Мадонно моя, Пренепорочна Маріє,&lt;br /&gt;</w:t>
        <w:br/>
        <w:t>прославлена в віках!&lt;br /&gt;</w:t>
        <w:br/>
        <w:t>На наших самотніх вівтарях&lt;br /&gt;</w:t>
        <w:br/>
        <w:t>лиш вітер віє…</w:t>
      </w:r>
    </w:p>
    <w:p>
      <w:r>
        <w:br/>
        <w:t>Пройди над нами з омофором,&lt;br /&gt;</w:t>
        <w:br/>
        <w:t>заридай над селом. —&lt;br /&gt;</w:t>
        <w:br/>
        <w:t>Уже ми Тобі ані піснь, ні псалом&lt;br /&gt;</w:t>
        <w:br/>
        <w:t>не воспоєм диким хором.</w:t>
      </w:r>
    </w:p>
    <w:p>
      <w:r>
        <w:br/>
        <w:t>— Жона відважна, діва гріховна&lt;br /&gt;</w:t>
        <w:br/>
        <w:t>гряде до нас.&lt;br /&gt;</w:t>
        <w:br/>
        <w:t>Нагая — без одежі, без прикрас —&lt;br /&gt;</w:t>
        <w:br/>
        <w:t>чарує, мов та рожа повна.</w:t>
      </w:r>
    </w:p>
    <w:p>
      <w:r>
        <w:br/>
        <w:t>Схились, Мадонно, на причілок&lt;br /&gt;</w:t>
        <w:br/>
        <w:t>останньої хати в селі.&lt;br /&gt;</w:t>
        <w:br/>
        <w:t>Усміхнись — і пійди собі геть по ріллі,&lt;br /&gt;</w:t>
        <w:br/>
        <w:t>одганяючись од куль, як од пчілок…</w:t>
      </w:r>
    </w:p>
    <w:p>
      <w:r>
        <w:br/>
        <w:t>ІІ.</w:t>
      </w:r>
    </w:p>
    <w:p>
      <w:r>
        <w:br/>
        <w:t>Вже славлять, співають&lt;br /&gt;</w:t>
        <w:br/>
        <w:t>нове ім'я.&lt;br /&gt;</w:t>
        <w:br/>
        <w:t>(Ave, Магіа,&lt;br /&gt;</w:t>
        <w:br/>
        <w:t>Калино моя!)</w:t>
      </w:r>
    </w:p>
    <w:p>
      <w:r>
        <w:br/>
        <w:t>Іде і сміється:&lt;br /&gt;</w:t>
        <w:br/>
        <w:t>життя! квіток!&lt;br /&gt;</w:t>
        <w:br/>
        <w:t>Сонце на скрипку,&lt;br /&gt;</w:t>
        <w:br/>
        <w:t>хмарки у танок.&lt;br /&gt;</w:t>
        <w:br/>
        <w:t>На бедрах, як струнах,&lt;br /&gt;</w:t>
        <w:br/>
        <w:t>лежить рука.&lt;br /&gt;</w:t>
        <w:br/>
        <w:t>Здрастуй, дівчино, —&lt;br /&gt;</w:t>
        <w:br/>
        <w:t>чия ж ти така?</w:t>
      </w:r>
    </w:p>
    <w:p>
      <w:r>
        <w:br/>
        <w:t>Скажу — не скажу я:&lt;br /&gt;</w:t>
        <w:br/>
        <w:t>усіх, твоя…&lt;br /&gt;</w:t>
        <w:br/>
        <w:t>(Аvе, Магіа,&lt;br /&gt;</w:t>
        <w:br/>
        <w:t>Калино моя!)</w:t>
      </w:r>
    </w:p>
    <w:p>
      <w:r>
        <w:br/>
        <w:t>III.</w:t>
      </w:r>
    </w:p>
    <w:p>
      <w:r>
        <w:br/>
        <w:t>Мадонно моя, Мати Пречиста,&lt;br /&gt;</w:t>
        <w:br/>
        <w:t>мій Цвіте Голубий!&lt;br /&gt;</w:t>
        <w:br/>
        <w:t>Вступає в вік новий&lt;br /&gt;</w:t>
        <w:br/>
        <w:t>душа чиста.</w:t>
      </w:r>
    </w:p>
    <w:p>
      <w:r>
        <w:br/>
        <w:t>Замість лелії рожу&lt;br /&gt;</w:t>
        <w:br/>
        <w:t>цілують уста.&lt;br /&gt;</w:t>
        <w:br/>
        <w:t>А все ж, як Петро від Христа,&lt;br /&gt;</w:t>
        <w:br/>
        <w:t>відректися від Тебе не можу.</w:t>
      </w:r>
    </w:p>
    <w:p>
      <w:r>
        <w:br/>
        <w:t>Із ким тепер, в яку годину&lt;br /&gt;</w:t>
        <w:br/>
        <w:t>молодий відмолодюсь?&lt;br /&gt;</w:t>
        <w:br/>
        <w:t>Невже ж ні раз не помолюсь&lt;br /&gt;</w:t>
        <w:br/>
        <w:t>за моє кохання, за людину?</w:t>
      </w:r>
    </w:p>
    <w:p>
      <w:r>
        <w:br/>
        <w:t>Дзвенить залізо. Мовчать бетони.&lt;br /&gt;</w:t>
        <w:br/>
        <w:t>За літами літа.&lt;br /&gt;</w:t>
        <w:br/>
        <w:t>Брини ж у серці, Мріє Золота,&lt;br /&gt;</w:t>
        <w:br/>
        <w:t>на різні тони…</w:t>
      </w:r>
    </w:p>
    <w:p>
      <w:r>
        <w:br/>
        <w:t>IV.</w:t>
      </w:r>
    </w:p>
    <w:p>
      <w:r>
        <w:br/>
        <w:t>Не з каменю, не з мармору&lt;br /&gt;</w:t>
        <w:br/>
        <w:t>з простого заліза.&lt;br /&gt;</w:t>
        <w:br/>
        <w:t>— Ніжна, відважна,&lt;br /&gt;</w:t>
        <w:br/>
        <w:t>о де ж твій хітон?&lt;br /&gt;</w:t>
        <w:br/>
        <w:t>Де риза злототканная,&lt;br /&gt;</w:t>
        <w:br/>
        <w:t>скорбні твої очі? —&lt;br /&gt;</w:t>
        <w:br/>
        <w:t>Струнна осанна,&lt;br /&gt;</w:t>
        <w:br/>
        <w:t>волошковий тон.&lt;br /&gt;</w:t>
        <w:br/>
        <w:t>До ночі працюватимем&lt;br /&gt;</w:t>
        <w:br/>
        <w:t>в полі, як у храмі.&lt;br /&gt;</w:t>
        <w:br/>
        <w:t>Спій — наливайся&lt;br /&gt;</w:t>
        <w:br/>
        <w:t>житам в унісон!&lt;br /&gt;</w:t>
        <w:br/>
        <w:t>З піснями, з поцілунками&lt;br /&gt;</w:t>
        <w:br/>
        <w:t>стрінуть нас мадонни.&lt;br /&gt;</w:t>
        <w:br/>
        <w:t>Пізній… залізний…&lt;br /&gt;</w:t>
        <w:br/>
        <w:t>над персами сон…</w:t>
      </w:r>
    </w:p>
    <w:p>
      <w:r>
        <w:br/>
        <w:t>Псалом залізу. I</w:t>
      </w:r>
    </w:p>
    <w:p>
      <w:r>
        <w:br/>
        <w:t>Ненавидим прокляту мідь,&lt;br /&gt;</w:t>
        <w:br/>
        <w:t>бетони і чугуни!&lt;br /&gt;</w:t>
        <w:br/>
        <w:t>Ой що там в полі, що за гук —&lt;br /&gt;</w:t>
        <w:br/>
        <w:t>татари, турки, гунни?</w:t>
      </w:r>
    </w:p>
    <w:p>
      <w:r>
        <w:br/>
        <w:t>Виходим вранці як з печер —&lt;br /&gt;</w:t>
        <w:br/>
        <w:t>курить по всій країні!..&lt;br /&gt;</w:t>
        <w:br/>
        <w:t>Замість квіток шаблі, списи&lt;br /&gt;</w:t>
        <w:br/>
        <w:t>виблискують в долині…</w:t>
      </w:r>
    </w:p>
    <w:p>
      <w:r>
        <w:br/>
        <w:t>Спахне — ударить — прогримить,&lt;br /&gt;</w:t>
        <w:br/>
        <w:t>затихне за горою —&lt;br /&gt;</w:t>
        <w:br/>
        <w:t>І вже спішить і вже шумить&lt;br /&gt;</w:t>
        <w:br/>
        <w:t>вгорі над головою; —</w:t>
      </w:r>
    </w:p>
    <w:p>
      <w:r>
        <w:br/>
        <w:t>копне копитом, зареве,&lt;br /&gt;</w:t>
        <w:br/>
        <w:t>підкине хмару сизу —&lt;br /&gt;</w:t>
        <w:br/>
        <w:t>І з криком в небо устає&lt;br /&gt;</w:t>
        <w:br/>
        <w:t>новий псалом залізу.</w:t>
      </w:r>
    </w:p>
    <w:p>
      <w:r>
        <w:br/>
        <w:t>Псалом залізу. II</w:t>
      </w:r>
    </w:p>
    <w:p>
      <w:r>
        <w:br/>
        <w:t>Десь за морями право, честь.&lt;br /&gt;</w:t>
        <w:br/>
        <w:t>За океаном совість.&lt;br /&gt;</w:t>
        <w:br/>
        <w:t>Хоч би вокзал побіг, гукнув,&lt;br /&gt;</w:t>
        <w:br/>
        <w:t>розбуркав промисловість!</w:t>
      </w:r>
    </w:p>
    <w:p>
      <w:r>
        <w:br/>
        <w:t>Заслабло місто: кашель, кров.&lt;br /&gt;</w:t>
        <w:br/>
        <w:t>На труп — ворони, галки…&lt;br /&gt;</w:t>
        <w:br/>
        <w:t>Лише часом немов крізь сон&lt;br /&gt;</w:t>
        <w:br/>
        <w:t>музика й катафалки.</w:t>
      </w:r>
    </w:p>
    <w:p>
      <w:r>
        <w:br/>
        <w:t>І ходить чутка: генерал&lt;br /&gt;</w:t>
        <w:br/>
        <w:t>утік із міста вранці.&lt;br /&gt;</w:t>
        <w:br/>
        <w:t>Без бою, певно, іздадуть,&lt;br /&gt;</w:t>
        <w:br/>
        <w:t>коли кругом повстанці.</w:t>
      </w:r>
    </w:p>
    <w:p>
      <w:r>
        <w:br/>
        <w:t>Стоїть завод, — не п'є, не їсть,&lt;br /&gt;</w:t>
        <w:br/>
        <w:t>аж цвіллю взявся знизу…&lt;br /&gt;</w:t>
        <w:br/>
        <w:t>І мовчки в небо устає&lt;br /&gt;</w:t>
        <w:br/>
        <w:t>новий псалом залізу.</w:t>
      </w:r>
    </w:p>
    <w:p>
      <w:r>
        <w:br/>
        <w:t>Псалом залізу. ІІІ</w:t>
      </w:r>
    </w:p>
    <w:p>
      <w:r>
        <w:br/>
        <w:t>Минув як сон блаженний час&lt;br /&gt;</w:t>
        <w:br/>
        <w:t>і готики й бароко.&lt;br /&gt;</w:t>
        <w:br/>
        <w:t>Іде чугунний ренесанс,&lt;br /&gt;</w:t>
        <w:br/>
        <w:t>байдуже мружить око.</w:t>
      </w:r>
    </w:p>
    <w:p>
      <w:r>
        <w:br/>
        <w:t>Нам все одно, чи бог, чи чорт&lt;br /&gt;</w:t>
        <w:br/>
        <w:t>обидва генерали! —&lt;br /&gt;</w:t>
        <w:br/>
        <w:t>Собори брови підняли,&lt;br /&gt;</w:t>
        <w:br/>
        <w:t>розбіглися квартали.</w:t>
      </w:r>
    </w:p>
    <w:p>
      <w:r>
        <w:br/>
        <w:t>Над містом зойки і плачі,&lt;br /&gt;</w:t>
        <w:br/>
        <w:t>немов з перини пір'я…&lt;br /&gt;</w:t>
        <w:br/>
        <w:t>Зомліло, крикнуло, втікло&lt;br /&gt;</w:t>
        <w:br/>
        <w:t>зелене надвечір'я.</w:t>
      </w:r>
    </w:p>
    <w:p>
      <w:r>
        <w:br/>
        <w:t>Це що горить: архів, музей? —&lt;br /&gt;</w:t>
        <w:br/>
        <w:t>а підкладіть-но хмизу!..&lt;br /&gt;</w:t>
        <w:br/>
        <w:t>З прокляттям в небо устає&lt;br /&gt;</w:t>
        <w:br/>
        <w:t>новий псалом залізу.</w:t>
      </w:r>
    </w:p>
    <w:p>
      <w:r>
        <w:br/>
        <w:t>Псалом залізу. IV</w:t>
      </w:r>
    </w:p>
    <w:p>
      <w:r>
        <w:br/>
        <w:t>На чорта вам здалася власть?&lt;br /&gt;</w:t>
        <w:br/>
        <w:t>Нам дайте хліба, їсти! —&lt;br /&gt;</w:t>
        <w:br/>
        <w:t>А за повстанцями ідуть,&lt;br /&gt;</w:t>
        <w:br/>
        <w:t>співають комуністи.</w:t>
      </w:r>
    </w:p>
    <w:p>
      <w:r>
        <w:br/>
        <w:t>Пождіть, пождіть, товариші,&lt;br /&gt;</w:t>
        <w:br/>
        <w:t>ще будем їсти й пити.&lt;br /&gt;</w:t>
        <w:br/>
        <w:t>Коли б ви нам допомогли&lt;br /&gt;</w:t>
        <w:br/>
        <w:t>капіталістів бити.</w:t>
      </w:r>
    </w:p>
    <w:p>
      <w:r>
        <w:br/>
        <w:t>Ідуть, ідуть робітники&lt;br /&gt;</w:t>
        <w:br/>
        <w:t>веселою ходою.&lt;br /&gt;</w:t>
        <w:br/>
        <w:t>Над ними стрічки і квітки,&lt;br /&gt;</w:t>
        <w:br/>
        <w:t>немов над молодою.</w:t>
      </w:r>
    </w:p>
    <w:p>
      <w:r>
        <w:br/>
        <w:t>Туркоче сонце в деревах,&lt;br /&gt;</w:t>
        <w:br/>
        <w:t>голубка по карнизу…&lt;br /&gt;</w:t>
        <w:br/>
        <w:t>Червоно в небо устає&lt;br /&gt;</w:t>
        <w:br/>
        <w:t>новий псалом залізу.</w:t>
      </w:r>
    </w:p>
    <w:p>
      <w:r>
        <w:br/>
        <w:t>Ронделі. I</w:t>
      </w:r>
    </w:p>
    <w:p>
      <w:r>
        <w:br/>
        <w:t>Іду з роботи я, з завода&lt;br /&gt;</w:t>
        <w:br/>
        <w:t>маніфестацію стрічать.&lt;br /&gt;</w:t>
        <w:br/>
        <w:t>В квітках всі вулиці кричать:&lt;br /&gt;</w:t>
        <w:br/>
        <w:t>нехай, нехай живе свобода!</w:t>
      </w:r>
    </w:p>
    <w:p>
      <w:r>
        <w:br/>
        <w:t>Сміється сонце з небозвода,&lt;br /&gt;</w:t>
        <w:br/>
        <w:t>кудись хмарки на конях мчать…&lt;br /&gt;</w:t>
        <w:br/>
        <w:t>Іду з роботи я, з завода&lt;br /&gt;</w:t>
        <w:br/>
        <w:t>маніфестацію стрічать.</w:t>
      </w:r>
    </w:p>
    <w:p>
      <w:r>
        <w:br/>
        <w:t>Яка весна! яка природа!&lt;br /&gt;</w:t>
        <w:br/>
        <w:t>У серці промені згучать…&lt;br /&gt;</w:t>
        <w:br/>
        <w:t>— Голоту й землю повінчать! —&lt;br /&gt;</w:t>
        <w:br/>
        <w:t>тоді лиш буде вічна згода.&lt;br /&gt;</w:t>
        <w:br/>
        <w:t>Іду з роботи я, з завода.</w:t>
      </w:r>
    </w:p>
    <w:p>
      <w:r>
        <w:br/>
        <w:t>Ронделі. II</w:t>
      </w:r>
    </w:p>
    <w:p>
      <w:r>
        <w:br/>
        <w:t>Мобілізуються тополі&lt;br /&gt;</w:t>
        <w:br/>
        <w:t>під хмарним вітром на горі…&lt;br /&gt;</w:t>
        <w:br/>
        <w:t>Уже давно ми на порі,&lt;br /&gt;</w:t>
        <w:br/>
        <w:t>давно всіх кличемо: до волі!</w:t>
      </w:r>
    </w:p>
    <w:p>
      <w:r>
        <w:br/>
        <w:t>До волі, бідні, босі й голі!&lt;br /&gt;</w:t>
        <w:br/>
        <w:t>не час сидіти у норі!&lt;br /&gt;</w:t>
        <w:br/>
        <w:t>Мобілізуються тополі&lt;br /&gt;</w:t>
        <w:br/>
        <w:t>під хмарним вітром на горі…</w:t>
      </w:r>
    </w:p>
    <w:p>
      <w:r>
        <w:br/>
        <w:t>Гукнем же в світ про наші болі!&lt;br /&gt;</w:t>
        <w:br/>
        <w:t>Щоб од планети й до зорі —&lt;br /&gt;</w:t>
        <w:br/>
        <w:t>почули скрізь пролетарі,&lt;br /&gt;</w:t>
        <w:br/>
        <w:t>за що ми б'ємся тут у полі!&lt;br /&gt;</w:t>
        <w:br/>
        <w:t>Мобілізуються тополі…</w:t>
      </w:r>
    </w:p>
    <w:p>
      <w:r>
        <w:br/>
        <w:t>26 — II (11 — III). I</w:t>
      </w:r>
    </w:p>
    <w:p>
      <w:r>
        <w:br/>
        <w:t>Там на горі за Дніпром&lt;br /&gt;</w:t>
        <w:br/>
        <w:t>радо кричать прапори:&lt;br /&gt;</w:t>
        <w:br/>
        <w:t>честь йому, слава, хвала!</w:t>
      </w:r>
    </w:p>
    <w:p>
      <w:r>
        <w:br/>
        <w:t>Грають оркестри, церкви,&lt;br /&gt;</w:t>
        <w:br/>
        <w:t>в квітах вітають портрет —&lt;br /&gt;</w:t>
        <w:br/>
        <w:t>там на горі за Дніпром.</w:t>
      </w:r>
    </w:p>
    <w:p>
      <w:r>
        <w:br/>
        <w:t>Котиться спів у степи,&lt;br /&gt;</w:t>
        <w:br/>
        <w:t>йде від села до села:&lt;br /&gt;</w:t>
        <w:br/>
        <w:t>честь йому, слава, хвала!</w:t>
      </w:r>
    </w:p>
    <w:p>
      <w:r>
        <w:br/>
        <w:t>Встанемо ж, менші брати,&lt;br /&gt;</w:t>
        <w:br/>
        <w:t>стрінем пророка свого. —&lt;br /&gt;</w:t>
        <w:br/>
        <w:t>Там на горі за Дніпром&lt;br /&gt;</w:t>
        <w:br/>
        <w:t>честь йому, слава, хвала!</w:t>
      </w:r>
    </w:p>
    <w:p>
      <w:r>
        <w:br/>
        <w:t>26 — II (11 — III). II</w:t>
      </w:r>
    </w:p>
    <w:p>
      <w:r>
        <w:br/>
        <w:t>Прийшли попи, диктатори (о сором!), —&lt;br /&gt;</w:t>
        <w:br/>
        <w:t>якраз всі ті, кого Ти не любив.&lt;br /&gt;</w:t>
        <w:br/>
        <w:t>І хтось Твоє погруддя встановив&lt;br /&gt;</w:t>
        <w:br/>
        <w:t>поміж монастирем, поміж собором.</w:t>
      </w:r>
    </w:p>
    <w:p>
      <w:r>
        <w:br/>
        <w:t>Стоїш. У далеч дивишся з докором…&lt;br /&gt;</w:t>
        <w:br/>
        <w:t>Який огонь в душі Твоїй горів,&lt;br /&gt;</w:t>
        <w:br/>
        <w:t>коли будив Ти, кликав кобзарів&lt;br /&gt;</w:t>
        <w:br/>
        <w:t>з насильством биться, з царствами, з терором!</w:t>
      </w:r>
    </w:p>
    <w:p>
      <w:r>
        <w:br/>
        <w:t>Ну що ж. Тарасе! Рад єси, не рад —&lt;br /&gt;</w:t>
        <w:br/>
        <w:t>дивись, який в господі нашій лад,&lt;br /&gt;</w:t>
        <w:br/>
        <w:t>в сім'ї великій, у громаді вольній.</w:t>
      </w:r>
    </w:p>
    <w:p>
      <w:r>
        <w:br/>
        <w:t>Дивись. Мовчи. Хоча б схотів і їсти —&lt;br /&gt;</w:t>
        <w:br/>
        <w:t>нічого не кажи Первопрестольній. —&lt;br /&gt;</w:t>
        <w:br/>
        <w:t>Бо ще й Тебе пошиють в шовіністи.</w:t>
      </w:r>
    </w:p>
    <w:p>
      <w:r>
        <w:br/>
        <w:t>Я знаю…</w:t>
      </w:r>
    </w:p>
    <w:p>
      <w:r>
        <w:br/>
        <w:t>Я знаю: вас не раз ще прокленуть&lt;br /&gt;</w:t>
        <w:br/>
        <w:t>нові співці, нова краса-голота —&lt;br /&gt;</w:t>
        <w:br/>
        <w:t>за те, що з рідного свого болота&lt;br /&gt;</w:t>
        <w:br/>
        <w:t>не зразу вийшли ви на вольну путь.</w:t>
      </w:r>
    </w:p>
    <w:p>
      <w:r>
        <w:br/>
        <w:t>Спитають вас, до суду поведуть:&lt;br /&gt;</w:t>
        <w:br/>
        <w:t>ви прославляли лінь, а де ж робота?&lt;br /&gt;</w:t>
        <w:br/>
        <w:t>Чого замість човна пускати плота,&lt;br /&gt;</w:t>
        <w:br/>
        <w:t>жахаючись того, що зветься Суть? —</w:t>
      </w:r>
    </w:p>
    <w:p>
      <w:r>
        <w:br/>
        <w:t>Так годі спать! виходьте на дорогу!&lt;br /&gt;</w:t>
        <w:br/>
        <w:t>Людині гімн, Людині, а не богу!&lt;br /&gt;</w:t>
        <w:br/>
        <w:t>Майбутньому всю душу — славний дар!</w:t>
      </w:r>
    </w:p>
    <w:p>
      <w:r>
        <w:br/>
        <w:t>Горіть! Дивіться сонцю просто в вічі!&lt;br /&gt;</w:t>
        <w:br/>
        <w:t>Бо стогне світ од "геніїв" — нездар.&lt;br /&gt;</w:t>
        <w:br/>
        <w:t>І жить самі не будете ви двічі…</w:t>
      </w:r>
    </w:p>
    <w:p>
      <w:r>
        <w:br/>
        <w:t>Гнатові Михайличенку</w:t>
      </w:r>
    </w:p>
    <w:p>
      <w:r>
        <w:br/>
        <w:t>Не уявляєм, як ти тлієш,&lt;br /&gt;</w:t>
        <w:br/>
        <w:t>як у землі сирій лежиш, —&lt;br /&gt;</w:t>
        <w:br/>
        <w:t>бо завше ти живеш, гориш,&lt;br /&gt;</w:t>
        <w:br/>
        <w:t>бо вічно духом пломенієш.</w:t>
      </w:r>
    </w:p>
    <w:p>
      <w:r>
        <w:br/>
        <w:t>Ще ти воскреснеш, зазорієш,&lt;br /&gt;</w:t>
        <w:br/>
        <w:t>в мільйонах встанеш, закипиш:&lt;br /&gt;</w:t>
        <w:br/>
        <w:t>чого, чого, народе, спиш,&lt;br /&gt;</w:t>
        <w:br/>
        <w:t>чом не дерзаєш ти, не смієш? —</w:t>
      </w:r>
    </w:p>
    <w:p>
      <w:r>
        <w:br/>
        <w:t>Тебе замучили кати…&lt;br /&gt;</w:t>
        <w:br/>
        <w:t>Омарсельєзені світи&lt;br /&gt;</w:t>
        <w:br/>
        <w:t>взялись жалобою та горем.</w:t>
      </w:r>
    </w:p>
    <w:p>
      <w:r>
        <w:br/>
        <w:t>Заприсягаєм: в час побідний —&lt;br /&gt;</w:t>
        <w:br/>
        <w:t>хай смерть — а ворога поборем!&lt;br /&gt;</w:t>
        <w:br/>
        <w:t>О брате наш, о любий, рідний..</w:t>
      </w:r>
    </w:p>
    <w:p>
      <w:r>
        <w:br/>
        <w:t>Один в любов…</w:t>
      </w:r>
    </w:p>
    <w:p>
      <w:r>
        <w:br/>
        <w:t>Один в любов, другий у містику,&lt;br /&gt;</w:t>
        <w:br/>
        <w:t>а третій в гори, де орли…&lt;br /&gt;</w:t>
        <w:br/>
        <w:t>І от якомусь гімназистику&lt;br /&gt;</w:t>
        <w:br/>
        <w:t>вкраїнську музу віддали.</w:t>
      </w:r>
    </w:p>
    <w:p>
      <w:r>
        <w:br/>
        <w:t>І от перебивають копію&lt;br /&gt;</w:t>
        <w:br/>
        <w:t>з солодких руських поетес.&lt;br /&gt;</w:t>
        <w:br/>
        <w:t>Ідуть з утопії в утопію —&lt;br /&gt;</w:t>
        <w:br/>
        <w:t>і називають це "Sagesse".</w:t>
      </w:r>
    </w:p>
    <w:p>
      <w:r>
        <w:br/>
        <w:t>А справжня муза неомузена&lt;br /&gt;</w:t>
        <w:br/>
        <w:t>там десь на фронті в ніч суху&lt;br /&gt;</w:t>
        <w:br/>
        <w:t>лежить запльована, залузана&lt;br /&gt;</w:t>
        <w:br/>
        <w:t>на українському шляху.</w:t>
      </w:r>
    </w:p>
    <w:p>
      <w:r>
        <w:br/>
        <w:t>Чого ж кричим, сліпі, задурені:&lt;br /&gt;</w:t>
        <w:br/>
        <w:t>"Хто грим наклав — отой поет", —&lt;br /&gt;</w:t>
        <w:br/>
        <w:t>цигарки палим недокурені&lt;br /&gt;</w:t>
        <w:br/>
        <w:t>та затягаємось в корсет?</w:t>
      </w:r>
    </w:p>
    <w:p>
      <w:r>
        <w:br/>
        <w:t>Чи вже втомилась наша нація,&lt;br /&gt;</w:t>
        <w:br/>
        <w:t>чи недалеко до кінця, —&lt;br /&gt;</w:t>
        <w:br/>
        <w:t>що в нас чудова профанація&lt;br /&gt;</w:t>
        <w:br/>
        <w:t>і майже жодного співця!</w:t>
      </w:r>
    </w:p>
    <w:p>
      <w:r>
        <w:br/>
        <w:t>І майже жодної поезії,&lt;br /&gt;</w:t>
        <w:br/>
        <w:t>яка б нас вдарила! — Нема.&lt;br /&gt;</w:t>
        <w:br/>
        <w:t>Самі предтечі анестезії&lt;br /&gt;</w:t>
        <w:br/>
        <w:t>та лиш розгубленість сама…</w:t>
      </w:r>
    </w:p>
    <w:p>
      <w:r>
        <w:br/>
        <w:t>Плюсклим пророкам</w:t>
      </w:r>
    </w:p>
    <w:p>
      <w:r>
        <w:br/>
        <w:t>До вас, казенні поети, офіціантики,&lt;br /&gt;</w:t>
        <w:br/>
        <w:t>до вас моє слово, мій гнів.&lt;br /&gt;</w:t>
        <w:br/>
        <w:t>Не робіть, не робіть ви романтики&lt;br /&gt;</w:t>
        <w:br/>
        <w:t>з червоної крові братів!</w:t>
      </w:r>
    </w:p>
    <w:p>
      <w:r>
        <w:br/>
        <w:t>Упивайтеся славою, винами,&lt;br /&gt;</w:t>
        <w:br/>
        <w:t>взивайтесь жерцями краси, —&lt;br /&gt;</w:t>
        <w:br/>
        <w:t>та не плачте, не вийте над домовинами,&lt;br /&gt;</w:t>
        <w:br/>
        <w:t>як пси.</w:t>
      </w:r>
    </w:p>
    <w:p>
      <w:r>
        <w:br/>
        <w:t>Фальшива естетика, грація&lt;br /&gt;</w:t>
        <w:br/>
        <w:t>для вас навіть там, де гроби.&lt;br /&gt;</w:t>
        <w:br/>
        <w:t>Що вам всесвітня федерація,&lt;br /&gt;</w:t>
        <w:br/>
        <w:t>продажні натхненці, раби?</w:t>
      </w:r>
    </w:p>
    <w:p>
      <w:r>
        <w:br/>
        <w:t>Що те братерство, коли вам еротика? —&lt;br /&gt;</w:t>
        <w:br/>
        <w:t>Змовкніть, од могил одійдіть!&lt;br /&gt;</w:t>
        <w:br/>
        <w:t>Революції від вас, як од нерівного ґнотика,&lt;br /&gt;</w:t>
        <w:br/>
        <w:t>тільки чадить…</w:t>
      </w:r>
    </w:p>
    <w:p>
      <w:r>
        <w:br/>
        <w:t>Паліть універсали…</w:t>
      </w:r>
    </w:p>
    <w:p>
      <w:r>
        <w:br/>
        <w:t>Паліть універсали, топчіть декрети:&lt;br /&gt;</w:t>
        <w:br/>
        <w:t>знов порють животи прокляті баґнети!&lt;br /&gt;</w:t>
        <w:br/>
        <w:t>Проклинайте закони й канцелярський сказ —&lt;br /&gt;</w:t>
        <w:br/>
        <w:t>Воля! — єдиний хай буде наказ.</w:t>
      </w:r>
    </w:p>
    <w:p>
      <w:r>
        <w:br/>
        <w:t>Воля! воля! — серце в грудях…&lt;br /&gt;</w:t>
        <w:br/>
        <w:t>Знов як рабів розпинають на людях.&lt;br /&gt;</w:t>
        <w:br/>
        <w:t>Знову кайдани, тюрма, й шомполи,&lt;br /&gt;</w:t>
        <w:br/>
        <w:t>і слово невільне мов з-під поли.</w:t>
      </w:r>
    </w:p>
    <w:p>
      <w:r>
        <w:br/>
        <w:t>Хто має право примусить людину?&lt;br /&gt;</w:t>
        <w:br/>
        <w:t>Хто може ніч обернути за днину?&lt;br /&gt;</w:t>
        <w:br/>
        <w:t>І хто такий мудрий, щоб зразу нас всіх&lt;br /&gt;</w:t>
        <w:br/>
        <w:t>повісив за правду, єдиний наш гріх?</w:t>
      </w:r>
    </w:p>
    <w:p>
      <w:r>
        <w:br/>
        <w:t>Паліть універсали, топчіть декрети:&lt;br /&gt;</w:t>
        <w:br/>
        <w:t>знов порють животи прокляті багнети!&lt;br /&gt;</w:t>
        <w:br/>
        <w:t>Проклинайте закони й канцелярський сказ —&lt;br /&gt;</w:t>
        <w:br/>
        <w:t>Воля! — єдиний хай буде наказ.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Плуг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