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той бік кордону</w:t>
      </w:r>
    </w:p>
    <w:p>
      <w:r>
        <w:br/>
        <w:t xml:space="preserve"> І</w:t>
      </w:r>
    </w:p>
    <w:p>
      <w:r>
        <w:br/>
        <w:t>Невчасно лягли&lt;br /&gt;</w:t>
        <w:br/>
        <w:t>на Тянь-Шань глибокі сніги,</w:t>
      </w:r>
    </w:p>
    <w:p>
      <w:r>
        <w:br/>
        <w:t>Ні квітки немає —&lt;br /&gt;</w:t>
        <w:br/>
        <w:t>холодна пустеля навкруг.</w:t>
      </w:r>
    </w:p>
    <w:p>
      <w:r>
        <w:br/>
        <w:t>А флейта розносить&lt;br /&gt;</w:t>
        <w:br/>
        <w:t>мелодію, повну нудьги,-</w:t>
      </w:r>
    </w:p>
    <w:p>
      <w:r>
        <w:br/>
        <w:t>"Поламані верби",&lt;br /&gt;</w:t>
        <w:br/>
        <w:t>до болю знайомий мотив!</w:t>
      </w:r>
    </w:p>
    <w:p>
      <w:r>
        <w:br/>
        <w:t>Під грім золотих барабанів,&lt;br /&gt;</w:t>
        <w:br/>
        <w:t>удень ми б'ємось</w:t>
      </w:r>
    </w:p>
    <w:p>
      <w:r>
        <w:br/>
        <w:t>І важко дрімаєм&lt;br /&gt;</w:t>
        <w:br/>
        <w:t>на яшмових сідлах вночі.</w:t>
      </w:r>
    </w:p>
    <w:p>
      <w:r>
        <w:br/>
        <w:t>Хоч би нам і вмерти отут&lt;br /&gt;</w:t>
        <w:br/>
        <w:t>серед гір довелось,-</w:t>
      </w:r>
    </w:p>
    <w:p>
      <w:r>
        <w:br/>
        <w:t>Дізнається князь Лоулана&lt;br /&gt;</w:t>
        <w:br/>
        <w:t>про наші мечі!</w:t>
      </w:r>
    </w:p>
    <w:p>
      <w:r>
        <w:br/>
        <w:t>ІІ</w:t>
      </w:r>
    </w:p>
    <w:p>
      <w:r>
        <w:br/>
        <w:t>Імператорське військо&lt;br /&gt;</w:t>
        <w:br/>
        <w:t>зіходить в північні пустелі,</w:t>
      </w:r>
    </w:p>
    <w:p>
      <w:r>
        <w:br/>
        <w:t>Рвуться варварів коні&lt;br /&gt;</w:t>
        <w:br/>
        <w:t>із наших напитися рік.</w:t>
      </w:r>
    </w:p>
    <w:p>
      <w:r>
        <w:br/>
        <w:t>Проти стріл і списів&lt;br /&gt;</w:t>
        <w:br/>
        <w:t>стоїмо непохитно, як скелі,</w:t>
      </w:r>
    </w:p>
    <w:p>
      <w:r>
        <w:br/>
        <w:t>Нас безмежна любов до вітчизни&lt;br /&gt;</w:t>
        <w:br/>
        <w:t>з'єднала навік.</w:t>
      </w:r>
    </w:p>
    <w:p>
      <w:r>
        <w:br/>
        <w:t>Снігом з пригорщі гасимо&lt;br /&gt;</w:t>
        <w:br/>
        <w:t>спрагу пекучу над морем,</w:t>
      </w:r>
    </w:p>
    <w:p>
      <w:r>
        <w:br/>
        <w:t>На холодних курганах ночуємо&lt;br /&gt;</w:t>
        <w:br/>
        <w:t>в мертвих пісках,</w:t>
      </w:r>
    </w:p>
    <w:p>
      <w:r>
        <w:br/>
        <w:t>Лиш коли ми у битвах&lt;br /&gt;</w:t>
        <w:br/>
        <w:t>напасників військо поборем,-</w:t>
      </w:r>
    </w:p>
    <w:p>
      <w:r>
        <w:br/>
        <w:t>Зможем гордо сидіть&lt;br /&gt;</w:t>
        <w:br/>
        <w:t>на вишиваних подушках.</w:t>
      </w:r>
    </w:p>
    <w:p>
      <w:r>
        <w:br/>
        <w:t>ІІІ</w:t>
      </w:r>
    </w:p>
    <w:p>
      <w:r>
        <w:br/>
        <w:t>Неначе вихор, огирі&lt;br /&gt;</w:t>
        <w:br/>
        <w:t>виносять нас на шлях,</w:t>
      </w:r>
    </w:p>
    <w:p>
      <w:r>
        <w:br/>
        <w:t>Свистять ремінні нагаї,&lt;br /&gt;</w:t>
        <w:br/>
        <w:t>дорогу рвуть копита.</w:t>
      </w:r>
    </w:p>
    <w:p>
      <w:r>
        <w:br/>
        <w:t>Прощай, вітчизно! Стріли сплять&lt;br /&gt;</w:t>
        <w:br/>
        <w:t>в крутих сагайдаках,</w:t>
      </w:r>
    </w:p>
    <w:p>
      <w:r>
        <w:br/>
        <w:t>Але "Небесних гордіїв"&lt;br /&gt;</w:t>
        <w:br/>
        <w:t>ми мусимо розбити.</w:t>
      </w:r>
    </w:p>
    <w:p>
      <w:r>
        <w:br/>
        <w:t>Коли ж закінчаться бої&lt;br /&gt;</w:t>
        <w:br/>
        <w:t>і коні спинять лет,</w:t>
      </w:r>
    </w:p>
    <w:p>
      <w:r>
        <w:br/>
        <w:t>І над морями крові й сліз&lt;br /&gt;</w:t>
        <w:br/>
        <w:t>ти гордо пройдеш, славо,-</w:t>
      </w:r>
    </w:p>
    <w:p>
      <w:r>
        <w:br/>
        <w:t>Нас не згадають, вояків,-&lt;br /&gt;</w:t>
        <w:br/>
        <w:t>в столиці лиш своїй портрет</w:t>
      </w:r>
    </w:p>
    <w:p>
      <w:r>
        <w:br/>
        <w:t>Побачить пишний генерал,&lt;br /&gt;</w:t>
        <w:br/>
        <w:t>герой Хо Пяо-яо.</w:t>
      </w:r>
    </w:p>
    <w:p>
      <w:r>
        <w:br/>
        <w:t>ІV</w:t>
      </w:r>
    </w:p>
    <w:p>
      <w:r>
        <w:br/>
        <w:t>Білі коні&lt;br /&gt;</w:t>
        <w:br/>
        <w:t>і жовта фортеці стіна</w:t>
      </w:r>
    </w:p>
    <w:p>
      <w:r>
        <w:br/>
        <w:t>Сняться нам,&lt;br /&gt;</w:t>
        <w:br/>
        <w:t>наче хмар і пісків далина.</w:t>
      </w:r>
    </w:p>
    <w:p>
      <w:r>
        <w:br/>
        <w:t>В дні печалі згадай,&lt;br /&gt;</w:t>
        <w:br/>
        <w:t>що в далекім краю,</w:t>
      </w:r>
    </w:p>
    <w:p>
      <w:r>
        <w:br/>
        <w:t>В прикордонній заставі&lt;br /&gt;</w:t>
        <w:br/>
        <w:t>вночі я стою.</w:t>
      </w:r>
    </w:p>
    <w:p>
      <w:r>
        <w:br/>
        <w:t>Світлячки пролітають&lt;br /&gt;</w:t>
        <w:br/>
        <w:t>в твоєму вікні,</w:t>
      </w:r>
    </w:p>
    <w:p>
      <w:r>
        <w:br/>
        <w:t>Місяць легко пливе&lt;br /&gt;</w:t>
        <w:br/>
        <w:t>по промерзлій стіні.</w:t>
      </w:r>
    </w:p>
    <w:p>
      <w:r>
        <w:br/>
        <w:t>Вітер свище в саду,&lt;br /&gt;</w:t>
        <w:br/>
        <w:t>б'ється гілка в вікно.</w:t>
      </w:r>
    </w:p>
    <w:p>
      <w:r>
        <w:br/>
        <w:t>Листя бідних утунів&lt;br /&gt;</w:t>
        <w:br/>
        <w:t>пожовкло давно.</w:t>
      </w:r>
    </w:p>
    <w:p>
      <w:r>
        <w:br/>
        <w:t>І немає тебе,&lt;br /&gt;</w:t>
        <w:br/>
        <w:t>і печаль, і пітьма,-</w:t>
      </w:r>
    </w:p>
    <w:p>
      <w:r>
        <w:br/>
        <w:t>Сльози ллються з очей,&lt;br /&gt;</w:t>
        <w:br/>
        <w:t>але все це дарма...</w:t>
      </w:r>
    </w:p>
    <w:p>
      <w:r>
        <w:br/>
        <w:t>V</w:t>
      </w:r>
    </w:p>
    <w:p>
      <w:r>
        <w:br/>
        <w:t>Знову варварів орди&lt;br /&gt;</w:t>
        <w:br/>
        <w:t>спускатися з гір почали.</w:t>
      </w:r>
    </w:p>
    <w:p>
      <w:r>
        <w:br/>
        <w:t>Знов на битву в пустелю&lt;br /&gt;</w:t>
        <w:br/>
        <w:t>виходять небесні солдати.</w:t>
      </w:r>
    </w:p>
    <w:p>
      <w:r>
        <w:br/>
        <w:t>Генерали вже "тигрові знаки"&lt;br /&gt;</w:t>
        <w:br/>
        <w:t>свої роздали,</w:t>
      </w:r>
    </w:p>
    <w:p>
      <w:r>
        <w:br/>
        <w:t>Знову будуть бійці&lt;br /&gt;</w:t>
        <w:br/>
        <w:t>головою в пісках накладати.</w:t>
      </w:r>
    </w:p>
    <w:p>
      <w:r>
        <w:br/>
        <w:t>Дальній місяць на стріли&lt;br /&gt;</w:t>
        <w:br/>
        <w:t>і сагайдаки погляда,</w:t>
      </w:r>
    </w:p>
    <w:p>
      <w:r>
        <w:br/>
        <w:t>Візерунками паморозь&lt;br /&gt;</w:t>
        <w:br/>
        <w:t>зброю укрила криваву.</w:t>
      </w:r>
    </w:p>
    <w:p>
      <w:r>
        <w:br/>
        <w:t>Не зітхай надаремно,&lt;br /&gt;</w:t>
        <w:br/>
        <w:t>дружино моя молода,-</w:t>
      </w:r>
    </w:p>
    <w:p>
      <w:r>
        <w:br/>
        <w:t>Ще тривають бої,&lt;br /&gt;</w:t>
        <w:br/>
        <w:t>ще я, може, вернусь на заставу.</w:t>
      </w:r>
    </w:p>
    <w:p>
      <w:r>
        <w:br/>
        <w:t>VІ</w:t>
      </w:r>
    </w:p>
    <w:p>
      <w:r>
        <w:br/>
        <w:t>Спалахнули в пустелі&lt;br /&gt;</w:t>
        <w:br/>
        <w:t>сигнальні вогні,</w:t>
      </w:r>
    </w:p>
    <w:p>
      <w:r>
        <w:br/>
        <w:t>Над палацами хмари&lt;br /&gt;</w:t>
        <w:br/>
        <w:t>криваво пливуть.</w:t>
      </w:r>
    </w:p>
    <w:p>
      <w:r>
        <w:br/>
        <w:t>Імператор велить —&lt;br /&gt;</w:t>
        <w:br/>
        <w:t>знову бути війні.</w:t>
      </w:r>
    </w:p>
    <w:p>
      <w:r>
        <w:br/>
        <w:t>Грізно б'ють барабани,&lt;br /&gt;</w:t>
        <w:br/>
        <w:t>і сурми ревуть.</w:t>
      </w:r>
    </w:p>
    <w:p>
      <w:r>
        <w:br/>
        <w:t>Духів чари не в жарт&lt;br /&gt;</w:t>
        <w:br/>
        <w:t>в небесах затялись.</w:t>
      </w:r>
    </w:p>
    <w:p>
      <w:r>
        <w:br/>
        <w:t>В межигір'ї Луншань&lt;br /&gt;</w:t>
        <w:br/>
        <w:t>барабан не змовка.</w:t>
      </w:r>
    </w:p>
    <w:p>
      <w:r>
        <w:br/>
        <w:t>Я піду напролом,-&lt;br /&gt;</w:t>
        <w:br/>
        <w:t>може, й змовкне колись</w:t>
      </w:r>
    </w:p>
    <w:p>
      <w:r>
        <w:br/>
        <w:t>Чвара духів війни&lt;br /&gt;</w:t>
        <w:br/>
        <w:t>під мечем вояка.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той бік кордону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