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орож Алі до країни сяк-такі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орож Алі до країни сяк-та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