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</w:t>
      </w:r>
    </w:p>
    <w:p>
      <w:r>
        <w:br/>
        <w:t xml:space="preserve"> I</w:t>
      </w:r>
    </w:p>
    <w:p>
      <w:r>
        <w:br/>
        <w:t>Дитя, закохане у мапи та естампи,&lt;br /&gt;</w:t>
        <w:br/>
        <w:t>Вбирає світотвір очима ранніх літ!&lt;br /&gt;</w:t>
        <w:br/>
        <w:t>Такий широкий світ в вечірнім світлі лампи,&lt;br /&gt;</w:t>
        <w:br/>
        <w:t>I в згадках молодих такий маленький світ!</w:t>
      </w:r>
    </w:p>
    <w:p>
      <w:r>
        <w:br/>
        <w:t>От вирушаєм ми. В томліннях і тривогах&lt;br /&gt;</w:t>
        <w:br/>
        <w:t>Горять у нас серця... Бажання, гіркість, гнів,-&lt;br /&gt;</w:t>
        <w:br/>
        <w:t>I ми колишемо у ритмі хвиль розлогих&lt;br /&gt;</w:t>
        <w:br/>
        <w:t>Безмежність наших дум на тісноті морів</w:t>
      </w:r>
    </w:p>
    <w:p>
      <w:r>
        <w:br/>
        <w:t>Той, утікаючи з безславної вітчизни,&lt;br /&gt;</w:t>
        <w:br/>
        <w:t>А той одкинутий вітчизною — пливуть...&lt;br /&gt;</w:t>
        <w:br/>
        <w:t>А третій, щоб забуть жіночих уст трутизну,&lt;br /&gt;</w:t>
        <w:br/>
        <w:t>Від чар Цірцеїних рушає в дальню путь.</w:t>
      </w:r>
    </w:p>
    <w:p>
      <w:r>
        <w:br/>
        <w:t>Він звіром стати мав. I от утік з неволі&lt;br /&gt;</w:t>
        <w:br/>
        <w:t>На світло і простiр, під інший небозвід.&lt;br /&gt;</w:t>
        <w:br/>
        <w:t>Хай сонце припіка, мороз обличчя коле,&lt;br /&gt;</w:t>
        <w:br/>
        <w:t>Із губ стираючи гидких цілунків слід...</w:t>
      </w:r>
    </w:p>
    <w:p>
      <w:r>
        <w:br/>
        <w:t>Та справжні мандрівці — то ті, що від'їжджають&lt;br /&gt;</w:t>
        <w:br/>
        <w:t>Без цілі і мети... Серця легкі, як дим,&lt;br /&gt;</w:t>
        <w:br/>
        <w:t>Вони призначення і долі не втікають&lt;br /&gt;</w:t>
        <w:br/>
        <w:t>I мають на устах завжди одно: "Пливім!"</w:t>
      </w:r>
    </w:p>
    <w:p>
      <w:r>
        <w:br/>
        <w:t>Бажання в них і сни як хмарок переливи,&lt;br /&gt;</w:t>
        <w:br/>
        <w:t>Мов новобранець той, що догляда гармат,&lt;br /&gt;</w:t>
        <w:br/>
        <w:t>Про втіхи снять вони, незнані і мінливі,&lt;br /&gt;</w:t>
        <w:br/>
        <w:t>Що навіть імені у мові їм нема.</w:t>
      </w:r>
    </w:p>
    <w:p>
      <w:r>
        <w:br/>
        <w:t>VI</w:t>
      </w:r>
    </w:p>
    <w:p>
      <w:r>
        <w:br/>
        <w:t>Та й не забудемо ще речі головної!..&lt;br /&gt;</w:t>
        <w:br/>
        <w:t>Ми, й не шукаючи, скрізь бачили одне —&lt;br /&gt;</w:t>
        <w:br/>
        <w:t>На кожному щаблі драбини життьової —&lt;br /&gt;</w:t>
        <w:br/>
        <w:t>Гріха безсмертного видовище нудне.</w:t>
      </w:r>
    </w:p>
    <w:p>
      <w:r>
        <w:br/>
        <w:t>Ми жінку бачили: невільниця одвіку,&lt;br /&gt;</w:t>
        <w:br/>
        <w:t>Самозакохана, несита і дурна...&lt;br /&gt;</w:t>
        <w:br/>
        <w:t>Мужчину бачили: пожадливий і дикий,&lt;br /&gt;</w:t>
        <w:br/>
        <w:t>Служник невільниці, загиджений до дна</w:t>
      </w:r>
    </w:p>
    <w:p>
      <w:r>
        <w:br/>
        <w:t>Скрізь у пошані кат, а праведника гнано,&lt;br /&gt;</w:t>
        <w:br/>
        <w:t>На святі — бeшкети і крові п'яний клич&lt;br /&gt;</w:t>
        <w:br/>
        <w:t>Скрізь панування яд знесилює тирана,&lt;br /&gt;</w:t>
        <w:br/>
        <w:t>А люд боготворить його пастуший бич</w:t>
      </w:r>
    </w:p>
    <w:p>
      <w:r>
        <w:br/>
        <w:t>Релігій без кінця. Зарозумілі й ниці&lt;br /&gt;</w:t>
        <w:br/>
        <w:t>Розташуватися хотять у небесах,&lt;br /&gt;</w:t>
        <w:br/>
        <w:t>I святість на гвіздках, у вбогій власяниці,&lt;br /&gt;</w:t>
        <w:br/>
        <w:t>Розкошів зазнає — немов у подушках.</w:t>
      </w:r>
    </w:p>
    <w:p>
      <w:r>
        <w:br/>
        <w:t>Людина, як раніш, од власних сил п'яніє;&lt;br /&gt;</w:t>
        <w:br/>
        <w:t>Нестримна, як була у давню давнину&lt;br /&gt;</w:t>
        <w:br/>
        <w:t>Грозиться богові в зухвалій агонiї:&lt;br /&gt;</w:t>
        <w:br/>
        <w:t>"Тебе, владико мій, мій образе, клену!"</w:t>
      </w:r>
    </w:p>
    <w:p>
      <w:r>
        <w:br/>
        <w:t>Найбільші ж мудреці із людської отари&lt;br /&gt;</w:t>
        <w:br/>
        <w:t>Втікають, щоб себе п'янити день у день&lt;br /&gt;</w:t>
        <w:br/>
        <w:t>I в опії знайти безмежні, райські чари,-&lt;br /&gt;</w:t>
        <w:br/>
        <w:t>Од світу нашого довічний бюлетень!</w:t>
      </w:r>
    </w:p>
    <w:p>
      <w:r>
        <w:br/>
        <w:t>VIII</w:t>
      </w:r>
    </w:p>
    <w:p>
      <w:r>
        <w:br/>
        <w:t>Смерть... давній капітан. Пора! Напнім вітрило&lt;br /&gt;</w:t>
        <w:br/>
        <w:t>Цей край докучив нам. О смерте! смерте! в путь&lt;br /&gt;</w:t>
        <w:br/>
        <w:t>Довкола — океан, і небо як чорнило,&lt;br /&gt;</w:t>
        <w:br/>
        <w:t>I лиш в серцях у нас твої огні цвітуть.</w:t>
      </w:r>
    </w:p>
    <w:p>
      <w:r>
        <w:br/>
        <w:t>Пролий отруту нам, в ній радість нам світає.&lt;br /&gt;</w:t>
        <w:br/>
        <w:t>Наш мозок спалено, жадоба серце рве —&lt;br /&gt;</w:t>
        <w:br/>
        <w:t>Пірнуть в бездонний глиб (пекельних мук чи раю?),&lt;br /&gt;</w:t>
        <w:br/>
        <w:t>У глиб НЕЗНАНОГО, щоб віднайти НОВЕ.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