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Поетичне мистецтво</w:t>
      </w:r>
    </w:p>
    <w:p>
      <w:r>
        <w:br/>
        <w:t xml:space="preserve"> Лише дійшовши схилу віку,&lt;br /&gt;</w:t>
        <w:br/>
        <w:t>Поезію я зрозумів,&lt;br /&gt;</w:t>
        <w:br/>
        <w:t>Як простоту таку велику,&lt;br /&gt;</w:t>
        <w:br/>
        <w:t>Таке єднання точних слів,</w:t>
      </w:r>
    </w:p>
    <w:p>
      <w:r>
        <w:br/>
        <w:t>Коли ні марній позолоті,&lt;br /&gt;</w:t>
        <w:br/>
        <w:t>Ні всяким викрутам тонким&lt;br /&gt;</w:t>
        <w:br/>
        <w:t>Немає місця, як підлоті&lt;br /&gt;</w:t>
        <w:br/>
        <w:t>У серці чистім і палкім,</w:t>
      </w:r>
    </w:p>
    <w:p>
      <w:r>
        <w:br/>
        <w:t>Коли епітет б'є стрілою&lt;br /&gt;</w:t>
        <w:br/>
        <w:t>У саму щонайглибшу суть,&lt;br /&gt;</w:t>
        <w:br/>
        <w:t>Коли дорогою прямою&lt;br /&gt;</w:t>
        <w:br/>
        <w:t>Тебе метафори ведуть,</w:t>
      </w:r>
    </w:p>
    <w:p>
      <w:r>
        <w:br/>
        <w:t>Коли зринає порівняння,&lt;br /&gt;</w:t>
        <w:br/>
        <w:t>Як з моря синього дельфін:&lt;br /&gt;</w:t>
        <w:br/>
        <w:t>Адже не знає він питання,&lt;br /&gt;</w:t>
        <w:br/>
        <w:t>Чом саме тут зринає він!</w:t>
      </w:r>
    </w:p>
    <w:p>
      <w:r>
        <w:br/>
        <w:t>Слова повинні буть покірні&lt;br /&gt;</w:t>
        <w:br/>
        <w:t>Чуттям і помислам твоїм,&lt;br /&gt;</w:t>
        <w:br/>
        <w:t>І рими мусять бути вірні,&lt;br /&gt;</w:t>
        <w:br/>
        <w:t>Як друзі в подвигу святім.</w:t>
      </w:r>
    </w:p>
    <w:p>
      <w:r>
        <w:br/>
        <w:t>Свій парус ладячи крилатий,&lt;br /&gt;</w:t>
        <w:br/>
        <w:t>Пливти без компаса не смій!..&lt;br /&gt;</w:t>
        <w:br/>
        <w:t>Світ по-новому відкривати,&lt;br /&gt;</w:t>
        <w:br/>
        <w:t>Поете, обов'язок твій!</w:t>
      </w:r>
    </w:p>
    <w:p>
      <w:r>
        <w:br/>
        <w:t>17 вересня 1960 р., Гагра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Поетичне мистецтво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