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Поезії з роману "Дон Кіхот"</w:t>
      </w:r>
    </w:p>
    <w:p>
      <w:r>
        <w:br/>
        <w:t xml:space="preserve"> Мігель де Сервантес Сааведра&lt;br /&gt;</w:t>
        <w:br/>
        <w:t>Поезії з роману "Дон Кіхот"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Амадіс Гальський&lt;br /&gt;</w:t>
        <w:br/>
        <w:t>Дон Кіхотові Ламанчському</w:t>
      </w:r>
    </w:p>
    <w:p>
      <w:r>
        <w:br/>
        <w:t>О ти, чиї пригоди невеселі&lt;br /&gt;</w:t>
        <w:br/>
        <w:t>Нагадують мою біду немало,&lt;br /&gt;</w:t>
        <w:br/>
        <w:t>Коли ридав з одчаю я бувало,&lt;br /&gt;</w:t>
        <w:br/>
        <w:t>Страждаючи один на Бідній Скелі;</w:t>
      </w:r>
    </w:p>
    <w:p>
      <w:r>
        <w:br/>
        <w:t>Ти, що гасив жагу в гіркім джерeлі,&lt;br /&gt;</w:t>
        <w:br/>
        <w:t>Кого розпука слізьми напувала,&lt;br /&gt;</w:t>
        <w:br/>
        <w:t>Кого земля з землі ж і годувала,&lt;br /&gt;</w:t>
        <w:br/>
        <w:t>Не з мідної чи срібної тарелі,-</w:t>
      </w:r>
    </w:p>
    <w:p>
      <w:r>
        <w:br/>
        <w:t>Будь певен в тому, що на віки вічні,&lt;br /&gt;</w:t>
        <w:br/>
        <w:t>Допоки в небі у красі величній&lt;br /&gt;</w:t>
        <w:br/>
        <w:t>Погонить коні Феб золотокудрий,</w:t>
      </w:r>
    </w:p>
    <w:p>
      <w:r>
        <w:br/>
        <w:t>Твій подвиг буде в людях найславніший,&lt;br /&gt;</w:t>
        <w:br/>
        <w:t>Твій рідний край між інших найсильніший,&lt;br /&gt;</w:t>
        <w:br/>
        <w:t>А твій творець — над всіх у світі мудрий.</w:t>
      </w:r>
    </w:p>
    <w:p>
      <w:r>
        <w:br/>
        <w:t>Дон Бельяніс Грецький&lt;br /&gt;</w:t>
        <w:br/>
        <w:t>Дон Кіхотові Ламанчському</w:t>
      </w:r>
    </w:p>
    <w:p>
      <w:r>
        <w:br/>
        <w:t>Я бив,рубав, крушив, віщав і діяв,&lt;br /&gt;</w:t>
        <w:br/>
        <w:t>І подвиги звершав я незрівнянні;&lt;br /&gt;</w:t>
        <w:br/>
        <w:t>Відважний і палкий на полі брані,&lt;br /&gt;</w:t>
        <w:br/>
        <w:t>Сто кривд я відомстив, сто сот розвіяв.</w:t>
      </w:r>
    </w:p>
    <w:p>
      <w:r>
        <w:br/>
        <w:t>Зажив я слави, про яку я мріяв,&lt;br /&gt;</w:t>
        <w:br/>
        <w:t>І віддано служив своїй коханій;&lt;br /&gt;</w:t>
        <w:br/>
        <w:t>Пігмей мені ввижався в великані,&lt;br /&gt;</w:t>
        <w:br/>
        <w:t>І завжди честь у битвах я леліяв.</w:t>
      </w:r>
    </w:p>
    <w:p>
      <w:r>
        <w:br/>
        <w:t>Над долею я знав могутні чари,&lt;br /&gt;</w:t>
        <w:br/>
        <w:t>Хапав за чуба випадки ледачі,&lt;br /&gt;</w:t>
        <w:br/>
        <w:t>Тьму перешкод зумів перебороти.</w:t>
      </w:r>
    </w:p>
    <w:p>
      <w:r>
        <w:br/>
        <w:t>Та хоч піднеслись високо над хмари&lt;br /&gt;</w:t>
        <w:br/>
        <w:t>Оті мої прославлені удачі,-&lt;br /&gt;</w:t>
        <w:br/>
        <w:t>Тобі я заздрю, славний Дон Кіхоте.</w:t>
      </w:r>
    </w:p>
    <w:p>
      <w:r>
        <w:br/>
        <w:t>Сеньйора Оріана&lt;br /&gt;</w:t>
        <w:br/>
        <w:t>Дульсінеї Тобоській</w:t>
      </w:r>
    </w:p>
    <w:p>
      <w:r>
        <w:br/>
        <w:t>Хотіла б я, прекрасна Дульсінеє,&lt;br /&gt;</w:t>
        <w:br/>
        <w:t>Щоб висився в Тобосо замок мій;&lt;br /&gt;</w:t>
        <w:br/>
        <w:t>Змінявши Лондон на приют сільський,&lt;br /&gt;</w:t>
        <w:br/>
        <w:t>Спочила б я і тілом, і душею.</w:t>
      </w:r>
    </w:p>
    <w:p>
      <w:r>
        <w:br/>
        <w:t>Якби могла я мрією твоєю&lt;br /&gt;</w:t>
        <w:br/>
        <w:t>Доповнити веселку власних мрій&lt;br /&gt;</w:t>
        <w:br/>
        <w:t>І глянути, як лицар вірний твій&lt;br /&gt;</w:t>
        <w:br/>
        <w:t>Летить у бій, подібний до Арея!</w:t>
      </w:r>
    </w:p>
    <w:p>
      <w:r>
        <w:br/>
        <w:t>Якби я цноту вберегти могла&lt;br /&gt;</w:t>
        <w:br/>
        <w:t>Від Амадіса, як уберегла&lt;br /&gt;</w:t>
        <w:br/>
        <w:t>Ти від свого ідальго Дон Кіхота!</w:t>
      </w:r>
    </w:p>
    <w:p>
      <w:r>
        <w:br/>
        <w:t>Всі заздрили б незаздрісній мені,&lt;br /&gt;</w:t>
        <w:br/>
        <w:t>А я жила б щасливо день при дні,&lt;br /&gt;</w:t>
        <w:br/>
        <w:t>Не відаючи, що таке гризота.</w:t>
      </w:r>
    </w:p>
    <w:p>
      <w:r>
        <w:br/>
        <w:t>Гандалін, джура Амадіса Гальського,&lt;br /&gt;</w:t>
        <w:br/>
        <w:t>Санчо Пансі, джурі Дон Кіхота</w:t>
      </w:r>
    </w:p>
    <w:p>
      <w:r>
        <w:br/>
        <w:t>Чолом тобі, прославлений герою!&lt;br /&gt;</w:t>
        <w:br/>
        <w:t>З тобою доля повелась ласкаво:&lt;br /&gt;</w:t>
        <w:br/>
        <w:t>Ти джурою служив і діяв браво,&lt;br /&gt;</w:t>
        <w:br/>
        <w:t>Не втративши, проте, свого спокою.</w:t>
      </w:r>
    </w:p>
    <w:p>
      <w:r>
        <w:br/>
        <w:t>Лишивши серп, носив ти пану зброю&lt;br /&gt;</w:t>
        <w:br/>
        <w:t>І правду мовив щиро, нелукаво;&lt;br /&gt;</w:t>
        <w:br/>
        <w:t>Урозумлять ми маєм повне право&lt;br /&gt;</w:t>
        <w:br/>
        <w:t>Шаленців, що змагаються з судьбою.</w:t>
      </w:r>
    </w:p>
    <w:p>
      <w:r>
        <w:br/>
        <w:t>Хороший, Санчо, твій осел сумирний;&lt;br /&gt;</w:t>
        <w:br/>
        <w:t>Сакви твої, потрібні при обіді,&lt;br /&gt;</w:t>
        <w:br/>
        <w:t>Усім являють розум твій статечний.</w:t>
      </w:r>
    </w:p>
    <w:p>
      <w:r>
        <w:br/>
        <w:t>Хвала ж тобі, о зброєносцю вірний!&lt;br /&gt;</w:t>
        <w:br/>
        <w:t>Недарма, ні, іспанський наш Овідій&lt;br /&gt;</w:t>
        <w:br/>
        <w:t>Тобі вліпив потиличник сердечний.</w:t>
      </w:r>
    </w:p>
    <w:p>
      <w:r>
        <w:br/>
        <w:t>Несамовитий Роланд&lt;br /&gt;</w:t>
        <w:br/>
        <w:t>Дон Кіхотові Ламанчському</w:t>
      </w:r>
    </w:p>
    <w:p>
      <w:r>
        <w:br/>
        <w:t>Великий ти, хоча й не володар,&lt;br /&gt;</w:t>
        <w:br/>
        <w:t>Із перів пер, вояк над вояками,&lt;br /&gt;</w:t>
        <w:br/>
        <w:t>Звитяжець, не звитяжений віками,-&lt;br /&gt;</w:t>
        <w:br/>
        <w:t>Страшний усім могутній твій удар.</w:t>
      </w:r>
    </w:p>
    <w:p>
      <w:r>
        <w:br/>
        <w:t>Я знавіснів від Анджеліки чар&lt;br /&gt;</w:t>
        <w:br/>
        <w:t>І у світи подався із нестями;&lt;br /&gt;</w:t>
        <w:br/>
        <w:t>Блукаючи за дальніми морями,&lt;br /&gt;</w:t>
        <w:br/>
        <w:t>Приносив жертви славні на олтар.</w:t>
      </w:r>
    </w:p>
    <w:p>
      <w:r>
        <w:br/>
        <w:t>Тобі не рівен я, безсмертя лавра&lt;br /&gt;</w:t>
        <w:br/>
        <w:t>Лиш Дон Кіхоту присудили люди,&lt;br /&gt;</w:t>
        <w:br/>
        <w:t>Хоч ми обидва в шалі запальні.</w:t>
      </w:r>
    </w:p>
    <w:p>
      <w:r>
        <w:br/>
        <w:t>Мені ж ти рівен, бо і скіфа, й мавра&lt;br /&gt;</w:t>
        <w:br/>
        <w:t>Зумів скорить, і ми відомі всюди&lt;br /&gt;</w:t>
        <w:br/>
        <w:t>Коханням нещасливим нарівні.</w:t>
      </w:r>
    </w:p>
    <w:p>
      <w:r>
        <w:br/>
        <w:t>Солісдан Дон Кіхотові Ламанчському</w:t>
      </w:r>
    </w:p>
    <w:p>
      <w:r>
        <w:br/>
        <w:t>Всі знають, Дон Кіхоте, що дурниці&lt;br /&gt;</w:t>
        <w:br/>
        <w:t>У голову віддавна вам запали,&lt;br /&gt;</w:t>
        <w:br/>
        <w:t>Проте не скаже ні один зухвалий,&lt;br /&gt;</w:t>
        <w:br/>
        <w:t>Щоб ви коли робили вчинки ниці.</w:t>
      </w:r>
    </w:p>
    <w:p>
      <w:r>
        <w:br/>
        <w:t>Потугою лицарської правиці&lt;br /&gt;</w:t>
        <w:br/>
        <w:t>Неправду ви не раз в бою долали,&lt;br /&gt;</w:t>
        <w:br/>
        <w:t>За що вам добре чосу завдавали&lt;br /&gt;</w:t>
        <w:br/>
        <w:t>Невігласи, ледаща і п'яниці.</w:t>
      </w:r>
    </w:p>
    <w:p>
      <w:r>
        <w:br/>
        <w:t>Коли ж та Дульсінея-верхоумка,&lt;br /&gt;</w:t>
        <w:br/>
        <w:t>Уперта в неприступності суворій,&lt;br /&gt;</w:t>
        <w:br/>
        <w:t>Не зглянеться на ваше люте горе,-</w:t>
      </w:r>
    </w:p>
    <w:p>
      <w:r>
        <w:br/>
        <w:t>Хай вас утішить у нещасті думка,&lt;br /&gt;</w:t>
        <w:br/>
        <w:t>Що Санчо Панса — це не той посланець,&lt;br /&gt;</w:t>
        <w:br/>
        <w:t>Вона — колода, ви їй — не коханець.</w:t>
      </w:r>
    </w:p>
    <w:p>
      <w:r>
        <w:br/>
        <w:t>Рицар Феба&lt;br /&gt;</w:t>
        <w:br/>
        <w:t>Дон Кіхотові Ламанчському</w:t>
      </w:r>
    </w:p>
    <w:p>
      <w:r>
        <w:br/>
        <w:t>Рівнятися мені із вами годі,&lt;br /&gt;</w:t>
        <w:br/>
        <w:t>Іспанський Фебе, пане іменитий,&lt;br /&gt;</w:t>
        <w:br/>
        <w:t>Хоч був мій меч у світі знаменитий,&lt;br /&gt;</w:t>
        <w:br/>
        <w:t>Блищав колись на заході й на сході.</w:t>
      </w:r>
    </w:p>
    <w:p>
      <w:r>
        <w:br/>
        <w:t>Не рад я був найвищій нагороді,&lt;br /&gt;</w:t>
        <w:br/>
        <w:t>Я знехтував корону й самоцвіти,&lt;br /&gt;</w:t>
        <w:br/>
        <w:t>Лиш Кларідьяні прагнучи служити,&lt;br /&gt;</w:t>
        <w:br/>
        <w:t>Що сяяла мені в божистій вроді.</w:t>
      </w:r>
    </w:p>
    <w:p>
      <w:r>
        <w:br/>
        <w:t>Кохав її, бо сила чар жила в ній;&lt;br /&gt;</w:t>
        <w:br/>
        <w:t>Коли ж було я розлучався з нею,&lt;br /&gt;</w:t>
        <w:br/>
        <w:t>Боялася мене вся піднебесна.</w:t>
      </w:r>
    </w:p>
    <w:p>
      <w:r>
        <w:br/>
        <w:t>А ви, Кіхоте, рицарю преславний,&lt;br /&gt;</w:t>
        <w:br/>
        <w:t>Безсмертні стали через Дульсінею,&lt;br /&gt;</w:t>
        <w:br/>
        <w:t>А через вас вона — вродлива й чесна.</w:t>
      </w:r>
    </w:p>
    <w:p>
      <w:r>
        <w:br/>
        <w:t>Діалог між Баб'єкою і Росинантом</w:t>
      </w:r>
    </w:p>
    <w:p>
      <w:r>
        <w:br/>
        <w:t>Б. Мій друже Росинанте, чом ти схуд?&lt;br /&gt;</w:t>
        <w:br/>
        <w:t>Р. Важка робота, а кормів бракує.&lt;br /&gt;</w:t>
        <w:br/>
        <w:t>Б. Хіба ж тебе хазяїн не годує?&lt;br /&gt;</w:t>
        <w:br/>
        <w:t>Р. Сам бачиш, як цінує він мій труд.</w:t>
      </w:r>
    </w:p>
    <w:p>
      <w:r>
        <w:br/>
        <w:t>Б. Не будь ослом, котрий, як прийде скрут,&lt;br /&gt;</w:t>
        <w:br/>
        <w:t>На свого пана завжди пащекує.&lt;br /&gt;</w:t>
        <w:br/>
        <w:t>Р. Він сам осел. Чи ба, як каверзує:&lt;br /&gt;</w:t>
        <w:br/>
        <w:t>Надумав закохатись шалапут.</w:t>
      </w:r>
    </w:p>
    <w:p>
      <w:r>
        <w:br/>
        <w:t>Б. А що тобі? Р. Кохати не до речі.&lt;br /&gt;</w:t>
        <w:br/>
        <w:t>Б. Та ти філософ! Р. Певно, з голоднечі.&lt;br /&gt;</w:t>
        <w:br/>
        <w:t>Б. То пожалійся на слугу. Р. Ох-ох!</w:t>
      </w:r>
    </w:p>
    <w:p>
      <w:r>
        <w:br/>
        <w:t>Кому тут, справді, можна пожалітись?&lt;br /&gt;</w:t>
        <w:br/>
        <w:t>Що пан, те і слуга; як придивитись,-&lt;br /&gt;</w:t>
        <w:br/>
        <w:t>Кобилячі в них голови в обох.</w:t>
      </w:r>
    </w:p>
    <w:p>
      <w:r>
        <w:br/>
        <w:t>* * *</w:t>
      </w:r>
    </w:p>
    <w:p>
      <w:r>
        <w:br/>
        <w:t>Як злине ніч на землю чорнокрила&lt;br /&gt;</w:t>
        <w:br/>
        <w:t>І в тихім сні спочине смертних рід,&lt;br /&gt;</w:t>
        <w:br/>
        <w:t>З незлічних мук скупий складаю звіт&lt;br /&gt;</w:t>
        <w:br/>
        <w:t>Я небові й тобі, Хлорідо мила.</w:t>
      </w:r>
    </w:p>
    <w:p>
      <w:r>
        <w:br/>
        <w:t>А встане знов ясне деннe світило,&lt;br /&gt;</w:t>
        <w:br/>
        <w:t>Рясним багрянцем запаливши схід,-&lt;br /&gt;</w:t>
        <w:br/>
        <w:t>Печальну повість злигоднів і бід&lt;br /&gt;</w:t>
        <w:br/>
        <w:t>Повторюю й зітхаю осмутніло.</w:t>
      </w:r>
    </w:p>
    <w:p>
      <w:r>
        <w:br/>
        <w:t>А як те сонце з сяйного престолу&lt;br /&gt;</w:t>
        <w:br/>
        <w:t>Вогненні стріли кидає додолу,&lt;br /&gt;</w:t>
        <w:br/>
        <w:t>Караюсь я і мучуся без меж.</w:t>
      </w:r>
    </w:p>
    <w:p>
      <w:r>
        <w:br/>
        <w:t>І знову — ніч, і знов я гірко плачу,&lt;br /&gt;</w:t>
        <w:br/>
        <w:t>І скаржуся, й молю, і знову бачу,&lt;br /&gt;</w:t>
        <w:br/>
        <w:t>Що небеса глухі, й Хлоріда — теж.</w:t>
      </w:r>
    </w:p>
    <w:p>
      <w:r>
        <w:br/>
        <w:t>* * *</w:t>
      </w:r>
    </w:p>
    <w:p>
      <w:r>
        <w:br/>
        <w:t>Я скоро вмру. Жорстокий вирок свій&lt;br /&gt;</w:t>
        <w:br/>
        <w:t>Вже винесла твоя сліпа гординя;&lt;br /&gt;</w:t>
        <w:br/>
        <w:t>Не засудивши марного служіння,&lt;br /&gt;</w:t>
        <w:br/>
        <w:t>Сконаю я, як раб покірний твій.</w:t>
      </w:r>
    </w:p>
    <w:p>
      <w:r>
        <w:br/>
        <w:t>І в тій країні, де немає мрій,&lt;br /&gt;</w:t>
        <w:br/>
        <w:t>Де все земне стає блідою тінню,&lt;br /&gt;</w:t>
        <w:br/>
        <w:t>Носитиму я в серці, мов святиню,&lt;br /&gt;</w:t>
        <w:br/>
        <w:t>Нетлінний скарб — твій образ неземний.</w:t>
      </w:r>
    </w:p>
    <w:p>
      <w:r>
        <w:br/>
        <w:t>Той скарб мені за всі дорожчий блага,&lt;br /&gt;</w:t>
        <w:br/>
        <w:t>Хоча твоя холодність і зневага&lt;br /&gt;</w:t>
        <w:br/>
        <w:t>Наближують щомить фатальний строк.</w:t>
      </w:r>
    </w:p>
    <w:p>
      <w:r>
        <w:br/>
        <w:t>Біда мандрівцю, що, запливши в море,&lt;br /&gt;</w:t>
        <w:br/>
        <w:t>У буряні і темряві простори,&lt;br /&gt;</w:t>
        <w:br/>
        <w:t>Ні пристані не бачить, ні зірок!</w:t>
      </w:r>
    </w:p>
    <w:p>
      <w:r>
        <w:br/>
        <w:t>Глоса</w:t>
      </w:r>
    </w:p>
    <w:p>
      <w:r>
        <w:br/>
        <w:t>О, якби я міг вернуть&lt;br /&gt;</w:t>
        <w:br/>
        <w:t>Неповторну щастя мить&lt;br /&gt;</w:t>
        <w:br/>
        <w:t>Чи узнать заздалегідь&lt;br /&gt;</w:t>
        <w:br/>
        <w:t>Те, що завтра мусить буть!</w:t>
      </w:r>
    </w:p>
    <w:p>
      <w:r>
        <w:br/>
        <w:t>Все минає в цьому світі,&lt;br /&gt;</w:t>
        <w:br/>
        <w:t>Все до часу, до пори;&lt;br /&gt;</w:t>
        <w:br/>
        <w:t>Розгубились в лихолітті&lt;br /&gt;</w:t>
        <w:br/>
        <w:t>Долі щедрої дари,&lt;br /&gt;</w:t>
        <w:br/>
        <w:t>Незабуті, неспожиті.&lt;br /&gt;</w:t>
        <w:br/>
        <w:t>Доле, доле!&lt;br /&gt;</w:t>
        <w:br/>
        <w:t>Добра будь,&lt;br /&gt;</w:t>
        <w:br/>
        <w:t>Укажи до щастя путь&lt;br /&gt;</w:t>
        <w:br/>
        <w:t>І справди мої надії!&lt;br /&gt;</w:t>
        <w:br/>
        <w:t>Дні минулі золотії&lt;br /&gt;</w:t>
        <w:br/>
        <w:t>О, якби я міг вернуть!</w:t>
      </w:r>
    </w:p>
    <w:p>
      <w:r>
        <w:br/>
        <w:t>Не прошу я в неба влади,&lt;br /&gt;</w:t>
        <w:br/>
        <w:t>Перемог і нагород,&lt;br /&gt;</w:t>
        <w:br/>
        <w:t>Я одному був би радий —&lt;br /&gt;</w:t>
        <w:br/>
        <w:t>Жити знову без турбот,&lt;br /&gt;</w:t>
        <w:br/>
        <w:t>Як колись, у дні відради.&lt;br /&gt;</w:t>
        <w:br/>
        <w:t>Хай утіха прилетить&lt;br /&gt;</w:t>
        <w:br/>
        <w:t>Спраглу душу оживить,&lt;br /&gt;</w:t>
        <w:br/>
        <w:t>Жаль згасить у серці чулім,&lt;br /&gt;</w:t>
        <w:br/>
        <w:t>Хай зазнаю, як в минулім,&lt;br /&gt;</w:t>
        <w:br/>
        <w:t>Неповторну щастя мить!</w:t>
      </w:r>
    </w:p>
    <w:p>
      <w:r>
        <w:br/>
        <w:t>Та судьба не так судила,&lt;br /&gt;</w:t>
        <w:br/>
        <w:t>І вернути до життя&lt;br /&gt;</w:t>
        <w:br/>
        <w:t>Те, що вічність схоронила&lt;br /&gt;</w:t>
        <w:br/>
        <w:t>У безодні небуття,&lt;br /&gt;</w:t>
        <w:br/>
        <w:t>Нічия не може сила.&lt;br /&gt;</w:t>
        <w:br/>
        <w:t>Рік за роком прудко мчить,&lt;br /&gt;</w:t>
        <w:br/>
        <w:t>Їх нікому не спинить,&lt;br /&gt;</w:t>
        <w:br/>
        <w:t>І не вдасться нам ніколи&lt;br /&gt;</w:t>
        <w:br/>
        <w:t>Відвернуть веління долі&lt;br /&gt;</w:t>
        <w:br/>
        <w:t>Чи узнать заздалегідь.</w:t>
      </w:r>
    </w:p>
    <w:p>
      <w:r>
        <w:br/>
        <w:t>Мучить душу біль жорстокий,&lt;br /&gt;</w:t>
        <w:br/>
        <w:t>Пал тривог і шал надій;&lt;br /&gt;</w:t>
        <w:br/>
        <w:t>Ні, вже краще вічний спокій,&lt;br /&gt;</w:t>
        <w:br/>
        <w:t>Вічний сон в землі сирій,&lt;br /&gt;</w:t>
        <w:br/>
        <w:t>У могилі у глибокій.&lt;br /&gt;</w:t>
        <w:br/>
        <w:t>Щоб страждання всі забуть,&lt;br /&gt;</w:t>
        <w:br/>
        <w:t>Я б хотів навік заснуть,&lt;br /&gt;</w:t>
        <w:br/>
        <w:t>І давно я став би прахом,&lt;br /&gt;</w:t>
        <w:br/>
        <w:t>Та стискає серце жахом&lt;br /&gt;</w:t>
        <w:br/>
        <w:t>Те, що завтра мусить буть.</w:t>
      </w:r>
    </w:p>
    <w:p>
      <w:r>
        <w:br/>
        <w:t>* * *</w:t>
      </w:r>
    </w:p>
    <w:p>
      <w:r>
        <w:br/>
        <w:t>Ти, що в ліжкові розлігся&lt;br /&gt;</w:t>
        <w:br/>
        <w:t>На голландських простиралах&lt;br /&gt;</w:t>
        <w:br/>
        <w:t>І од вечора до світа&lt;br /&gt;</w:t>
        <w:br/>
        <w:t>Любо й солодко дрімаєш;</w:t>
      </w:r>
    </w:p>
    <w:p>
      <w:r>
        <w:br/>
        <w:t>Найславетніший з лицарства,&lt;br /&gt;</w:t>
        <w:br/>
        <w:t>Що родилося в Ламанчі,&lt;br /&gt;</w:t>
        <w:br/>
        <w:t>Над коштовні самоцвіти&lt;br /&gt;</w:t>
        <w:br/>
        <w:t>Кращий і дорожчий скарбе,</w:t>
      </w:r>
    </w:p>
    <w:p>
      <w:r>
        <w:br/>
        <w:t>Вислухай жалі дівчини,-&lt;br /&gt;</w:t>
        <w:br/>
        <w:t>Що страждає, безталанна,-&lt;br /&gt;</w:t>
        <w:br/>
        <w:t>Від двох сонць твоїх огнисто&lt;br /&gt;</w:t>
        <w:br/>
        <w:t>Вся душа її палає.</w:t>
      </w:r>
    </w:p>
    <w:p>
      <w:r>
        <w:br/>
        <w:t>Ти собі шукаєш слави,&lt;br /&gt;</w:t>
        <w:br/>
        <w:t>А комусь одні терзання:&lt;br /&gt;</w:t>
        <w:br/>
        <w:t>Тяжко раниш і не хочеш&lt;br /&gt;</w:t>
        <w:br/>
        <w:t>На ті рани ліків дати.</w:t>
      </w:r>
    </w:p>
    <w:p>
      <w:r>
        <w:br/>
        <w:t>Ти скажи, юначе смілий,-&lt;br /&gt;</w:t>
        <w:br/>
        <w:t>Боже, дай тобі удачу,-&lt;br /&gt;</w:t>
        <w:br/>
        <w:t>Чи не з Лівії ти родом,&lt;br /&gt;</w:t>
        <w:br/>
        <w:t>Чи не з гір суворих Хака?</w:t>
      </w:r>
    </w:p>
    <w:p>
      <w:r>
        <w:br/>
        <w:t>Чи тебе кормили змії,&lt;br /&gt;</w:t>
        <w:br/>
        <w:t>Чи твій дух загартували&lt;br /&gt;</w:t>
        <w:br/>
        <w:t>Скелі дикі і безплідні,&lt;br /&gt;</w:t>
        <w:br/>
        <w:t>Непролазні нетрі й хащі?</w:t>
      </w:r>
    </w:p>
    <w:p>
      <w:r>
        <w:br/>
        <w:t>Сміло може Дульсінея,&lt;br /&gt;</w:t>
        <w:br/>
        <w:t>Дівка повна і тужава,&lt;br /&gt;</w:t>
        <w:br/>
        <w:t>Похвалитись, що скорила&lt;br /&gt;</w:t>
        <w:br/>
        <w:t>Звіра лютого і барса.</w:t>
      </w:r>
    </w:p>
    <w:p>
      <w:r>
        <w:br/>
        <w:t>І за це її прославлять&lt;br /&gt;</w:t>
        <w:br/>
        <w:t>І Енарес, і Харама,&lt;br /&gt;</w:t>
        <w:br/>
        <w:t>Бистрий Тахо, Мансанарес,&lt;br /&gt;</w:t>
        <w:br/>
        <w:t>Пісуерга і Арланса.</w:t>
      </w:r>
    </w:p>
    <w:p>
      <w:r>
        <w:br/>
        <w:t>Щоб із нею помінятись,&lt;br /&gt;</w:t>
        <w:br/>
        <w:t>Віддала б я на додачу&lt;br /&gt;</w:t>
        <w:br/>
        <w:t>Найяскравішу спідницю&lt;br /&gt;</w:t>
        <w:br/>
        <w:t>З сухозлотним гаптуванням.</w:t>
      </w:r>
    </w:p>
    <w:p>
      <w:r>
        <w:br/>
        <w:t>О, лежать в твоїх обіймах&lt;br /&gt;</w:t>
        <w:br/>
        <w:t>Чи з тобою поруч навіть,&lt;br /&gt;</w:t>
        <w:br/>
        <w:t>Чухать голову тобі,&lt;br /&gt;</w:t>
        <w:br/>
        <w:t>Гниди нігтями вбивати!</w:t>
      </w:r>
    </w:p>
    <w:p>
      <w:r>
        <w:br/>
        <w:t>Та на честь таку велику&lt;br /&gt;</w:t>
        <w:br/>
        <w:t>Я, на жаль, не маю права,&lt;br /&gt;</w:t>
        <w:br/>
        <w:t>Буду рада, як дозволиш&lt;br /&gt;</w:t>
        <w:br/>
        <w:t>Твої ноги розім'яти.</w:t>
      </w:r>
    </w:p>
    <w:p>
      <w:r>
        <w:br/>
        <w:t>Я б тобі надарувала&lt;br /&gt;</w:t>
        <w:br/>
        <w:t>Гребінців, штанів атласних,&lt;br /&gt;</w:t>
        <w:br/>
        <w:t>І панчішок срібляних,&lt;br /&gt;</w:t>
        <w:br/>
        <w:t>І накидок полотняних,</w:t>
      </w:r>
    </w:p>
    <w:p>
      <w:r>
        <w:br/>
        <w:t>І багато різних перлів,&lt;br /&gt;</w:t>
        <w:br/>
        <w:t>Хоч дрібних, зате прекрасних,-&lt;br /&gt;</w:t>
        <w:br/>
        <w:t>Їх наймення — "одиночки",&lt;br /&gt;</w:t>
        <w:br/>
        <w:t>Бо ніде нема їм пари!</w:t>
      </w:r>
    </w:p>
    <w:p>
      <w:r>
        <w:br/>
        <w:t>Не дивися з круч Тарпея,&lt;br /&gt;</w:t>
        <w:br/>
        <w:t>Як палаю я пожаром,&lt;br /&gt;</w:t>
        <w:br/>
        <w:t>І його не роздувай,&lt;br /&gt;</w:t>
        <w:br/>
        <w:t>О Нероне із Ламанчі!</w:t>
      </w:r>
    </w:p>
    <w:p>
      <w:r>
        <w:br/>
        <w:t>Я — дитина, малолітка,&lt;br /&gt;</w:t>
        <w:br/>
        <w:t>Ще й п'ятнадцяти не маю,&lt;br /&gt;</w:t>
        <w:br/>
        <w:t>Тільки чотирнадцять з гаком,-&lt;br /&gt;</w:t>
        <w:br/>
        <w:t>Як брешу, хай Бог скарає.</w:t>
      </w:r>
    </w:p>
    <w:p>
      <w:r>
        <w:br/>
        <w:t>Не крива, не кособока,&lt;br /&gt;</w:t>
        <w:br/>
        <w:t>Руки в мене теж годящі,&lt;br /&gt;</w:t>
        <w:br/>
        <w:t>А коса моя розкішна&lt;br /&gt;</w:t>
        <w:br/>
        <w:t>Аж до п'ят мені спадає.</w:t>
      </w:r>
    </w:p>
    <w:p>
      <w:r>
        <w:br/>
        <w:t>Хай у мене ніс кирпатий,&lt;br /&gt;</w:t>
        <w:br/>
        <w:t>Хай і рот великуватий,&lt;br /&gt;</w:t>
        <w:br/>
        <w:t>Додають мені краси&lt;br /&gt;</w:t>
        <w:br/>
        <w:t>Зубки білі, мов топази.</w:t>
      </w:r>
    </w:p>
    <w:p>
      <w:r>
        <w:br/>
        <w:t>Голос мій, як сам. ти чуєш,&lt;br /&gt;</w:t>
        <w:br/>
        <w:t>Милозвучний несказанно,&lt;br /&gt;</w:t>
        <w:br/>
        <w:t>А фігура — присягаюсь —&lt;br /&gt;</w:t>
        <w:br/>
        <w:t>Майже зовсім непогана.</w:t>
      </w:r>
    </w:p>
    <w:p>
      <w:r>
        <w:br/>
        <w:t>Знай, що все, чим я прекрасна,&lt;br /&gt;</w:t>
        <w:br/>
        <w:t>Вразив ти своїм колчаном.&lt;br /&gt;</w:t>
        <w:br/>
        <w:t>Звуся я Альтісідора&lt;br /&gt;</w:t>
        <w:br/>
        <w:t>І служу при цьому замку.</w:t>
      </w:r>
    </w:p>
    <w:p>
      <w:r>
        <w:br/>
        <w:t>* * *</w:t>
      </w:r>
    </w:p>
    <w:p>
      <w:r>
        <w:br/>
        <w:t>Сила пристрасті зриває&lt;br /&gt;</w:t>
        <w:br/>
        <w:t>Душу нам з петель нерідко,&lt;br /&gt;</w:t>
        <w:br/>
        <w:t>За підойму завжди править&lt;br /&gt;</w:t>
        <w:br/>
        <w:t>Їй неробство недбайливе.</w:t>
      </w:r>
    </w:p>
    <w:p>
      <w:r>
        <w:br/>
        <w:t>А заняття повсякчасні,&lt;br /&gt;</w:t>
        <w:br/>
        <w:t>Різна праця й рукоділля&lt;br /&gt;</w:t>
        <w:br/>
        <w:t>Нам дають протиотруту&lt;br /&gt;</w:t>
        <w:br/>
        <w:t>Від любовного томління.</w:t>
      </w:r>
    </w:p>
    <w:p>
      <w:r>
        <w:br/>
        <w:t>Благомислячим дівчатам,&lt;br /&gt;</w:t>
        <w:br/>
        <w:t>Що бажають заміж вийти,&lt;br /&gt;</w:t>
        <w:br/>
        <w:t>Певна цнота й добра слава&lt;br /&gt;</w:t>
        <w:br/>
        <w:t>Щонайкращим служать віном.</w:t>
      </w:r>
    </w:p>
    <w:p>
      <w:r>
        <w:br/>
        <w:t>Як гульвіси із столиці,&lt;br /&gt;</w:t>
        <w:br/>
        <w:t>Так і лицарі мандрівні&lt;br /&gt;</w:t>
        <w:br/>
        <w:t>Люблять жвавих задля жарту,&lt;br /&gt;</w:t>
        <w:br/>
        <w:t>А за жінку волять смирних.</w:t>
      </w:r>
    </w:p>
    <w:p>
      <w:r>
        <w:br/>
        <w:t>Є кохання перебіжне,&lt;br /&gt;</w:t>
        <w:br/>
        <w:t>Що мінливіше од вітру:&lt;br /&gt;</w:t>
        <w:br/>
        <w:t>Виникає на привалі&lt;br /&gt;</w:t>
        <w:br/>
        <w:t>І кінчається з від'їздом.</w:t>
      </w:r>
    </w:p>
    <w:p>
      <w:r>
        <w:br/>
        <w:t>Випадкова та любов,-&lt;br /&gt;</w:t>
        <w:br/>
        <w:t>Нині ця, а завтра інша,-&lt;br /&gt;</w:t>
        <w:br/>
        <w:t>В серці образів глибоких&lt;br /&gt;</w:t>
        <w:br/>
        <w:t>Неспроможна залишити.</w:t>
      </w:r>
    </w:p>
    <w:p>
      <w:r>
        <w:br/>
        <w:t>Важко щось намалювати&lt;br /&gt;</w:t>
        <w:br/>
        <w:t>На готовій вже картині:&lt;br /&gt;</w:t>
        <w:br/>
        <w:t>Де краса царює давня,&lt;br /&gt;</w:t>
        <w:br/>
        <w:t>Там нова краса безсила.</w:t>
      </w:r>
    </w:p>
    <w:p>
      <w:r>
        <w:br/>
        <w:t>Дульсінея із Тобосо&lt;br /&gt;</w:t>
        <w:br/>
        <w:t>Вкарбувалася навічно&lt;br /&gt;</w:t>
        <w:br/>
        <w:t>У скрижалі мого серця,&lt;br /&gt;</w:t>
        <w:br/>
        <w:t>Так, що стерти неможливо.</w:t>
      </w:r>
    </w:p>
    <w:p>
      <w:r>
        <w:br/>
        <w:t>Щира вірність в тих, хто любить,&lt;br /&gt;</w:t>
        <w:br/>
        <w:t>То клейнод дорогоцінний,&lt;br /&gt;</w:t>
        <w:br/>
        <w:t>Ним до себе підіймає&lt;br /&gt;</w:t>
        <w:br/>
        <w:t>Їх Амур, сердець владика.</w:t>
      </w:r>
    </w:p>
    <w:p>
      <w:r>
        <w:br/>
        <w:t>* * *</w:t>
      </w:r>
    </w:p>
    <w:p>
      <w:r>
        <w:br/>
        <w:t>Слухай, рицарю невірний,&lt;br /&gt;</w:t>
        <w:br/>
        <w:t>Не натягуй ти вуздечки,&lt;br /&gt;</w:t>
        <w:br/>
        <w:t>Не коли боки круті&lt;br /&gt;</w:t>
        <w:br/>
        <w:t>Неслухняному коневі.</w:t>
      </w:r>
    </w:p>
    <w:p>
      <w:r>
        <w:br/>
        <w:t>Знай, тікаєш ти, зрадливцю,&lt;br /&gt;</w:t>
        <w:br/>
        <w:t>Не від хижої пантери,&lt;br /&gt;</w:t>
        <w:br/>
        <w:t>А від смирної ягнички,&lt;br /&gt;</w:t>
        <w:br/>
        <w:t>Безневинної овечки.</w:t>
      </w:r>
    </w:p>
    <w:p>
      <w:r>
        <w:br/>
        <w:t>Нелюд, ти зневажив діву,&lt;br /&gt;</w:t>
        <w:br/>
        <w:t>Що гарнішої від неї&lt;br /&gt;</w:t>
        <w:br/>
        <w:t>Ще не бачила Діана&lt;br /&gt;</w:t>
        <w:br/>
        <w:t>І божественна Венера.</w:t>
      </w:r>
    </w:p>
    <w:p>
      <w:r>
        <w:br/>
        <w:t>Втікач Еней, Бірено безсердечний,&lt;br /&gt;</w:t>
        <w:br/>
        <w:t>З Вараввою іди, навіки щезни!</w:t>
      </w:r>
    </w:p>
    <w:p>
      <w:r>
        <w:br/>
        <w:t>В своїх пазурах везеш ти&lt;br /&gt;</w:t>
        <w:br/>
        <w:t>(Вчинок підлий і ганебний!)&lt;br /&gt;</w:t>
        <w:br/>
        <w:t>Серце вірної рабині,&lt;br /&gt;</w:t>
        <w:br/>
        <w:t>Незрадливе й ніжне серце.</w:t>
      </w:r>
    </w:p>
    <w:p>
      <w:r>
        <w:br/>
        <w:t>Ти завозиш три хустинки&lt;br /&gt;</w:t>
        <w:br/>
        <w:t>І підв'язки з ніг гарненьких,&lt;br /&gt;</w:t>
        <w:br/>
        <w:t>Що як мармур — чорне з білим,&lt;br /&gt;</w:t>
        <w:br/>
        <w:t>І як мармур той, гладенькі.</w:t>
      </w:r>
    </w:p>
    <w:p>
      <w:r>
        <w:br/>
        <w:t>А іще зітхань п'ять тисяч,&lt;br /&gt;</w:t>
        <w:br/>
        <w:t>Що вогнем своїм шаленим&lt;br /&gt;</w:t>
        <w:br/>
        <w:t>Трой п'ять тисяч запалили б,&lt;br /&gt;</w:t>
        <w:br/>
        <w:t>Якби їх було не менше.</w:t>
      </w:r>
    </w:p>
    <w:p>
      <w:r>
        <w:br/>
        <w:t>Втікач Еней, Бірено безсердечний,&lt;br /&gt;</w:t>
        <w:br/>
        <w:t>З Вараввою іди, навіки щезни!</w:t>
      </w:r>
    </w:p>
    <w:p>
      <w:r>
        <w:br/>
        <w:t>Санчо, джура твій, хай буде&lt;br /&gt;</w:t>
        <w:br/>
        <w:t>Теж таким жорстокосердим,&lt;br /&gt;</w:t>
        <w:br/>
        <w:t>Щоб довіку злії чари&lt;br /&gt;</w:t>
        <w:br/>
        <w:t>Не зійшли із Дульсінеї.</w:t>
      </w:r>
    </w:p>
    <w:p>
      <w:r>
        <w:br/>
        <w:t>Хай вина твоя віднині&lt;br /&gt;</w:t>
        <w:br/>
        <w:t>Упаде на бідну жертву,-&lt;br /&gt;</w:t>
        <w:br/>
        <w:t>Адже часто в цьому світі&lt;br /&gt;</w:t>
        <w:br/>
        <w:t>За злочинця платить чесний.</w:t>
      </w:r>
    </w:p>
    <w:p>
      <w:r>
        <w:br/>
        <w:t>Хай твої шукання слави&lt;br /&gt;</w:t>
        <w:br/>
        <w:t>Стануть горем невтоленним,&lt;br /&gt;</w:t>
        <w:br/>
        <w:t>Вірність серця — забуттям,&lt;br /&gt;</w:t>
        <w:br/>
        <w:t>Любі втіхи — сном непевним.</w:t>
      </w:r>
    </w:p>
    <w:p>
      <w:r>
        <w:br/>
        <w:t>Втікач Еней, Бірено безсердечний,&lt;br /&gt;</w:t>
        <w:br/>
        <w:t>З Вараввою іди, навіки щезни!</w:t>
      </w:r>
    </w:p>
    <w:p>
      <w:r>
        <w:br/>
        <w:t>Хай ти вславишся невірним&lt;br /&gt;</w:t>
        <w:br/>
        <w:t>Від Севільї до Марчени,&lt;br /&gt;</w:t>
        <w:br/>
        <w:t>Від Гранади аж до Лохи&lt;br /&gt;</w:t>
        <w:br/>
        <w:t>І від Лондона до Темзи.</w:t>
      </w:r>
    </w:p>
    <w:p>
      <w:r>
        <w:br/>
        <w:t>Коли сядеш грати в "хвильку",&lt;br /&gt;</w:t>
        <w:br/>
        <w:t>У "гарбу" а чи у "кепа",&lt;br /&gt;</w:t>
        <w:br/>
        <w:t>Щоб ти туза не побачив,&lt;br /&gt;</w:t>
        <w:br/>
        <w:t>Дами, короля й валета!</w:t>
      </w:r>
    </w:p>
    <w:p>
      <w:r>
        <w:br/>
        <w:t>Будеш стригти мозолі —&lt;br /&gt;</w:t>
        <w:br/>
        <w:t>Щоб ти стриг до кровотечі,&lt;br /&gt;</w:t>
        <w:br/>
        <w:t>Доведеться зуби рвати —&lt;br /&gt;</w:t>
        <w:br/>
        <w:t>Щоб лишився ти без щелеп!</w:t>
      </w:r>
    </w:p>
    <w:p>
      <w:r>
        <w:br/>
        <w:t>Втікач Еней, Бірено безсердечний,&lt;br /&gt;</w:t>
        <w:br/>
        <w:t>З Вараввою іди, навіки щезни!</w:t>
      </w:r>
    </w:p>
    <w:p>
      <w:r>
        <w:br/>
        <w:t>Епітафія</w:t>
      </w:r>
    </w:p>
    <w:p>
      <w:r>
        <w:br/>
        <w:t>Тут лежить ідальго смілий,&lt;br /&gt;</w:t>
        <w:br/>
        <w:t>Найвідважніший дивак,&lt;br /&gt;</w:t>
        <w:br/>
        <w:t>Його запал буйнокрилий&lt;br /&gt;</w:t>
        <w:br/>
        <w:t>Не змогла скрушить ніяк&lt;br /&gt;</w:t>
        <w:br/>
        <w:t>Навіть хмура міць могили.&lt;br /&gt;</w:t>
        <w:br/>
        <w:t>Згордувавши світом шумним,&lt;br /&gt;</w:t>
        <w:br/>
        <w:t>Він блукав привиддям чумним&lt;br /&gt;</w:t>
        <w:br/>
        <w:t>Добрим людям на забаву&lt;br /&gt;</w:t>
        <w:br/>
        <w:t>І, здобувши вічну славу,&lt;br /&gt;</w:t>
        <w:br/>
        <w:t>Мудрим вмер, хоч жив безумним.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Поезії з роману "Дон Кіхот"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