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Поєдинок</w:t>
      </w:r>
    </w:p>
    <w:p>
      <w:r>
        <w:br/>
        <w:t xml:space="preserve"> &lt;p&gt;Вони вже повечеряли — пані Антоніна і вчитель її дочки Іван Піддубний.</w:t>
      </w:r>
    </w:p>
    <w:p>
      <w:r>
        <w:br/>
        <w:t>Він встав з канапи, одсунув злегка круглий стіл з останками вечері, а вона подала йому для поцілунку руку. І він почав цілувати її не з того боку, де звичайно цілують знайомі, а в долоню і вище.</w:t>
      </w:r>
    </w:p>
    <w:p>
      <w:r>
        <w:br/>
        <w:t>Пані Антоніна не боронила, навпаки, вона одкинула назад голову і зеленкуватими сльозавими очима в червоних повіках, що ставали завжди такими після наливки, дивилась зверху на кучеряву голову хлопця. Вільною рукою вона розщібувала рукав і показувала пальцем:</w:t>
      </w:r>
    </w:p>
    <w:p>
      <w:r>
        <w:br/>
        <w:t>— Тут... тут...</w:t>
      </w:r>
    </w:p>
    <w:p>
      <w:r>
        <w:br/>
        <w:t>І він ішов устами по синій жилці уверх, до білої й м'якої округлості, осяяної матовим світлом столової лампи.</w:t>
      </w:r>
    </w:p>
    <w:p>
      <w:r>
        <w:br/>
        <w:t>Раптом — т-ррах... трах-трах!..</w:t>
      </w:r>
    </w:p>
    <w:p>
      <w:r>
        <w:br/>
        <w:t>Віконна рама затремтіла, і всі шибки дико задеренчали.</w:t>
      </w:r>
    </w:p>
    <w:p>
      <w:r>
        <w:br/>
        <w:t>Вони стрепенулись і витріщеними очима уп'ялись у чорні шибки, в які лізли з саду обліплені снігом гіллячки дерев.</w:t>
      </w:r>
    </w:p>
    <w:p>
      <w:r>
        <w:br/>
        <w:t>—Хто? Що?!</w:t>
      </w:r>
    </w:p>
    <w:p>
      <w:r>
        <w:br/>
        <w:t>— Чоловік... він все бачив...</w:t>
      </w:r>
    </w:p>
    <w:p>
      <w:r>
        <w:br/>
        <w:t>І поки вони стояли у тих самих позах в безвладному очікуванні чогось лихого й непоправного, серед мертвої тиші стукнули двері, пробігло щось по сходах і в хату вскочив господар дому, в шубі, в шапці, в калошах з снігом, низький, зі злими очима й тремтячою бородою.</w:t>
      </w:r>
    </w:p>
    <w:p>
      <w:r>
        <w:br/>
        <w:t>Він уже здалеку ніс одкинену ліву руку й, добігши до столової, простяг її в напрямку дверей.</w:t>
      </w:r>
    </w:p>
    <w:p>
      <w:r>
        <w:br/>
        <w:t>— Геть!., геть з хати!..</w:t>
      </w:r>
    </w:p>
    <w:p>
      <w:r>
        <w:br/>
        <w:t>Іван Піддубний змінивсь на виду, щось хотів сказати, нащось хитнувся, простяг руку і, схиливши голову, пішов нетвердою ходою через столову, повз господаря,</w:t>
      </w:r>
    </w:p>
    <w:p>
      <w:r>
        <w:br/>
        <w:t>через другу хату — до сіней. Він чув, як позад його здушеним глухим голосом вмовляла жінка чоловіка:</w:t>
      </w:r>
    </w:p>
    <w:p>
      <w:r>
        <w:br/>
        <w:t>— Опам'ятайся!.. Миколо... ти з глузду...</w:t>
      </w:r>
    </w:p>
    <w:p>
      <w:r>
        <w:br/>
        <w:t>— Геть! Геть з хати! — верещав тонким несвоїм голосом пан Микола й тупав ногами в калошах.</w:t>
      </w:r>
    </w:p>
    <w:p>
      <w:r>
        <w:br/>
        <w:t>Поки учитель накидав на себе барани, на крик вискочила в сіни його учениця, десятилітня Людя. Вона була вже напівроздягнена: коротенька біла спідничка на білих шлейках, не досягаючи до панчіх, одкривала голі коліна. Вона склала голі рученята на грудях, зігнулась трохи і звернула блакитні налякані очі з благанням до батька:</w:t>
      </w:r>
    </w:p>
    <w:p>
      <w:r>
        <w:br/>
        <w:t>— Татусю!., татусю!., не виганяй пана Вана...</w:t>
      </w:r>
    </w:p>
    <w:p>
      <w:r>
        <w:br/>
        <w:t>Так вона називала свого любимого вчителя. Але татусь не зважав на неї. Він теж вискочив у сіни, смішно вимахував руками й декламував:</w:t>
      </w:r>
    </w:p>
    <w:p>
      <w:r>
        <w:br/>
        <w:t>— Прийняв у хату, як сина, як чесну людину... поїв, годував, платив... Га-а-а!..</w:t>
      </w:r>
    </w:p>
    <w:p>
      <w:r>
        <w:br/>
        <w:t>Щось говорила пані Антоніна, пищала Людя, та Іван вже не чув, знайшов шапку, вхопив машинально з кутка парасольку пана Миколи й вискочив на вулицю.</w:t>
      </w:r>
    </w:p>
    <w:p>
      <w:r>
        <w:br/>
        <w:t>Гострий струмінь морозного повітря... осяяні в домах вікна... чиїсь голоси... дзвінки звощика... стережись!., і він опинився у глухій безлюдній вулиці. Перед очима в нього була простягнена вперед ліва рука пана Миколи і дві червоні смуги на виду — з морозу чи з зворушення,— а в ухах лунало: геть!., геть з дому!.. Скандал... сором... Кров шуміла в ухах, до горла щось котилося... Він біг непритомний, в розщібненому кожусі, з чужою парасолькою під пахвою...</w:t>
      </w:r>
    </w:p>
    <w:p>
      <w:r>
        <w:br/>
        <w:t>Місяць вже зійшов. На снігу блищали зорі, немов посипались з неба. Контури — різкі. Дерева, будинки, тини — такі тверді, мов висічені з мармуру, дивно спокійні, дивно міцні. Блакитне світло, гостре, колюче, немов замерзло.</w:t>
      </w:r>
    </w:p>
    <w:p>
      <w:r>
        <w:br/>
        <w:t>Учитель нічого не помічав — він біг вулицею й мав одно бажання: швидше добратись додому, сховатись од людей, од сорому. Геть!</w:t>
      </w:r>
    </w:p>
    <w:p>
      <w:r>
        <w:br/>
        <w:t>Те "геть" бігло за ним слідком і гнало вперед.</w:t>
      </w:r>
    </w:p>
    <w:p>
      <w:r>
        <w:br/>
        <w:t>Стрічались звощики. Він хотів їхати, та згадав, що не стане п'яти копійок.</w:t>
      </w:r>
    </w:p>
    <w:p>
      <w:r>
        <w:br/>
        <w:t>Піддубний вскочив у свою кімнатку і, не світячи світла, не роздягаючись, кинувся на ліжко.</w:t>
      </w:r>
    </w:p>
    <w:p>
      <w:r>
        <w:br/>
        <w:t>Ціла подія живо стояла перед очима. Опріч сорому, опріч образи, що горіла в його крові, він чув, що був смішним. Його вигнано, як пса, і він, як пес, скорився й вийшов, безпомічний, безсловесний, полохливий. Вона не вибачить йому його ганьби, його міщанства. Треба було щось сказати, щось зробити... Але що? Він не знав. Він перший раз мав роман з такою значною дамою. Бідний вчитель, з убогої міщанської родини, вигнаний з школи, він ніколи не сягав грішною думкою вище наймички або убогої панночки, що тільки в свято надягає кращу одежу й вічно має червоні од праці руки. І от ця 42-літня дама, багата дідичка, з панів, кинулась в його обійми так несподівано і владно, що він не смів перечити. Вона його полонила. Він їй був потрібний щогодини, щохвилини, і вдень, і вночі. Вона запевняла, що він має добрий смак і вміє торгуватись, і через те він мусив купувати їй ґудзики, нитки, полотно і меблі. Вона тягала його по крамницях. Потому рішила, що Людя повинна більше вчитися, і замість одної години він присвячував їй три, а позаяк обід приходився посередині лекції, його лишали обідати. Вона возила його в концерти і до театру, коли чоловік був занятий, і запевняла чоловіка, що в компанії з учителем йому найкраще ловити рибу. Він мусив слухати її музику, багато музики, хоч нічого не розумів у ній, а коли засиджувався вечорами пізно, виходило так, що не тільки вона, а й чоловік її прохав його заночувати у них. Його клали в окремій маленькій кімнатці, де жила колись бонна, і, йдучи вранці на каву, він здіймав з одежі сивий жіночий волос.</w:t>
      </w:r>
    </w:p>
    <w:p>
      <w:r>
        <w:br/>
        <w:t>Приходячи на лекцію, Іван вступав звичайно у порожній, сливе мертвий дім. Чоловік був на службі, Людя гралася десь в кінці саду або у знайомих, челядь не сміла показуватись у горниці, а пані робила туалет. Вона одхиляла двері од третьої кімнати, з своєї вбиральні, виглядала звідти з розпущеним волоссям і з голими руками і кликала його до себе. Вона цілувала його в очі, щоки, в уста, палко, без краю, лоскотала розпущеним волоссям, що пахло згірклою помадою, закидала голі руки на шию — аж йому голова наморочилась...</w:t>
      </w:r>
    </w:p>
    <w:p>
      <w:r>
        <w:br/>
        <w:t>— Івась... Івашечко... Іванко... єдиний, маленький...— стогнала вона між поцілунками.— Ти мій володар, пан мій... кров мого серця... поезія життя... ти мій Ромео...</w:t>
      </w:r>
    </w:p>
    <w:p>
      <w:r>
        <w:br/>
        <w:t>Потому вона наказувала йому цілувати себе, підставляла шию, плечі, високі й добре законсервовані перса, піднімала руки, щоб він міг цілувати під пахвами, і нервово сміялась, коли він лоскотав її своїми вусами. Вона поверталася на всі бокки й дивилась на нього зеленкуватими очима в червоних повіках, а зморшки на обличчі розгладжувались в неї од тих пестощів. Далі вона виймала десь з-під подушки згорнений в кільканадцятеро папір і стромляла йому в руку сквапно і таємниче:</w:t>
      </w:r>
    </w:p>
    <w:p>
      <w:r>
        <w:br/>
        <w:t>— На! Це тобі!</w:t>
      </w:r>
    </w:p>
    <w:p>
      <w:r>
        <w:br/>
        <w:t>По тонкому жіночому письму й по синьому чорнилі він пізнавав, що то лист од неї.</w:t>
      </w:r>
    </w:p>
    <w:p>
      <w:r>
        <w:br/>
        <w:t>Займаючись з Людею, він потай розгортав той лист і читав. Людя, що хотіла, могла робити.</w:t>
      </w:r>
    </w:p>
    <w:p>
      <w:r>
        <w:br/>
        <w:t>Лист був насамперед довгий, на п'яти-шести сторінках. Він був писаний трохи старим, квітистим стиилем, з алегоріями й довгими виробленими періодами. До того пахнув специфічним духом згірклої помади й носив плямисті сліди поцілунків, не алегоричних, а дійсних, витис-нених на листовім папері й долучених до ніжних слів, як ілюстрація. "Коли б ти заглянув у безодню мого почуття й осяяний небесним світлом кохання... Я хотіла б вічно жити на твоїх грудях, оселитися там і в невимовному щасті, в божевільнім раюванні пити росу твоїх поцілунків, цілувати сліди твоїх стіп і пестити повітря, яким дихаєш... Ти мій володар, мій пан, моє життя і моя смерть..."</w:t>
      </w:r>
    </w:p>
    <w:p>
      <w:r>
        <w:br/>
        <w:t>Вона щонайменше двічі на день писала до нього такі листи, стромляла йому в руку, передавала через Людю, вкладала в кишені пальта і посилала по пошті. Шухляди його стола виповнені були паперами з синіми рядками й наситили хатнє повітря специфічним духом. На кожний лист вона уперто допоминалась одповіді, довгої, палкої, повної неземних почувань і лицарського духу. Вона хотіла. Він мав обов'язок виставляти перед нею оголену душу — і декорував її театральною шумихою, мучився, прів, і нічого не виходило в нього. Коли він неприносив одповіді або приносив коротку і бліду, вона робила йому сцену, називала його нездарою, міщанським убожеством, а по тому падала на груди, пестила, вкладала в кишені ще довші листи й одягалась у легку одежу, що давала доступ до її тіла. В приступах ніжності вона обслинювала папіроси, які курила без ліку, і втикала йому в уста або виривала для себе папіросу від нього — й тоді її зеленкуваті очі в червоних повіках оточались колом променястих зморщок задоволення. Його мучило таке кохання, хоч разом з тим лоскотало пиху. Він найбільше боявся стати смішним в її очах — і ось тепер:</w:t>
      </w:r>
    </w:p>
    <w:p>
      <w:r>
        <w:br/>
        <w:t>— Геть!..— І він пішов, як пес.</w:t>
      </w:r>
    </w:p>
    <w:p>
      <w:r>
        <w:br/>
        <w:t>Піддубний застогнав, мов зранений. Він сам винен. Треба було щось зробити. Але що? Побити? Ні. Кинути в лице рукавичку? Адже він не мав її з собою. Викликати на поєдинок? Хіба він знає!</w:t>
      </w:r>
    </w:p>
    <w:p>
      <w:r>
        <w:br/>
        <w:t>Очі його ненароком впали на вікно, і він скорчився од болю. Те вікно його боліло. Він встав з постелі і спустив штору. По тому знов ліг і накрив голову подушкою. У грудях повзла невиразна безформена невдоволеність. Голова росла і порожніла. Там лиш, як літні тіні, проносились згадки, безладні, безсистемні.</w:t>
      </w:r>
    </w:p>
    <w:p>
      <w:r>
        <w:br/>
        <w:t>Вона приходила до нього в боннину кімнатку. Цілуй! І коли він занадто рішуче брався до неї, на неї нападав страх.</w:t>
      </w:r>
    </w:p>
    <w:p>
      <w:r>
        <w:br/>
        <w:t>— Боюсь... боюсь... мій милий, я боюся...— шептала вона з жахом в очах і з складкою болю в устах,— і одпи-хала його від себе, й неспокійно озиралась по кутках.</w:t>
      </w:r>
    </w:p>
    <w:p>
      <w:r>
        <w:br/>
        <w:t>Він не мав чого боятися і не слухав її. Тоді вона тремтіла І пищала, як муха в павутинні, і ця інститутська манера в немолодій жінці дратувала його.</w:t>
      </w:r>
    </w:p>
    <w:p>
      <w:r>
        <w:br/>
        <w:t>— Ой, ах!., милий, єдиний... боюся... он хтось іде!., ой!..</w:t>
      </w:r>
    </w:p>
    <w:p>
      <w:r>
        <w:br/>
        <w:t>І вона тікала від нього, лишивши в йому бажання...</w:t>
      </w:r>
    </w:p>
    <w:p>
      <w:r>
        <w:br/>
        <w:t>Часом вона була просто жорстокою. Вона змушувала його цілими вечорами слухати музику, переважно класичну — Баха, Гайдна, Бетховена,— і після якоїсь фуги або симфонії, одіграної з розумінням і з експресією, оберталась до нього разом з табуреткою й питала з тріумфом в очах:</w:t>
      </w:r>
    </w:p>
    <w:p>
      <w:r>
        <w:br/>
        <w:t>— Подобається тобі?</w:t>
      </w:r>
    </w:p>
    <w:p>
      <w:r>
        <w:br/>
        <w:t>Він говорив щось невиразне:</w:t>
      </w:r>
    </w:p>
    <w:p>
      <w:r>
        <w:br/>
        <w:t>— Так... ні... бачите...</w:t>
      </w:r>
    </w:p>
    <w:p>
      <w:r>
        <w:br/>
        <w:t>Тоді вона міряла його злими очима:</w:t>
      </w:r>
    </w:p>
    <w:p>
      <w:r>
        <w:br/>
        <w:t>— Осел! Ви нічого не розумієте...</w:t>
      </w:r>
    </w:p>
    <w:p>
      <w:r>
        <w:br/>
        <w:t>Стискала губи й поверталась до нього круглою спиною.</w:t>
      </w:r>
    </w:p>
    <w:p>
      <w:r>
        <w:br/>
        <w:t>Він сидів пригноблений і думав, що вона каже правду.</w:t>
      </w:r>
    </w:p>
    <w:p>
      <w:r>
        <w:br/>
        <w:t>Вона була вередлива, палка, сентиментальна і стара. Своїм поводженням вона нагадувала йому старий французький роман.</w:t>
      </w:r>
    </w:p>
    <w:p>
      <w:r>
        <w:br/>
        <w:t>— Татусю, не виганяй пана Вана!..</w:t>
      </w:r>
    </w:p>
    <w:p>
      <w:r>
        <w:br/>
        <w:t>Він бачив голі руки й довгі ноги під білою спідничкою і той благаючий чистий погляд дитячих очей...</w:t>
      </w:r>
    </w:p>
    <w:p>
      <w:r>
        <w:br/>
        <w:t>Нащо вони зробили свідком хатнього болота ту чисту душу?..</w:t>
      </w:r>
    </w:p>
    <w:p>
      <w:r>
        <w:br/>
        <w:t>Як він ненавидів того урядовця, з його червоними плямами на виду, з його тремтячою бородою й пискливим голосом,— ненавидів за те, що він чоловік його коханки, за свою ганьбу, за свою полохливість! З якою насолодою побив би він його, згнітив своїм тілом, здушив за горло!.. Та що сказала б вона.</w:t>
      </w:r>
    </w:p>
    <w:p>
      <w:r>
        <w:br/>
        <w:t>Міщанин!., галабурдник!..їй треба декорум... поєдинок...</w:t>
      </w:r>
    </w:p>
    <w:p>
      <w:r>
        <w:br/>
        <w:t>— Ну, що ж — хай буде поєдинок...</w:t>
      </w:r>
    </w:p>
    <w:p>
      <w:r>
        <w:br/>
        <w:t>Це він говорить уголос, сідає на ліжко й витріщає в темряву очі.</w:t>
      </w:r>
    </w:p>
    <w:p>
      <w:r>
        <w:br/>
        <w:t>І враз уявляється йому картина поєдинку з якогось роману. Зелена полянка. Секунданти в циліндрах. Він зводить пістоль... синій димок — і пан Микола хилиться вниз, а крізь білу сорочку стаікае червоний струмок...</w:t>
      </w:r>
    </w:p>
    <w:p>
      <w:r>
        <w:br/>
        <w:t>Піддубний заплющує очі, тремтить і ховає голову в подушки...</w:t>
      </w:r>
    </w:p>
    <w:p>
      <w:r>
        <w:br/>
        <w:t>Ні, він цього не може!., не може!..</w:t>
      </w:r>
    </w:p>
    <w:p>
      <w:r>
        <w:br/>
        <w:t>Він підскакує усім тілом на ліжку й не хоче думати про кров. Врешті його заспокоює думка, що пан Микола не схотів би стрілятися з ним. Він урядовець, лояльний урядовець. Він зараз доніс би в поліцію... Це певне... це зовсім певне... А тоді ще гірше. Допити, суд, поліція — він опинився б у смішнім становищі. Що ж буде?</w:t>
      </w:r>
    </w:p>
    <w:p>
      <w:r>
        <w:br/>
        <w:t>Піддубний лежить довго один у темряві й думає під стук калаташки нічного сторожа.</w:t>
      </w:r>
    </w:p>
    <w:p>
      <w:r>
        <w:br/>
        <w:t>— Ну, добре! — каже Іван і знов сідає на ліжко.— Ти зробив свинство. Вліз у сім'ю, взяв чужу жінку... Майже сміливість чесно поквитуватись. Візьми її. Забери і звий своє гніздо... На свої десять копійок, що лишились у кишені, на своє убожество? А дитина?..</w:t>
      </w:r>
    </w:p>
    <w:p>
      <w:r>
        <w:br/>
        <w:t>Щось встає зсередини у нього й конвульсійним сміхом вилітає крізь горло... Стару? Рештки?.. Ні!..</w:t>
      </w:r>
    </w:p>
    <w:p>
      <w:r>
        <w:br/>
        <w:t>Його думка все більше й більше нахиляється до поєдинку. Він мусить змити кров'ю свій пекучий сором.</w:t>
      </w:r>
    </w:p>
    <w:p>
      <w:r>
        <w:br/>
        <w:t>І знов картина.</w:t>
      </w:r>
    </w:p>
    <w:p>
      <w:r>
        <w:br/>
        <w:t>Стріляються. Щось гостре, гаряче пронизує його тіло в тому місці, де сидить образа, аж йому легше стає од того,— і він труп, і він герой!</w:t>
      </w:r>
    </w:p>
    <w:p>
      <w:r>
        <w:br/>
        <w:t>Про нього говорять, йому співчувають, за ним плачуть і пишуть йому довгі й ніжні листи — безконечні рядки на дорогому папері,— листи, яких він ніколи не прочитає...</w:t>
      </w:r>
    </w:p>
    <w:p>
      <w:r>
        <w:br/>
        <w:t>Свідомість його двоїться, і в той час, коли він бачить наслідки поєдинку свого,— він знає, що це фантазія, дурниці, що він нізащо — от нізащо! — не підставить чола під цівку пістолета.</w:t>
      </w:r>
    </w:p>
    <w:p>
      <w:r>
        <w:br/>
        <w:t>— Мі-щанство-о!..— прогучав чужий голос в його ухах.</w:t>
      </w:r>
    </w:p>
    <w:p>
      <w:r>
        <w:br/>
        <w:t>Він присилував свою думку і далі думав про поєдинок. Він уявляв собі, що станеться з ним, коли він буде мертвим. Насамперед не буде дихати — і він перестав дихати і лежав спокійно. Кров у жилах холодна і густа, як драглі, члени витягнені, дерев'яні і не згинаються, як з пап'є-маше. В голові пустка, в грудях пустка... Рота не можна закрити, з горла видобути згук...</w:t>
      </w:r>
    </w:p>
    <w:p>
      <w:r>
        <w:br/>
        <w:t>І в пристраснім імпульсі життя він видав горлом короткий згук, помацав своє тіло й зігнув руку.</w:t>
      </w:r>
    </w:p>
    <w:p>
      <w:r>
        <w:br/>
        <w:t>Х-ху!.. Він протестує!</w:t>
      </w:r>
    </w:p>
    <w:p>
      <w:r>
        <w:br/>
        <w:t>Раптом він скочив на ноги. Блиснула щаслива ідея. Вона ще без форми, легка й невловима, як етер, і поки вона хвилювалась перед ним і тремтіла, мов улітаючий газ, він чув, як з самої глибини його істоти вставали нікчемність, фальш, компроміси, й світили до нього зеленими очима, і вились, як гадюки, і задурювали голову важким сопухом.</w:t>
      </w:r>
    </w:p>
    <w:p>
      <w:r>
        <w:br/>
        <w:t>Він врешті вловив ту ідею, ось вона!</w:t>
      </w:r>
    </w:p>
    <w:p>
      <w:r>
        <w:br/>
        <w:t>Він покличе його листом на поєдинок, тільки лист той мусить пройти через Антонінині руки — і вона не допустить до крайності ні в той, ні в другий бік.</w:t>
      </w:r>
    </w:p>
    <w:p>
      <w:r>
        <w:br/>
        <w:t>Він сливе веселий скочив на ноги.</w:t>
      </w:r>
    </w:p>
    <w:p>
      <w:r>
        <w:br/>
        <w:t>Вікно під шторою сіріло шістьма ясними плямами, бліде зимове світло входило в хату знадвору. Починало дніти. Вночі випав сніг.</w:t>
      </w:r>
    </w:p>
    <w:p>
      <w:r>
        <w:br/>
        <w:t>Піддубний засвітив свічку.</w:t>
      </w:r>
    </w:p>
    <w:p>
      <w:r>
        <w:br/>
        <w:t>В якій формі написати лист? Він не знав. Десь були якісь романи, там, певно, можна знайти. Він почав нишпорити. Чорт! Десь заподілися, ну та дарма. Він тільки знає, що підпишеться — "з повним презирством"; йому прийшла до голови чудова думка: "з повним пр-р-ре-зир-ством!".</w:t>
      </w:r>
    </w:p>
    <w:p>
      <w:r>
        <w:br/>
        <w:t>"Шановний добродію!"</w:t>
      </w:r>
    </w:p>
    <w:p>
      <w:r>
        <w:br/>
        <w:t>І став. Думки опанували голову, форми виганяли їх, було трудно.</w:t>
      </w:r>
    </w:p>
    <w:p>
      <w:r>
        <w:br/>
        <w:t>Нарешті, зачеркуючи й переписуючи, він склав листа:</w:t>
      </w:r>
    </w:p>
    <w:p>
      <w:r>
        <w:br/>
        <w:t>"Шановний добродію, Ви вчора позволили собі тяжко образити мене. Тільки кров може змити ту образу. Прошу Вас визначити час і місце, куди я можу направити своїх секундантів. З повним презирством Іван Піддубний". .</w:t>
      </w:r>
    </w:p>
    <w:p>
      <w:r>
        <w:br/>
        <w:t>По тому він зачеркнув "з презирством" і написав "з поважанням", переписав і заадресував: "Високоповажній пані Антоніні Цюпа у власні руки для пана Миколи Цюпи".</w:t>
      </w:r>
    </w:p>
    <w:p>
      <w:r>
        <w:br/>
        <w:t>О!</w:t>
      </w:r>
    </w:p>
    <w:p>
      <w:r>
        <w:br/>
        <w:t>Було ще рано, пів до восьмої, Цюпи ж вставали так коло дев'ятої. Піддубний ходив по хаті і все поглядав на годинник. Час тягся поволі. Врешті він накинув барани і вийшов.</w:t>
      </w:r>
    </w:p>
    <w:p>
      <w:r>
        <w:br/>
        <w:t>Снігу багато, тепло і сонячно. Пухкий сніг засипав землю, будинки, обвів лінії тинів, обліпив стовбури дерев і гіллячки. Між білою сіткою їх яскраво синіє небо, а на снігу, на золоті сонця, тремтять синяві тіні. Сонце і повітря лоскочуть щоки, а зелень ялинових гілок виглядає з-під снігу так свіжо, що, здається, надворі стоїть весна, одягнена у білі шати.</w:t>
      </w:r>
    </w:p>
    <w:p>
      <w:r>
        <w:br/>
        <w:t>Пролетіла ворона і сіла на тину.</w:t>
      </w:r>
    </w:p>
    <w:p>
      <w:r>
        <w:br/>
        <w:t>Як передати листа, щоб він попав у Антонінині руки?</w:t>
      </w:r>
    </w:p>
    <w:p>
      <w:r>
        <w:br/>
        <w:t>Коли б не стріти пана Миколу, що часом виходить з дому раніше.</w:t>
      </w:r>
    </w:p>
    <w:p>
      <w:r>
        <w:br/>
        <w:t>Женуть гурт товару в різниці... ціла купа рудої шерсті, ніг, рогатих голів.</w:t>
      </w:r>
    </w:p>
    <w:p>
      <w:r>
        <w:br/>
        <w:t>Як гарно дихається — п'єш повітря, мов тепле молоко. Сонце засвітило зірку на сніговій гіллячці.</w:t>
      </w:r>
    </w:p>
    <w:p>
      <w:r>
        <w:br/>
        <w:t>Лист муляє в кишені. Треба через когось послати. Принесуть їй — вона виходить. "Лист? Од кого? Давай сюди..." Ага!.. Міниться в лиці і несе до чоловіка.</w:t>
      </w:r>
    </w:p>
    <w:p>
      <w:r>
        <w:br/>
        <w:t>Безлюдна вулиця. Два рядки білих хат під білими дахами, межи ними сніг. Дими в'ються до неба. Москаль біжить з кошиком. Гей! Москалю! Гей!.. Підходить... витріщив очі...</w:t>
      </w:r>
    </w:p>
    <w:p>
      <w:r>
        <w:br/>
        <w:t>— Однеси лист... Он туди, два вікна видко. Оддай до рук пані. Чуєш? Десять копійок дістанеш. І він намацав у кишені останні десять копійок. Ходить по вулиці й чекає. Москаль повертає, зігнувся.</w:t>
      </w:r>
    </w:p>
    <w:p>
      <w:r>
        <w:br/>
        <w:t>— Самій пані?</w:t>
      </w:r>
    </w:p>
    <w:p>
      <w:r>
        <w:br/>
        <w:t>— До рук.</w:t>
      </w:r>
    </w:p>
    <w:p>
      <w:r>
        <w:br/>
        <w:t>—На...</w:t>
      </w:r>
    </w:p>
    <w:p>
      <w:r>
        <w:br/>
        <w:t>І повертає назад, до себе.</w:t>
      </w:r>
    </w:p>
    <w:p>
      <w:r>
        <w:br/>
        <w:t>— Що то буде, що то буде? Чим скінчиться?</w:t>
      </w:r>
    </w:p>
    <w:p>
      <w:r>
        <w:br/>
        <w:t>День довгий, безконечний, тривожний. В полуднє небо всміхається, капле з стріх, і вся кімната в золоті.</w:t>
      </w:r>
    </w:p>
    <w:p>
      <w:r>
        <w:br/>
        <w:t>Ходить і думає.</w:t>
      </w:r>
    </w:p>
    <w:p>
      <w:r>
        <w:br/>
        <w:t>Обід не йде до горла, в роті сухо, голова важка. Що то буде?</w:t>
      </w:r>
    </w:p>
    <w:p>
      <w:r>
        <w:br/>
        <w:t>По обіді лягає в ліжко, холодний, байдужий, дерев'яний, і нічого не чекає.</w:t>
      </w:r>
    </w:p>
    <w:p>
      <w:r>
        <w:br/>
        <w:t>Якось-то воно буде.</w:t>
      </w:r>
    </w:p>
    <w:p>
      <w:r>
        <w:br/>
        <w:t>Сірі тіні блукають по хаті, вікно гасне, розпливається, вечірній морок лягає на серце. Навкруги нікого й нічого.</w:t>
      </w:r>
    </w:p>
    <w:p>
      <w:r>
        <w:br/>
        <w:t>Стук... стук...</w:t>
      </w:r>
    </w:p>
    <w:p>
      <w:r>
        <w:br/>
        <w:t>До кого б се?</w:t>
      </w:r>
    </w:p>
    <w:p>
      <w:r>
        <w:br/>
        <w:t>— Можна?</w:t>
      </w:r>
    </w:p>
    <w:p>
      <w:r>
        <w:br/>
        <w:t>Чий голос? Він тремтить і зривається з ліжка.</w:t>
      </w:r>
    </w:p>
    <w:p>
      <w:r>
        <w:br/>
        <w:t>— Увійдіть...</w:t>
      </w:r>
    </w:p>
    <w:p>
      <w:r>
        <w:br/>
        <w:t>Він... пан Микола. Голос хрипливий, дивиться вбік, шуби не знімає й не подає руки. Сідає.</w:t>
      </w:r>
    </w:p>
    <w:p>
      <w:r>
        <w:br/>
        <w:t>Іван тремтячою рукою шукає сірничків і ніяк не може витерти вогню.</w:t>
      </w:r>
    </w:p>
    <w:p>
      <w:r>
        <w:br/>
        <w:t>— Не турбуйтеся... не треба. Іван все шаркає сірником.</w:t>
      </w:r>
    </w:p>
    <w:p>
      <w:r>
        <w:br/>
        <w:t>— Не турбуйтеся... не треба. Іван все шаркає сірником.</w:t>
      </w:r>
    </w:p>
    <w:p>
      <w:r>
        <w:br/>
        <w:t>— Ви... ви...— хрипить пан Микола,— ви не гнівайтесь на мене — я був учора п'яний. Просто п'яний, і більш нічого... більш нічого... Ну, а коли п'яний, ви розумієте...</w:t>
      </w:r>
    </w:p>
    <w:p>
      <w:r>
        <w:br/>
        <w:t>Ага-а-а!.. Ну, звісно, він був п'яний, п'яний, як швець... і більш нічого... більш нічого. Як це він не помітив, що той був п'яний, як стовідерна куфа з горілки, як ціла корчма баб!., ха-ха!.. Як це він не помітив?</w:t>
      </w:r>
    </w:p>
    <w:p>
      <w:r>
        <w:br/>
        <w:t>— Людя скучає за вами... приходьте завтра не лекцію й не пам'ятайте того, що було між нами...</w:t>
      </w:r>
    </w:p>
    <w:p>
      <w:r>
        <w:br/>
        <w:t>Ха-ха!.. Ах ти, п'янюго, він був п'яний, як... і більш нічого... Ну, він прийде, конче прийде... ха-ха... Все сміється у нього всередині, все радіє, і він має охоту здушити хрипливе горло цього добродія, хоч старається не показати ні своєї радості, ні своїх бажань.</w:t>
      </w:r>
    </w:p>
    <w:p>
      <w:r>
        <w:br/>
        <w:t>Добре, він прийде... і більш нічого... ха-ха-ха!..</w:t>
      </w:r>
    </w:p>
    <w:p>
      <w:r>
        <w:br/>
        <w:t>А про лист ні слова!</w:t>
      </w:r>
    </w:p>
    <w:p>
      <w:r>
        <w:br/>
        <w:t>Свиня!..</w:t>
      </w:r>
    </w:p>
    <w:p>
      <w:r>
        <w:br/>
        <w:t>Піддубний виспався. Спав цілу ніч, як забитий. Так коло дванадцятої він взяв парасоля пана Миколи під пахву й побіг на лекцію. Знайомі почуття вчителя, що поспішає на лекцію, втихомирили його. Тільки коли він вступив у сіни і глянув на сходи, по яких збігав позавчора, а надто коли поставив в куток парасоля,— згадки линули на нього холодною водою і скували вільність рухів.</w:t>
      </w:r>
    </w:p>
    <w:p>
      <w:r>
        <w:br/>
        <w:t>На дверях з хати стояла вже Людя, й підскакувала на своїх довгих ногах, і простягала худі рученята до пана Вана.</w:t>
      </w:r>
    </w:p>
    <w:p>
      <w:r>
        <w:br/>
        <w:t>— Пан Ван... пан Ван...— радісно пищала вона і дивилась на нього закоханими, як у мами, очима.</w:t>
      </w:r>
    </w:p>
    <w:p>
      <w:r>
        <w:br/>
        <w:t>Вони зараз взялись до роботи.</w:t>
      </w:r>
    </w:p>
    <w:p>
      <w:r>
        <w:br/>
        <w:t>Все йшло, як і раніше; навіть в ту ж саму годину, як звичайно, перервано лекцію й покликано їх на обід.</w:t>
      </w:r>
    </w:p>
    <w:p>
      <w:r>
        <w:br/>
        <w:t>І ось він пройшов ті хати, якими недавно виходив, і побачив столову, і круглий стіл, і пана Миколу, і пані Антоніну.</w:t>
      </w:r>
    </w:p>
    <w:p>
      <w:r>
        <w:br/>
        <w:t>Пан Микола сухо стиснув йому руку, пані Антоніма виглядала втомленою, але сяяла і, користуючись хвилиною, втиснула йому в руку такий жмут паперу, що він не знав, куди його сховати.</w:t>
      </w:r>
    </w:p>
    <w:p>
      <w:r>
        <w:br/>
        <w:t>Обідали мовчки, хоч намагались говорити. Пан Микола був ввічливий, услужний, занадто, може. Він підсував Іванові страви і припрохував, дивлячись кудись поза нього:</w:t>
      </w:r>
    </w:p>
    <w:p>
      <w:r>
        <w:br/>
        <w:t>— їж-жте... їж-жте...</w:t>
      </w:r>
    </w:p>
    <w:p>
      <w:r>
        <w:br/>
        <w:t>І те "ж-ж..." виходило у нього з таким притиском, наче він мав у роті ціле гніздо ос.</w:t>
      </w:r>
    </w:p>
    <w:p>
      <w:r>
        <w:br/>
        <w:t>Іван не прийшов ще до себе, він спустив униз очі й їв, їв без кінця, без пам'яті, з такою завзятістю, з такою саможертвою, з якими його прохано.</w:t>
      </w:r>
    </w:p>
    <w:p>
      <w:r>
        <w:br/>
        <w:t>Пані Антоніна часто губила серветку й, нагинаючись за нею, щипала Йванові ногу.</w:t>
      </w:r>
    </w:p>
    <w:p>
      <w:r>
        <w:br/>
        <w:t>Часом вона клала його руку собі на коліно. Людя зітхала й здіймала очі до Бога.</w:t>
      </w:r>
    </w:p>
    <w:p>
      <w:r>
        <w:br/>
        <w:t>Спасибі тобі, добрий Боже!.. Тепер усі щасливі!..</w:t>
      </w:r>
    </w:p>
    <w:p>
      <w:r>
        <w:br/>
        <w:t>1902, Чернігів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Поєдинок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