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Повій, вітре, на Вкраїну...</w:t>
      </w:r>
    </w:p>
    <w:p>
      <w:r>
        <w:br/>
        <w:t xml:space="preserve"> Повій, вітре, на Вкраїну,&lt;br /&gt;</w:t>
        <w:br/>
        <w:t>Де покинув я дівчину,&lt;br /&gt;</w:t>
        <w:br/>
        <w:t>Де покинув чорні очі...&lt;br /&gt;</w:t>
        <w:br/>
        <w:t>Повій, вітре, з полуночі!..</w:t>
      </w:r>
    </w:p>
    <w:p>
      <w:r>
        <w:br/>
        <w:t>Між ярами там долина,&lt;br /&gt;</w:t>
        <w:br/>
        <w:t>Там біленькая хатина;&lt;br /&gt;</w:t>
        <w:br/>
        <w:t>В тій хатині голубонька,&lt;br /&gt;</w:t>
        <w:br/>
        <w:t>Голубонька — дівчинонька...</w:t>
      </w:r>
    </w:p>
    <w:p>
      <w:r>
        <w:br/>
        <w:t>Повій, вітре, до схід сонця,&lt;br /&gt;</w:t>
        <w:br/>
        <w:t>До схід сонця, край віконця;&lt;br /&gt;</w:t>
        <w:br/>
        <w:t>Край віконця постіль біла,&lt;br /&gt;</w:t>
        <w:br/>
        <w:t>Постіль біла, дівча мила.</w:t>
      </w:r>
    </w:p>
    <w:p>
      <w:r>
        <w:br/>
        <w:t>Зупинися нишком-тишком&lt;br /&gt;</w:t>
        <w:br/>
        <w:t>Над рум'яним, білим личком;&lt;br /&gt;</w:t>
        <w:br/>
        <w:t>Над тим личком зупинися,&lt;br /&gt;</w:t>
        <w:br/>
        <w:t>Чи спить мила — подивися.</w:t>
      </w:r>
    </w:p>
    <w:p>
      <w:r>
        <w:br/>
        <w:t>Як спить мила, не збудилась,&lt;br /&gt;</w:t>
        <w:br/>
        <w:t>Ти нагадай, з ким любилась,&lt;br /&gt;</w:t>
        <w:br/>
        <w:t>З ким любилась і кохалась&lt;br /&gt;</w:t>
        <w:br/>
        <w:t>І кохати присягалась...</w:t>
      </w:r>
    </w:p>
    <w:p>
      <w:r>
        <w:br/>
        <w:t>Як заб'ється їй серденько,&lt;br /&gt;</w:t>
        <w:br/>
        <w:t>Як дівча зітхне тяженько,&lt;br /&gt;</w:t>
        <w:br/>
        <w:t>Як заплачуть чорні очі,&lt;br /&gt;</w:t>
        <w:br/>
        <w:t>Вертай, вітре, к полуночі!..</w:t>
      </w:r>
    </w:p>
    <w:p>
      <w:r>
        <w:br/>
        <w:t>А як мене позабула&lt;br /&gt;</w:t>
        <w:br/>
        <w:t>Та нелюба пригорнула,&lt;br /&gt;</w:t>
        <w:br/>
        <w:t>То розвійся край долини,&lt;br /&gt;</w:t>
        <w:br/>
        <w:t>Не вертайся з України!..</w:t>
      </w:r>
    </w:p>
    <w:p>
      <w:r>
        <w:br/>
        <w:t>Вітер віє, вітер віє,&lt;br /&gt;</w:t>
        <w:br/>
        <w:t>Серце тужить, серце мліє,&lt;br /&gt;</w:t>
        <w:br/>
        <w:t>Вітер віє, не вертає,&lt;br /&gt;</w:t>
        <w:br/>
        <w:t>Серце з жалю завмирає.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Повій, вітре, на Вкраїну...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