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Прийдуть задушні дні</w:t>
      </w:r>
    </w:p>
    <w:p>
      <w:r>
        <w:br/>
        <w:t xml:space="preserve"> Прийдуть задушні дні. Родичам діти,&lt;br /&gt;</w:t>
        <w:br/>
        <w:t>Братові сестри і другові други&lt;br /&gt;</w:t>
        <w:br/>
        <w:t>Останні кинуть на могилу квіти,&lt;br /&gt;</w:t>
        <w:br/>
        <w:t>Як доказ пам'яті, любові й туги.</w:t>
      </w:r>
    </w:p>
    <w:p>
      <w:r>
        <w:br/>
        <w:t>Настане ніч, й квітки почнуть казати&lt;br /&gt;</w:t>
        <w:br/>
        <w:t>Мерцям про світ, котрий вони лишили,&lt;br /&gt;</w:t>
        <w:br/>
        <w:t>І про людей, яких прийшлось пізнати,&lt;br /&gt;</w:t>
        <w:br/>
        <w:t>Заки їх смерть загнала до могили.</w:t>
      </w:r>
    </w:p>
    <w:p>
      <w:r>
        <w:br/>
        <w:t>І скорше буде час для них минати&lt;br /&gt;</w:t>
        <w:br/>
        <w:t>На цій розмові, тихій і сердечній,&lt;br /&gt;</w:t>
        <w:br/>
        <w:t>І менше скучно буде їм лежати&lt;br /&gt;</w:t>
        <w:br/>
        <w:t>В цій темряві глибокій, безконечній...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Прийдуть задушні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