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Присвята до "Фауста"</w:t>
      </w:r>
    </w:p>
    <w:p>
      <w:r>
        <w:br/>
        <w:t xml:space="preserve"> Ви знов зі мною, образи мінливі,&lt;br /&gt;</w:t>
        <w:br/>
        <w:t>Печальні привиди далеких літ.&lt;br /&gt;</w:t>
        <w:br/>
        <w:t>Чи вдержу вас у творчому пориві?&lt;br /&gt;</w:t>
        <w:br/>
        <w:t>Чи знайдете в душі моїй привіт?&lt;br /&gt;</w:t>
        <w:br/>
        <w:t>Вас тьми і тьми! Підносьтеся ж над сиві&lt;br /&gt;</w:t>
        <w:br/>
        <w:t>Тумани й мли, беріть у владу світ!&lt;br /&gt;</w:t>
        <w:br/>
        <w:t>Здригається від юної нестями&lt;br /&gt;</w:t>
        <w:br/>
        <w:t>Душа моя, в полон узята вами.</w:t>
      </w:r>
    </w:p>
    <w:p>
      <w:r>
        <w:br/>
        <w:t>Веселі дні встають переді мною,&lt;br /&gt;</w:t>
        <w:br/>
        <w:t>Кохані тіні бачаться мені;&lt;br /&gt;</w:t>
        <w:br/>
        <w:t>Любов і дружба сагою старою&lt;br /&gt;</w:t>
        <w:br/>
        <w:t>Знов обізвались, як у тихім сні;&lt;br /&gt;</w:t>
        <w:br/>
        <w:t>Знов я обнятий давньою журбою;&lt;br /&gt;</w:t>
        <w:br/>
        <w:t>Я згадую в блуканнях збуті дні&lt;br /&gt;</w:t>
        <w:br/>
        <w:t>I називаю добрих, що, зазнавши&lt;br /&gt;</w:t>
        <w:br/>
        <w:t>Гірких жалів, пішли від нас назавше.</w:t>
      </w:r>
    </w:p>
    <w:p>
      <w:r>
        <w:br/>
        <w:t>Моєї пісні вже не вчують друзі,&lt;br /&gt;</w:t>
        <w:br/>
        <w:t>Що слухали колись мій перший спів;&lt;br /&gt;</w:t>
        <w:br/>
        <w:t>Вони пропали, мовби в завірюсі,&lt;br /&gt;</w:t>
        <w:br/>
        <w:t>I відгук їх назавжди занімів.&lt;br /&gt;</w:t>
        <w:br/>
        <w:t>Тепер співаю я в чужому крузі,&lt;br /&gt;</w:t>
        <w:br/>
        <w:t>Тепер страшуся я і схвальних слів;&lt;br /&gt;</w:t>
        <w:br/>
        <w:t>Хто ж тішився колись тими піснями,&lt;br /&gt;</w:t>
        <w:br/>
        <w:t>Якщо й живий, блукає манівцями.</w:t>
      </w:r>
    </w:p>
    <w:p>
      <w:r>
        <w:br/>
        <w:t>Знов оживають давні поривання&lt;br /&gt;</w:t>
        <w:br/>
        <w:t>У тіней край, суворий і німий,&lt;br /&gt;</w:t>
        <w:br/>
        <w:t>Як струн Еола неясне звучання,&lt;br /&gt;</w:t>
        <w:br/>
        <w:t>Несміливо лунає голос мій.&lt;br /&gt;</w:t>
        <w:br/>
        <w:t>Весь у сльозах, тремчу від хвилювання,&lt;br /&gt;</w:t>
        <w:br/>
        <w:t>В застиглім серці — чути тепловій;&lt;br /&gt;</w:t>
        <w:br/>
        <w:t>Чим володів я — в далеч відступає,&lt;br /&gt;</w:t>
        <w:br/>
        <w:t>А що назавше щезло — оживає.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Присвята до "Фауста"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