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Прогулянка</w:t>
      </w:r>
    </w:p>
    <w:p>
      <w:r>
        <w:br/>
        <w:t xml:space="preserve"> &lt;p&gt;Роберт Шеклі</w:t>
      </w:r>
    </w:p>
    <w:p>
      <w:r>
        <w:br/>
        <w:t>Прогулянка</w:t>
      </w:r>
    </w:p>
    <w:p>
      <w:r>
        <w:br/>
        <w:t>Переклад: В. Ільницький</w:t>
      </w:r>
    </w:p>
    <w:p>
      <w:r>
        <w:br/>
        <w:t>Виник Папазіан, замаскований під людину. Він швидко перевірив, чи на місці голова. "Ніс і носки черевиків повинні дивитися в один бік", нагадав він собі.</w:t>
      </w:r>
    </w:p>
    <w:p>
      <w:r>
        <w:br/>
        <w:t>Всі системи працювали нормально, серед них і компактна душа, що живилась від елементів для кишенькового ліхтарика. Папазіан опинився на землі, в незрозумілому, надприродному Нью-Йорку, на перехресті десяти мільйонів людських доль. Йому захотілося гроппнути, але людське тіло не було для цього пристосоване, й він просто посміхнувся.</w:t>
      </w:r>
    </w:p>
    <w:p>
      <w:r>
        <w:br/>
        <w:t>Папазіан вийшов з телефонної будки — гратись з людьми.</w:t>
      </w:r>
    </w:p>
    <w:p>
      <w:r>
        <w:br/>
        <w:t>Відразу ж він зіштовхнувся з гладким чоловіком років сорока. Чоловік зупинив його й запитав:</w:t>
      </w:r>
    </w:p>
    <w:p>
      <w:r>
        <w:br/>
        <w:t>— Агов, приятелю, як швидше пройти на ріг Сорок дев'ятої і Бродвея?</w:t>
      </w:r>
    </w:p>
    <w:p>
      <w:r>
        <w:br/>
        <w:t>Папазіан відповів без вагання:</w:t>
      </w:r>
    </w:p>
    <w:p>
      <w:r>
        <w:br/>
        <w:t>— Обмацуйте цю стіну, а коли знайдете нещільність, йдіть напролом. Цей тунель проклали марсіани — коли вони ще були марсіанами. Вийдете саме на ріг Сорок восьмої вулиці й Сьомої авеню.</w:t>
      </w:r>
    </w:p>
    <w:p>
      <w:r>
        <w:br/>
        <w:t>— Дотепник чортовий! — пробурмотав чоловік і пішов, навіть не доторкнувшись до стіни.</w:t>
      </w:r>
    </w:p>
    <w:p>
      <w:r>
        <w:br/>
        <w:t>— Яка зашкарублість! — сказав про себе Папазіан. — Треба б включити це в рапорт.</w:t>
      </w:r>
    </w:p>
    <w:p>
      <w:r>
        <w:br/>
        <w:t>Але чи потрібно йому готувати рапорт? Він не уявляв.</w:t>
      </w:r>
    </w:p>
    <w:p>
      <w:r>
        <w:br/>
        <w:t>Час ленчу. Папазіан увійшов у забігайлівку на Бродвеї біля Двадцять восьмої вулиці й звернувся до буфетника:</w:t>
      </w:r>
    </w:p>
    <w:p>
      <w:r>
        <w:br/>
        <w:t>— Я хотів би спробувати ваші знамениті "гарячі песики".</w:t>
      </w:r>
    </w:p>
    <w:p>
      <w:r>
        <w:br/>
        <w:t>— Знамениті? — здивувався буфетник. — Скоріше б настав такий день!</w:t>
      </w:r>
    </w:p>
    <w:p>
      <w:r>
        <w:br/>
        <w:t>— Вже настав, — заперечив Папазіан. — Ваші "гарячі песики" користуються гарною репутацією по всій галактиці. Я знаю декого, хто подолав тисячі світлових років задля цих булочок із сосисками.</w:t>
      </w:r>
    </w:p>
    <w:p>
      <w:r>
        <w:br/>
        <w:t>— Нісенітниця! — переконано сказав буфетник.</w:t>
      </w:r>
    </w:p>
    <w:p>
      <w:r>
        <w:br/>
        <w:t>— Та невже? Можливо, вас зацікавить, що в даний момент половина ваших клієнтів — прибульці. Загримовані, звичайно.</w:t>
      </w:r>
    </w:p>
    <w:p>
      <w:r>
        <w:br/>
        <w:t>Кожен другий клієнт сполотнів.</w:t>
      </w:r>
    </w:p>
    <w:p>
      <w:r>
        <w:br/>
        <w:t>— Ви що, іноземець? — запитав буфетник.</w:t>
      </w:r>
    </w:p>
    <w:p>
      <w:r>
        <w:br/>
        <w:t>— Альдебаранець по материнській лінії, — пояснив Папазіан.</w:t>
      </w:r>
    </w:p>
    <w:p>
      <w:r>
        <w:br/>
        <w:t>— Тоді все зрозуміло, — сказав буфетник.</w:t>
      </w:r>
    </w:p>
    <w:p>
      <w:r>
        <w:br/>
        <w:t>Папазіан йшов вулицею. Він будь-чого не знав про життя на Землі й насолоджувався своїм незнанням: йому так багато буде ще про що дізнатися. Дивовижно — не мати уявлення, що робити далі, ким бути, про що говорити.</w:t>
      </w:r>
    </w:p>
    <w:p>
      <w:r>
        <w:br/>
        <w:t>— Агов, приятелю! — гукнув його перехожий. — Я доїду по цій лінії до Порт-Вашингтона?</w:t>
      </w:r>
    </w:p>
    <w:p>
      <w:r>
        <w:br/>
        <w:t>— Не знаю, — сказав Папазіан, і це було правдою.</w:t>
      </w:r>
    </w:p>
    <w:p>
      <w:r>
        <w:br/>
        <w:t>На жаль, в неуцтві є певні незручності. Якась жінка поспішила пояснити їм, як дістатися до Порт-Вашингтона. Дізнаватися нове доволі цікаво, але Папазіан вважав, що незнання захоплюючіше.</w:t>
      </w:r>
    </w:p>
    <w:p>
      <w:r>
        <w:br/>
        <w:t>На будинку висіло оголошення: "Здається в оренду".</w:t>
      </w:r>
    </w:p>
    <w:p>
      <w:r>
        <w:br/>
        <w:t>Папазіан увійшов і узяв в оренду. Він гадав, що вчинив правильно, хоча в глибині душі сподівався, що помилився, тому що так було би кумедніше.</w:t>
      </w:r>
    </w:p>
    <w:p>
      <w:r>
        <w:br/>
        <w:t>Молода жінка сказала:</w:t>
      </w:r>
    </w:p>
    <w:p>
      <w:r>
        <w:br/>
        <w:t>— Добрий день. Я місс Марш. Мене надіслало агентство. Вам потрібна секретарка?</w:t>
      </w:r>
    </w:p>
    <w:p>
      <w:r>
        <w:br/>
        <w:t>— Цілком правильно. Ваше ім'я?</w:t>
      </w:r>
    </w:p>
    <w:p>
      <w:r>
        <w:br/>
        <w:t>— Ліліан.</w:t>
      </w:r>
    </w:p>
    <w:p>
      <w:r>
        <w:br/>
        <w:t>— Згодиться. Можете братись до роботи.</w:t>
      </w:r>
    </w:p>
    <w:p>
      <w:r>
        <w:br/>
        <w:t>— Але у вас нема будь-чого, навіть машинки.</w:t>
      </w:r>
    </w:p>
    <w:p>
      <w:r>
        <w:br/>
        <w:t>— Купіть все, що необхідно. От гроші.</w:t>
      </w:r>
    </w:p>
    <w:p>
      <w:r>
        <w:br/>
        <w:t>— А що від мене потрібно?</w:t>
      </w:r>
    </w:p>
    <w:p>
      <w:r>
        <w:br/>
        <w:t>— Ви мене запитуєте? — з м'яким докором спитав Папазіан. — Я уявлення не маю, чим зайнятись мені самому.</w:t>
      </w:r>
    </w:p>
    <w:p>
      <w:r>
        <w:br/>
        <w:t>— А що ви збираєтеся робити, містер Папазіан?</w:t>
      </w:r>
    </w:p>
    <w:p>
      <w:r>
        <w:br/>
        <w:t>— От це я і хочу з'ясувати.</w:t>
      </w:r>
    </w:p>
    <w:p>
      <w:r>
        <w:br/>
        <w:t>— О... Ну добре. Мені здається, вам знадобляться стіл, стільці, машинка і все інше.</w:t>
      </w:r>
    </w:p>
    <w:p>
      <w:r>
        <w:br/>
        <w:t>— Чудово Лілі! Вам казали, що ви дуже гарненька?</w:t>
      </w:r>
    </w:p>
    <w:p>
      <w:r>
        <w:br/>
        <w:t>— Ні...</w:t>
      </w:r>
    </w:p>
    <w:p>
      <w:r>
        <w:br/>
        <w:t>— Отже, я помилився. Якщо ви цього не знаєте, то відкіля знати мені?</w:t>
      </w:r>
    </w:p>
    <w:p>
      <w:r>
        <w:br/>
        <w:t>Папазіан прокинувся в готелі "Центральний" і змінив ім'я на Хол. Він скинув з себе верхню шкіру й залишив під ліжком, щоб не вмиватися.</w:t>
      </w:r>
    </w:p>
    <w:p>
      <w:r>
        <w:br/>
        <w:t>Ліліан була вже в конторі, розставляла новенькі меблі.</w:t>
      </w:r>
    </w:p>
    <w:p>
      <w:r>
        <w:br/>
        <w:t>— Вас чекає відвідувач, містер Папазіан, — сказала секретарка.</w:t>
      </w:r>
    </w:p>
    <w:p>
      <w:r>
        <w:br/>
        <w:t>— Відтепер мене звуть Хол. Впустіть його.</w:t>
      </w:r>
    </w:p>
    <w:p>
      <w:r>
        <w:br/>
        <w:t>Відвідувачем виявився коротун на ім'я Джасперс.</w:t>
      </w:r>
    </w:p>
    <w:p>
      <w:r>
        <w:br/>
        <w:t>— Чим можу бути корисний, містер Джасперс? — запитав Хол.</w:t>
      </w:r>
    </w:p>
    <w:p>
      <w:r>
        <w:br/>
        <w:t>— Не маю навіть найменшого уявлення, — збентежився відвідувач. — Я прийшов до вас, корячись непоясненому поривові.</w:t>
      </w:r>
    </w:p>
    <w:p>
      <w:r>
        <w:br/>
        <w:t>Хол геть-чисто забув, де він міг залишити свою Машину Непояснених Поривів.</w:t>
      </w:r>
    </w:p>
    <w:p>
      <w:r>
        <w:br/>
        <w:t>— І де ж ви його відчули? — поцікавився він.</w:t>
      </w:r>
    </w:p>
    <w:p>
      <w:r>
        <w:br/>
        <w:t>— На північний схід звідси, на розі П'ятої авеню і Вісімнадцятої вулиці.</w:t>
      </w:r>
    </w:p>
    <w:p>
      <w:r>
        <w:br/>
        <w:t>— Біля поштової скриньки? Так я і думав! Ви дуже допомогли мені містер Джасперс! Чим можу вам прислужитись?</w:t>
      </w:r>
    </w:p>
    <w:p>
      <w:r>
        <w:br/>
        <w:t>— Кажу вам, не знаю! Це був непояснений...</w:t>
      </w:r>
    </w:p>
    <w:p>
      <w:r>
        <w:br/>
        <w:t>— Так. Але чого б ви хотіли?</w:t>
      </w:r>
    </w:p>
    <w:p>
      <w:r>
        <w:br/>
        <w:t>— Побільше часу, — сумно сказав Джасперс. — Хіба всі не цього хочуть?</w:t>
      </w:r>
    </w:p>
    <w:p>
      <w:r>
        <w:br/>
        <w:t>— Ні, — твердо сказав Хол. — Але, можливо, я допоможу. Скільки часу вам потрібно?</w:t>
      </w:r>
    </w:p>
    <w:p>
      <w:r>
        <w:br/>
        <w:t>— Ще б років сто, — попросив Джасперс.</w:t>
      </w:r>
    </w:p>
    <w:p>
      <w:r>
        <w:br/>
        <w:t>— Приходьте завтра, — сказав Хол. Подивимося, що вдасться для вас зробити.</w:t>
      </w:r>
    </w:p>
    <w:p>
      <w:r>
        <w:br/>
        <w:t>Коли відвідувач пішов, Ліліан запитала:</w:t>
      </w:r>
    </w:p>
    <w:p>
      <w:r>
        <w:br/>
        <w:t>— Ви дійсно можете йому допомогти?</w:t>
      </w:r>
    </w:p>
    <w:p>
      <w:r>
        <w:br/>
        <w:t>— Це я з'ясую завтра, — відповів Хол.</w:t>
      </w:r>
    </w:p>
    <w:p>
      <w:r>
        <w:br/>
        <w:t>— Чому не сьогодні?</w:t>
      </w:r>
    </w:p>
    <w:p>
      <w:r>
        <w:br/>
        <w:t>— А чому не завтра?</w:t>
      </w:r>
    </w:p>
    <w:p>
      <w:r>
        <w:br/>
        <w:t>— Тому що ви змушуєте чекати, а це недобре.</w:t>
      </w:r>
    </w:p>
    <w:p>
      <w:r>
        <w:br/>
        <w:t>— Згоден, — сказав Хол. — Зате дуже життєво. Подорожуючи, я помітив, що життя — по суті чекання. Отже, варто насолоджуватися всім, перебуваючи в чеканні, тому що тільки на нього ви й здатні.</w:t>
      </w:r>
    </w:p>
    <w:p>
      <w:r>
        <w:br/>
        <w:t>— Це надто складно для мене.</w:t>
      </w:r>
    </w:p>
    <w:p>
      <w:r>
        <w:br/>
        <w:t>— У такому випадку надрукуйте який-небудь лист.</w:t>
      </w:r>
    </w:p>
    <w:p>
      <w:r>
        <w:br/>
        <w:t>На тротуарі стояла людина з американським прапором. Навколо зібралася невелика юрба. Чоловік був старий, з червоним зморшкуватим обличчям. Він говорив:</w:t>
      </w:r>
    </w:p>
    <w:p>
      <w:r>
        <w:br/>
        <w:t>— Я хочу вам повідати про світ мертвих, вони ходять по землі поруч з нами. Що ви на це скажете, ґа?</w:t>
      </w:r>
    </w:p>
    <w:p>
      <w:r>
        <w:br/>
        <w:t>— Особисто я, — зауважив Хол, — змушений погодитися, тому що поруч стоїть стара сивоволоса жінка в астральному тілі з висхлою рукою.</w:t>
      </w:r>
    </w:p>
    <w:p>
      <w:r>
        <w:br/>
        <w:t>— Боже мій, це, напевно Етель! Вона вмерла торік, містер, і відтоді я намагаюся з нею зв'язатися. Що вона каже?</w:t>
      </w:r>
    </w:p>
    <w:p>
      <w:r>
        <w:br/>
        <w:t>— Цитую: "Герберт, перестань молоти нісенітницю і йди додому. Ти залишив на плиті яйця, вода вже вся википіла, й через які-небудь півгодини твоя жалюгідна халупа згорить дотла".</w:t>
      </w:r>
    </w:p>
    <w:p>
      <w:r>
        <w:br/>
        <w:t>— Достоту Етель! — вигукнув Герберт. — Етель, як ти можеш називати нісенітницею розмови про світ мертвих, коли ти сама — дух?</w:t>
      </w:r>
    </w:p>
    <w:p>
      <w:r>
        <w:br/>
        <w:t>— Вона відповідає, — доповів Хол, — що чоловік, що й яєць-то як слід не зварить, не спаливши свою квартиру, не має права обговорювати духів.</w:t>
      </w:r>
    </w:p>
    <w:p>
      <w:r>
        <w:br/>
        <w:t>— Вічно вона мене пиляє, — поскаржився Герберт і заквапився геть.</w:t>
      </w:r>
    </w:p>
    <w:p>
      <w:r>
        <w:br/>
        <w:t>— Мадам, чи не занадто ви строгі з ним? — запитав Хол.</w:t>
      </w:r>
    </w:p>
    <w:p>
      <w:r>
        <w:br/>
        <w:t>— Він будь-коли не слухав мене при житті й не слухає тепер. Хіба можна бути занадто строгою з такою людиною?.. Приємно було побалакати з вами, містер, але мені пора, — сказала Етель.</w:t>
      </w:r>
    </w:p>
    <w:p>
      <w:r>
        <w:br/>
        <w:t>— Куди? — поцікавився Хол.</w:t>
      </w:r>
    </w:p>
    <w:p>
      <w:r>
        <w:br/>
        <w:t>— У Будинок Старих Духів, куди ж ще? — і вона незримо зникла.</w:t>
      </w:r>
    </w:p>
    <w:p>
      <w:r>
        <w:br/>
        <w:t>Хол у замилуванні похитав головою.</w:t>
      </w:r>
    </w:p>
    <w:p>
      <w:r>
        <w:br/>
        <w:t>"Земля! — подумав він. — Яке прекрасне місце!"</w:t>
      </w:r>
    </w:p>
    <w:p>
      <w:r>
        <w:br/>
        <w:t>На Кафедральній алеї юрбився народ — в основному, венеріанці, замасковані під німців, і мешканці сузір'я Стрільця, що прикидаються хіппі.</w:t>
      </w:r>
    </w:p>
    <w:p>
      <w:r>
        <w:br/>
        <w:t>До Хола підійшов якийсь товстун і запитав:</w:t>
      </w:r>
    </w:p>
    <w:p>
      <w:r>
        <w:br/>
        <w:t>— Пробачте, ви не Хол Папазіан? Я Артур Вентура, ваш сусід.</w:t>
      </w:r>
    </w:p>
    <w:p>
      <w:r>
        <w:br/>
        <w:t>— З Альдебарана? — запитав Хол.</w:t>
      </w:r>
    </w:p>
    <w:p>
      <w:r>
        <w:br/>
        <w:t>— Ні. Я, як і ви, з Бронксу.</w:t>
      </w:r>
    </w:p>
    <w:p>
      <w:r>
        <w:br/>
        <w:t>— На Альдебарані нема Бронксу, — констатував Хол.</w:t>
      </w:r>
    </w:p>
    <w:p>
      <w:r>
        <w:br/>
        <w:t>— Схаменіться, Хол! Ви пропадаєте майже тиждень. Аліна божеволіє від занепокоєння. Вона хоче звернутися в поліцію.</w:t>
      </w:r>
    </w:p>
    <w:p>
      <w:r>
        <w:br/>
        <w:t>— Аліна?</w:t>
      </w:r>
    </w:p>
    <w:p>
      <w:r>
        <w:br/>
        <w:t>— Ваша дружина.</w:t>
      </w:r>
    </w:p>
    <w:p>
      <w:r>
        <w:br/>
        <w:t>Хол зрозумів, що відбувається. То була Криза Збігу Особистості. Як правило, неземні туристи з таким явищем не зіштовхувалися. Криза обіцяла Холу приголомшливі враження. Якби тільки вони збереглися в пам'яті!</w:t>
      </w:r>
    </w:p>
    <w:p>
      <w:r>
        <w:br/>
        <w:t>— Добре, — сказав Хол, — дякую вам за інформацію. Шкода, що я заподіяв стільки хвилювань моїй дружині, моїй любій Поліні...</w:t>
      </w:r>
    </w:p>
    <w:p>
      <w:r>
        <w:br/>
        <w:t>— Аліні, — виправив Вентура.</w:t>
      </w:r>
    </w:p>
    <w:p>
      <w:r>
        <w:br/>
        <w:t>— Нехай так. Передайте їй, що я прийду, щойно виконаю завдання.</w:t>
      </w:r>
    </w:p>
    <w:p>
      <w:r>
        <w:br/>
        <w:t>— Яке завдання?</w:t>
      </w:r>
    </w:p>
    <w:p>
      <w:r>
        <w:br/>
        <w:t>— Моє завдання полягає в з'ясуванні мого завдання.</w:t>
      </w:r>
    </w:p>
    <w:p>
      <w:r>
        <w:br/>
        <w:t>Хол посміхнувся і спробував піти. Але Артур Вентура виявив унікальну здатність роїтися й оточив Папазіана з усіх боків, створюючи шум і починаючи спроби силового впливу. Папазіан подумав про лазерний промінь і замислив вбити всіх Артурів, але потім вирішив, що це неадекватне до ситуації.</w:t>
      </w:r>
    </w:p>
    <w:p>
      <w:r>
        <w:br/>
        <w:t>Особи, вдягнені в форму, поселили Папазіана в квартиру, де він впав в обійми ридаючої жінки, що відразу заходилася повідомляти йому відомості особистого характеру.</w:t>
      </w:r>
    </w:p>
    <w:p>
      <w:r>
        <w:br/>
        <w:t>Хол зробив висновок, що цю жінку звали Аліна. Жінка вважала, що вона його дружина. І могла показати відповідні папери.</w:t>
      </w:r>
    </w:p>
    <w:p>
      <w:r>
        <w:br/>
        <w:t>Спершу було навіть кумедно мати дружину, дітей, справжню роботу, рахунок у банку, автомобіль, кілька змін білизни й решту того, що є в землян, Хол до самозабуття грався з новими речами.</w:t>
      </w:r>
    </w:p>
    <w:p>
      <w:r>
        <w:br/>
        <w:t>Майже щодня Аліна запитувала його:</w:t>
      </w:r>
    </w:p>
    <w:p>
      <w:r>
        <w:br/>
        <w:t>— Милий, ти що-небуть згадав?</w:t>
      </w:r>
    </w:p>
    <w:p>
      <w:r>
        <w:br/>
        <w:t>А він відповідав:</w:t>
      </w:r>
    </w:p>
    <w:p>
      <w:r>
        <w:br/>
        <w:t>— Нічого. Але я впевнений, що все буде гаразд.</w:t>
      </w:r>
    </w:p>
    <w:p>
      <w:r>
        <w:br/>
        <w:t>Аліна плакала. Хол звик до цього.</w:t>
      </w:r>
    </w:p>
    <w:p>
      <w:r>
        <w:br/>
        <w:t>Сусіди були дуже турботливі, друзі — дуже добрі. Вони щосили приховували від нього, що він не в своєму розумі — чудик, дурник, псих ненормальний.</w:t>
      </w:r>
    </w:p>
    <w:p>
      <w:r>
        <w:br/>
        <w:t>Хол Папазіан дізнався все, що будь-коли робив Хол Папазіан, і робив те ж саме. Найпростіші речі він знаходив захоплююче цікавими. Чи міг альдебаранець розраховувати на більше? Адже він жив справжнім земним життям, і земляни приймали його за свого!</w:t>
      </w:r>
    </w:p>
    <w:p>
      <w:r>
        <w:br/>
        <w:t>Звичайно, Хол робив помилки. Він погано ладнав з часом, але поступово навчився не стригти газон опівночі, не вкладати дітей о п'ятій ранку й не йти на роботу в дев'ятій вечора. Він не бачив причин для таких обмежень, але вони робили життя цікавішим.</w:t>
      </w:r>
    </w:p>
    <w:p>
      <w:r>
        <w:br/>
        <w:t>На прохання Аліни, Хол звернувся до лікаря Кардомана — фахівця з читання в головах людей. Лікар повідомляв, які думки гарні й плідні, а які — погані й брудні.</w:t>
      </w:r>
    </w:p>
    <w:p>
      <w:r>
        <w:br/>
        <w:t>Кардоман:</w:t>
      </w:r>
    </w:p>
    <w:p>
      <w:r>
        <w:br/>
        <w:t>— Чи давно у вас з'явилося відчуття, що ви — позаземна істота?</w:t>
      </w:r>
    </w:p>
    <w:p>
      <w:r>
        <w:br/>
        <w:t>Папазіан:</w:t>
      </w:r>
    </w:p>
    <w:p>
      <w:r>
        <w:br/>
        <w:t>— Незабаром після мого народження на Альдебарані.</w:t>
      </w:r>
    </w:p>
    <w:p>
      <w:r>
        <w:br/>
        <w:t>Кардоман:</w:t>
      </w:r>
    </w:p>
    <w:p>
      <w:r>
        <w:br/>
        <w:t>— Ми заощадимо масу часу, якщо ви визнаєте, що вас долають дивні ідеї.</w:t>
      </w:r>
    </w:p>
    <w:p>
      <w:r>
        <w:br/>
        <w:t>Папазіан:</w:t>
      </w:r>
    </w:p>
    <w:p>
      <w:r>
        <w:br/>
        <w:t>— Ми заощадимо стільки ж часу, якщо ви визнаєте, що я альдебаранець, який потрапив у скрутне становище.</w:t>
      </w:r>
    </w:p>
    <w:p>
      <w:r>
        <w:br/>
        <w:t>Кардоман:</w:t>
      </w:r>
    </w:p>
    <w:p>
      <w:r>
        <w:br/>
        <w:t>— Тихо! Слухай, приятелю, така заява може завести чорт зна куди. Підкорися моїм вказівкам, і я зроблю з тебе цяцю-хлопчика.</w:t>
      </w:r>
    </w:p>
    <w:p>
      <w:r>
        <w:br/>
        <w:t>Папазіан:</w:t>
      </w:r>
    </w:p>
    <w:p>
      <w:r>
        <w:br/>
        <w:t>— Тихо!</w:t>
      </w:r>
    </w:p>
    <w:p>
      <w:r>
        <w:br/>
        <w:t>Справа йшла на виправлення. Ночі змінювалися днями, тижні складалися в місяці. В Хола бували моменти прозріння, лікар Кардоман це вітав. Аліна писала мемуари під назвою "Сповідь жінки, чий чоловік вірив, що він з Альдебарану".</w:t>
      </w:r>
    </w:p>
    <w:p>
      <w:r>
        <w:br/>
        <w:t>Один раз Хол сказав лікарю Кардоману:</w:t>
      </w:r>
    </w:p>
    <w:p>
      <w:r>
        <w:br/>
        <w:t>— Здається, до мене повертається пам'ять.</w:t>
      </w:r>
    </w:p>
    <w:p>
      <w:r>
        <w:br/>
        <w:t>— Хм-м, — відповів лікар Кардоман.</w:t>
      </w:r>
    </w:p>
    <w:p>
      <w:r>
        <w:br/>
        <w:t>— Я згадую себе у віці восьми років. Я напував какао залізного фламінго на лузі, біля маленької альтанки, неподалік від якої котила свої води ріка Чесапік.</w:t>
      </w:r>
    </w:p>
    <w:p>
      <w:r>
        <w:br/>
        <w:t>— Помилкова пам'ять з фільмів, — прокоментував лікар Кардоман, звірившись з досьє, яке зібрала на чоловіка Аліна. — Коли вам було вісім, ви жили в Янгстауні, штат Огайо.</w:t>
      </w:r>
    </w:p>
    <w:p>
      <w:r>
        <w:br/>
        <w:t>— Чорт забери! — спересердя вигукнув Папазіан.</w:t>
      </w:r>
    </w:p>
    <w:p>
      <w:r>
        <w:br/>
        <w:t>— Але ви на правильному шляху, — заспокоїв його Кардоман. У кожного є подібна пам'ять, яка ховає страх і насолоду хворої психіки. Не засмучуйтесь дуже. Це добра ознака.</w:t>
      </w:r>
    </w:p>
    <w:p>
      <w:r>
        <w:br/>
        <w:t>Папазіан приходив і з іншими спогадами: про юність, яку провів юнгою на англійській канонерці, про тяготи Клондайку..</w:t>
      </w:r>
    </w:p>
    <w:p>
      <w:r>
        <w:br/>
        <w:t>Це були незаперечно земні спогади, але не їх шукав лікар Кардоман.</w:t>
      </w:r>
    </w:p>
    <w:p>
      <w:r>
        <w:br/>
        <w:t>В один погожий день в дім прийшов продавець щіток — він хотів поговорити з господаркою.</w:t>
      </w:r>
    </w:p>
    <w:p>
      <w:r>
        <w:br/>
        <w:t>— Вона повернеться через кілька годин, — вибачився Папазіан. — У неї сьогодні урок грецької, а потім різьблення по каменю.</w:t>
      </w:r>
    </w:p>
    <w:p>
      <w:r>
        <w:br/>
        <w:t>— Прекрасно, — сказав продавець. — Насправді я хотів поговорити з вами.</w:t>
      </w:r>
    </w:p>
    <w:p>
      <w:r>
        <w:br/>
        <w:t>— Мені не потрібні щітки, — відповів Папазіан.</w:t>
      </w:r>
    </w:p>
    <w:p>
      <w:r>
        <w:br/>
        <w:t>— До чорта щітки. Я офіцер служби зв'язку. Повинен нагадати вам, що ми відбуваємо рівно через чотири години.</w:t>
      </w:r>
    </w:p>
    <w:p>
      <w:r>
        <w:br/>
        <w:t>— Відбуваємо?</w:t>
      </w:r>
    </w:p>
    <w:p>
      <w:r>
        <w:br/>
        <w:t>— Все приємне коли-небудь кінчається, навіть відпочинок.</w:t>
      </w:r>
    </w:p>
    <w:p>
      <w:r>
        <w:br/>
        <w:t>— Відпочинок?</w:t>
      </w:r>
    </w:p>
    <w:p>
      <w:r>
        <w:br/>
        <w:t>— Облиште! — відрізав продавець щіток або офіцер зв'язку. — Ви, альдебаранці, зовсім нестерпні.</w:t>
      </w:r>
    </w:p>
    <w:p>
      <w:r>
        <w:br/>
        <w:t>— А ви звідкіля?</w:t>
      </w:r>
    </w:p>
    <w:p>
      <w:r>
        <w:br/>
        <w:t>— Я з Арктура. Як провели час, граючись з аборигенами?</w:t>
      </w:r>
    </w:p>
    <w:p>
      <w:r>
        <w:br/>
        <w:t>— Здається одружився з однією місцевою, — повідомив Папазіан.</w:t>
      </w:r>
    </w:p>
    <w:p>
      <w:r>
        <w:br/>
        <w:t>— Справжня земна дружина, це входило в вашу програму. Ну, йдете?</w:t>
      </w:r>
    </w:p>
    <w:p>
      <w:r>
        <w:br/>
        <w:t>— Бідна Поліна засмутиться, — поскаржився Папазіан.</w:t>
      </w:r>
    </w:p>
    <w:p>
      <w:r>
        <w:br/>
        <w:t>— Її ім'я Аліна. Як більшість землян, вона все одно значну частину часу проводить у глибокому смутку. Але я не можу змушувати вас. Якщо побажаєте залишитися, врахуйте, що наступний туристичний корабель буде через 50-60 років.</w:t>
      </w:r>
    </w:p>
    <w:p>
      <w:r>
        <w:br/>
        <w:t>— Пішли вони всі до чорта, — сказав Папазіан, — Я з вами.</w:t>
      </w:r>
    </w:p>
    <w:p>
      <w:r>
        <w:br/>
        <w:t>— Як і раніше будь-чого не пам'ятаю, — поскаржився Хол офіцерові зв'язку.</w:t>
      </w:r>
    </w:p>
    <w:p>
      <w:r>
        <w:br/>
        <w:t>— Природно. Ваша пам'ять залишилася в сейфі на кораблі.</w:t>
      </w:r>
    </w:p>
    <w:p>
      <w:r>
        <w:br/>
        <w:t>— Навіщо?</w:t>
      </w:r>
    </w:p>
    <w:p>
      <w:r>
        <w:br/>
        <w:t>— Щоб ви не почували себе в незнайомому оточенні. Я допоможу вам облаштуватися.</w:t>
      </w:r>
    </w:p>
    <w:p>
      <w:r>
        <w:br/>
        <w:t>Корабель піднявся опівночі. Політ був помічений локаційним підрозділом ВПС. Зображення, яке виникло на екрані, пояснили значним скупченням болотного газу, через яке пролетіла щільна зграя ластівок.</w:t>
      </w:r>
    </w:p>
    <w:p>
      <w:r>
        <w:br/>
        <w:t>Незважаючи на огидний холод відкритого космосу, Хол залишався на палубі й спостерігав, як зникала на відстані Земля. Його чекає нудне одноманітне життя, чекають дружини й діти...</w:t>
      </w:r>
    </w:p>
    <w:p>
      <w:r>
        <w:br/>
        <w:t>Але він не відчував жалю. Земля — чудесне місце для відпочинку, однак вона мало пристосована для життя.</w:t>
      </w:r>
    </w:p>
    <w:p>
      <w:r>
        <w:br/>
        <w:t>Роберт Шеклі</w:t>
      </w:r>
    </w:p>
    <w:p>
      <w:r>
        <w:br/>
        <w:t>Погана медицина (терапія)</w:t>
      </w:r>
    </w:p>
    <w:p>
      <w:r>
        <w:br/>
        <w:t>Про твір:</w:t>
      </w:r>
    </w:p>
    <w:p>
      <w:r>
        <w:br/>
        <w:t>Robert Sheckley. Bad Medicine (1956).</w:t>
      </w:r>
    </w:p>
    <w:p>
      <w:r>
        <w:br/>
        <w:t>оповідання: 34,3 кБ (приблизно 14 сторінок).</w:t>
      </w:r>
    </w:p>
    <w:p>
      <w:r>
        <w:br/>
        <w:t>Жанр: гумористична фантастика.</w:t>
      </w:r>
    </w:p>
    <w:p>
      <w:r>
        <w:br/>
        <w:t>Переклад на рос. мову (з англійської): невідомо.</w:t>
      </w:r>
    </w:p>
    <w:p>
      <w:r>
        <w:br/>
        <w:t>Джерело: Сайт Lib.ru (рос. мова). Файл із колекції Колесникова й Криворучко.</w:t>
      </w:r>
    </w:p>
    <w:p>
      <w:r>
        <w:br/>
        <w:t>Переклад на українську мову:</w:t>
      </w:r>
    </w:p>
    <w:p>
      <w:r>
        <w:br/>
        <w:t>1) чорновий — ПроЛінг Офіс, Плай v.4.1.</w:t>
      </w:r>
    </w:p>
    <w:p>
      <w:r>
        <w:br/>
        <w:t>2) чистовий — Володимир Ільницький, (23.09-1.10 2006).</w:t>
      </w:r>
    </w:p>
    <w:p>
      <w:r>
        <w:br/>
        <w:t>Редагування №1: Михайлина Косак. 7 з 12 зауважень враховано (не враховані в основному зауваження до фраз зі словами "будь-коли, ніколи".</w:t>
      </w:r>
    </w:p>
    <w:p>
      <w:r>
        <w:br/>
        <w:t>2 травня 2103 року Елвуд Кесвел швидко крокував Бродвеєм з зарядженим револьвером у кишені піджака. Він не мав наміру пускати його в дію, але побоювався, що все-таки може це зробити. Таке припущення не було позбавлене підстав, тому що Кесвел страждав манією вбивства.</w:t>
      </w:r>
    </w:p>
    <w:p>
      <w:r>
        <w:br/>
        <w:t>Був м'який мрячний весняний день, в повітрі пахло дощем і квітучим кизилом. Кесвел стискав револьвер у пітній долоні й намагався придумати хоча б один вагомий аргумент, щоб не вбивати чоловіка на прізвище Мегнесен, який днями сказав, що Кесвел чудово виглядає.</w:t>
      </w:r>
    </w:p>
    <w:p>
      <w:r>
        <w:br/>
        <w:t>"Яка справа Мегнесену, як я виглядаю? Кляті цікаві ґави, лізуть не в свої справи, завжди все псують..."</w:t>
      </w:r>
    </w:p>
    <w:p>
      <w:r>
        <w:br/>
        <w:t>Кесвел був невисокого зросту, холерик із сердитими розпаленими очима, щелепами бульдога й волоссям кольору імбиру. Кожен зустрічав людей подібного типу; видершись на шухляду з-під дезинфікуючих засобів, вони проголошують промови перед юрбою вийшлих на обідню перерву службовців і іронічно налаштованих студентів, викрикуючи гасла на зразок: "Марс для марсіан, Венера для венеріанців!"</w:t>
      </w:r>
    </w:p>
    <w:p>
      <w:r>
        <w:br/>
        <w:t>Однак, по правді кажучи, Кесвела не цікавив важкий соціальний стан населення інших планет. Він працював кондуктором ракетобуса нью-йоркської корпорації "Швидкий транзит". Він не ліз до чужих справ. До того ж він був абсолютно божевільним.</w:t>
      </w:r>
    </w:p>
    <w:p>
      <w:r>
        <w:br/>
        <w:t>На щастя, бували моменти, коли він розумів це, принаймні половиною своєї свідомості.</w:t>
      </w:r>
    </w:p>
    <w:p>
      <w:r>
        <w:br/>
        <w:t>Піт лив з Кесвела градом, поки він йшов по Бродвею до Сорок третьої вулиці, де знаходився магазин "Домашні терапевтичні прилади". Незабаром закінчиться робочий день і його друг Мегнесен повернеться у свою невелику квартиру, зовсім неподалік від будинку Кесвела. Як легко, як приємно було б недбало ввійти, обмінятися однією-двома фразами, а потім...</w:t>
      </w:r>
    </w:p>
    <w:p>
      <w:r>
        <w:br/>
        <w:t>Ні! Кесвел ковтнув повітря і нагадав собі, що в нього нема дійсного бажання когось вбивати. Вбивати недобре. Його посадять за ґрати, друзі його не зрозуміють, та й мама будь-коли цього не схвалить.</w:t>
      </w:r>
    </w:p>
    <w:p>
      <w:r>
        <w:br/>
        <w:t>Однак ці аргументи були слабкими, занадто надуманими й зовсім не переконливими. Від фактів не сховаєшся: він хоче вбити Мегнесена.</w:t>
      </w:r>
    </w:p>
    <w:p>
      <w:r>
        <w:br/>
        <w:t>Хіба таке сильне бажання може бути негарним? Або навіть нездоровим?</w:t>
      </w:r>
    </w:p>
    <w:p>
      <w:r>
        <w:br/>
        <w:t>Так, може! Зі здавленим стогоном Кесвел пробіг останні кілька кроків до магазину "Домашні терапевтичні прилади".</w:t>
      </w:r>
    </w:p>
    <w:p>
      <w:r>
        <w:br/>
        <w:t>Вмеблювання всередині магазину відразу принесло полегшення. Світло було м'яким, фіранки — спокійних тонів, і навіть виставлені тут мерехтливі терапевтичні машини не занадто впадали в око. От де приємно просто прилягти на килим під покрив терапевтичних машин у твердій впевненості, що тебе очікує врятування від усіх неприємностей.</w:t>
      </w:r>
    </w:p>
    <w:p>
      <w:r>
        <w:br/>
        <w:t>Світловолосий продавець з довгим породистим носом безшумно (але не вкрадливо) підплив до нього й неголосно запитав:</w:t>
      </w:r>
    </w:p>
    <w:p>
      <w:r>
        <w:br/>
        <w:t>— Чи потрібна допомога?</w:t>
      </w:r>
    </w:p>
    <w:p>
      <w:r>
        <w:br/>
        <w:t>— Терапію! — пробурмотів Кесвел.</w:t>
      </w:r>
    </w:p>
    <w:p>
      <w:r>
        <w:br/>
        <w:t>— Певна річ, сер, — чарівно посміхнувся продавець, розгладжуючи лацкани піджака. — Ми для цього й існуємо. — Він пильно подивився на Кесвела, нашвидкоруч поставив діагноз і постукав по блискаючому білиною і міддю апаратові. — От це, — сказав продавець, — новий Алкоголерозвантажувач фірми "ІБМ", рекламується найпопулярнішими журналами. Привабливе доповнення до меблів, погодьтесь, що він прикрасить будь-яку квартиру. Всередині є телевізор.</w:t>
      </w:r>
    </w:p>
    <w:p>
      <w:r>
        <w:br/>
        <w:t>Спритним рухом вузької кисті продавець відкрив Алкоголерозвантажувач, показавши телеекран розміром 52 дюйми.</w:t>
      </w:r>
    </w:p>
    <w:p>
      <w:r>
        <w:br/>
        <w:t>— Мені потрібно... — почав Кесвел.</w:t>
      </w:r>
    </w:p>
    <w:p>
      <w:r>
        <w:br/>
        <w:t>— Терапію, — закінчив за нього продавець. — Звичайно. Я хочу тільки підкреслити, що ця модель будь-коли не поставить в незручне становище вас, ваших друзів або близьких. Зверніть увагу на втоплену шкалу бажаної інтенсивності споживання спиртного. Бачите? Якщо не хочете зовсім утримуватися, можете встановити будь-яку з наступних поділок: "багато", "помірковано", "в компанії" або "для апетиту". Це новинка, унікальна в механотерапії.</w:t>
      </w:r>
    </w:p>
    <w:p>
      <w:r>
        <w:br/>
        <w:t>— Я не алкоголік, — з гідністю сказав Кесвел. — Корпорація "Нью-Йоркський швидкий транзит" не наймає алкоголіків.</w:t>
      </w:r>
    </w:p>
    <w:p>
      <w:r>
        <w:br/>
        <w:t>— Розумію, — сказав продавець, недовірливо дивлячись на сльозаві очі Кесвела. — Ви, здається, людина нервова. Можливо, портативний заспокоювач фірми "Бендікс"...</w:t>
      </w:r>
    </w:p>
    <w:p>
      <w:r>
        <w:br/>
        <w:t>— Нерви тут теж ні до чого. Що у вас є проти манії вбивства?</w:t>
      </w:r>
    </w:p>
    <w:p>
      <w:r>
        <w:br/>
        <w:t>Продавець стис губи.</w:t>
      </w:r>
    </w:p>
    <w:p>
      <w:r>
        <w:br/>
        <w:t>— Шизофренічного чи маніакально-депресивного походження?</w:t>
      </w:r>
    </w:p>
    <w:p>
      <w:r>
        <w:br/>
        <w:t>— Не знаю, — зізнався Кесвел, трохи розгубившись.</w:t>
      </w:r>
    </w:p>
    <w:p>
      <w:r>
        <w:br/>
        <w:t>— Загалом, це не має значення, — сказав продавець. — Моя власна теорія. За час роботи в магазині я дійшов до висновку, що руді й блондини схильні до шизофренії, а брюнети — до маніакальної депресії.</w:t>
      </w:r>
    </w:p>
    <w:p>
      <w:r>
        <w:br/>
        <w:t>— Цікаво. Ви давно тут працюєте?</w:t>
      </w:r>
    </w:p>
    <w:p>
      <w:r>
        <w:br/>
        <w:t>— Тиждень. Отже, сер, от що вам потрібно.</w:t>
      </w:r>
    </w:p>
    <w:p>
      <w:r>
        <w:br/>
        <w:t>— Що це?</w:t>
      </w:r>
    </w:p>
    <w:p>
      <w:r>
        <w:br/>
        <w:t>— Рекс-Регенератор, створений фірмою "Дженерал моторс". Красивий, не чи правда? Вписується в будь-який інтер'єр, всередині відмінно обладнаний портативний бар. Ваші друзі, родина, родичі ніколи здогадаються...</w:t>
      </w:r>
    </w:p>
    <w:p>
      <w:r>
        <w:br/>
        <w:t>— Чи вилікує він манію убивства? — запитав Кесвел. — Сильну.</w:t>
      </w:r>
    </w:p>
    <w:p>
      <w:r>
        <w:br/>
        <w:t>— Поза всяким сумнівом. Це зовсім не те, що маленькі 10-амперні апарати для невротиків. Це стаціонарна 25-амперна машина з великим запасом міцності, призначена для дійсно важких, застарілих випадків.</w:t>
      </w:r>
    </w:p>
    <w:p>
      <w:r>
        <w:br/>
        <w:t>— Саме те, що в мене, — сказав Кесвел із пробачною гордістю.</w:t>
      </w:r>
    </w:p>
    <w:p>
      <w:r>
        <w:br/>
        <w:t>— Ця крихітка все з вас виб'є. Великі, надміцні підшипники! Потужна система охолодження! Абсолютна ізоляція! Діапазон чутливості більш...</w:t>
      </w:r>
    </w:p>
    <w:p>
      <w:r>
        <w:br/>
        <w:t>— Я беру його, — сказав Кесвел. — Зараз же. Заплачу відразу.</w:t>
      </w:r>
    </w:p>
    <w:p>
      <w:r>
        <w:br/>
        <w:t>— Відмінно. Я тільки зателефоную на склад...</w:t>
      </w:r>
    </w:p>
    <w:p>
      <w:r>
        <w:br/>
        <w:t>— Я можу взяти цей, — сказав Кесвел, виймаючи гаманець. — Хочу швидше його випробувати. Розумієте, я збираюся вбити мого друга Мегнесена.</w:t>
      </w:r>
    </w:p>
    <w:p>
      <w:r>
        <w:br/>
        <w:t>Продавець співчутливо клацнув язиком:</w:t>
      </w:r>
    </w:p>
    <w:p>
      <w:r>
        <w:br/>
        <w:t>— Вам цього не захочеться... Плюс п'ять відсотків податок. Дякую вам, сер. Докладну інструкцію ви знайдете всередині.</w:t>
      </w:r>
    </w:p>
    <w:p>
      <w:r>
        <w:br/>
        <w:t>Кесвел подякував йому, обхопив Регенератор обома руками й поспішив до виходу.</w:t>
      </w:r>
    </w:p>
    <w:p>
      <w:r>
        <w:br/>
        <w:t>Вирахувавши свою комісію, продавець посміхнувся про себе й закурив. Однак зненацька з'явився зі свого кабінету керуючий — великий представницький чоловік у пенсне й зіпсував все задоволення.</w:t>
      </w:r>
    </w:p>
    <w:p>
      <w:r>
        <w:br/>
        <w:t>— Хескінс, — сказав керуючий, — по-моєму, я вже радив вам позбутися цієї неохайної і шкідливої для всіх звички.</w:t>
      </w:r>
    </w:p>
    <w:p>
      <w:r>
        <w:br/>
        <w:t>— Так, містер Фолансбі, пробачте, сер, — вибачився Хескінс, гасячи сигарету. — Я негайно скористаюся Денікотинізатором з вітрини. Зробив доволі вигідний продаж, містер Фолансбі. Один з великих Рекс-Регенераторів.</w:t>
      </w:r>
    </w:p>
    <w:p>
      <w:r>
        <w:br/>
        <w:t>— Он як? — Новина справила на керуючого враження. — Не часто нам удається... почекайте! Чи не хочете ви сказати, що продали демонстраційну модель?</w:t>
      </w:r>
    </w:p>
    <w:p>
      <w:r>
        <w:br/>
        <w:t>— А що... ви знаєте, боюся, що так, містер Фолансбі. Покупець дуже поспішав. А хіба...</w:t>
      </w:r>
    </w:p>
    <w:p>
      <w:r>
        <w:br/>
        <w:t>Фолансбі сплеснув руками й схопився за голову.</w:t>
      </w:r>
    </w:p>
    <w:p>
      <w:r>
        <w:br/>
        <w:t>— Хескінс, я вас попереджав. Я впевнений, що вас попереджав! Демонстраційний Регенератор був марсіанською моделлю. Для механотерапії марсіан.</w:t>
      </w:r>
    </w:p>
    <w:p>
      <w:r>
        <w:br/>
        <w:t>— Ага, — сказав Хескінс. Він подумав мить. — Розумію.</w:t>
      </w:r>
    </w:p>
    <w:p>
      <w:r>
        <w:br/>
        <w:t>Фолансбі дивився на свого підлеглого в лиховісному мовчанні.</w:t>
      </w:r>
    </w:p>
    <w:p>
      <w:r>
        <w:br/>
        <w:t>— Але яке це має значення? — швидко запитав Хескінс. — Машина ж не розрізняє. Мені здається, вона буде лікувати манію убивства, навіть якщо пацієнт і не марсіанин.</w:t>
      </w:r>
    </w:p>
    <w:p>
      <w:r>
        <w:br/>
        <w:t>— У марсіанської раси будь-коли не виявлялося схильності до вбивства. Марсіанський варіант Регенератора не здатен навіть зрозуміти таке. Безумовно, Регенератор спробує здійснити лікування. Він зобов'язаний. Але від чого він буде лікувати?</w:t>
      </w:r>
    </w:p>
    <w:p>
      <w:r>
        <w:br/>
        <w:t>— Розумію, — сказав Хескінс.</w:t>
      </w:r>
    </w:p>
    <w:p>
      <w:r>
        <w:br/>
        <w:t>— Бідолаху треба зупинити, перш ніж... ви сказали, у нього манія убивства? Я не ручаюся за наслідки! Його адреса, швидше!</w:t>
      </w:r>
    </w:p>
    <w:p>
      <w:r>
        <w:br/>
        <w:t>— Розумієте, містер Фолансбі, він так поспішав...</w:t>
      </w:r>
    </w:p>
    <w:p>
      <w:r>
        <w:br/>
        <w:t>Керуючий довго дивився на продавця, не вірячи своїм вухам.</w:t>
      </w:r>
    </w:p>
    <w:p>
      <w:r>
        <w:br/>
        <w:t>— Викличте поліцію! Зв'яжіться з відділом безпеки "Дженерал моторс"! Розшукайте його!</w:t>
      </w:r>
    </w:p>
    <w:p>
      <w:r>
        <w:br/>
        <w:t>Хескінс кинувся до дверей.</w:t>
      </w:r>
    </w:p>
    <w:p>
      <w:r>
        <w:br/>
        <w:t>— Стійте! — крикнув керуючий, натягаючи плащ. — Я з вами!</w:t>
      </w:r>
    </w:p>
    <w:p>
      <w:r>
        <w:br/>
        <w:t>Елвуд Кесвел повернувся додому на таксокоптері. Він затяг Регенератор у вітальню, присунув його до кушетки й окинув оцінюючим поглядом.</w:t>
      </w:r>
    </w:p>
    <w:p>
      <w:r>
        <w:br/>
        <w:t>— А продавець не помилився, — сказав він нарешті. — Дійсно, личить до вмеблювання.</w:t>
      </w:r>
    </w:p>
    <w:p>
      <w:r>
        <w:br/>
        <w:t>З естетичної точки зору Регенератор виявився вдалим придбанням.</w:t>
      </w:r>
    </w:p>
    <w:p>
      <w:r>
        <w:br/>
        <w:t>Кесвел помилувався ним ще трохи, а потім пішов на кухню приготувати собі бутерброд з куркою. Він їв повільно, не спускаючи очей із точки, що знаходилася трохи вище й лівіше кухонного годинника.</w:t>
      </w:r>
    </w:p>
    <w:p>
      <w:r>
        <w:br/>
        <w:t>"Будь ти проклятий, Мегнесен! Брудний, брехливий, підступний, ворог усього чистого й непорочного на землі..."</w:t>
      </w:r>
    </w:p>
    <w:p>
      <w:r>
        <w:br/>
        <w:t>Вийнявши револьвер з кишені, він поклав його на стіл і повертів у різні боки своїм негнучким пальцем.</w:t>
      </w:r>
    </w:p>
    <w:p>
      <w:r>
        <w:br/>
        <w:t>Настав час починати терапію.</w:t>
      </w:r>
    </w:p>
    <w:p>
      <w:r>
        <w:br/>
        <w:t>Якби не...</w:t>
      </w:r>
    </w:p>
    <w:p>
      <w:r>
        <w:br/>
        <w:t>Кесвел із занепокоєнням відчув, що не хоче позбуватися від бажання вбити Мегнесена. Що буде з ним, якщо він позбавиться цієї потреби? Життя втратить значення, зміст, весь смак і гостроту. Воно стане нескінченно нудотним.</w:t>
      </w:r>
    </w:p>
    <w:p>
      <w:r>
        <w:br/>
        <w:t>Крім того, Мегнесен завдав йому великого особистого горя, про яке не хотілося згадувати.</w:t>
      </w:r>
    </w:p>
    <w:p>
      <w:r>
        <w:br/>
        <w:t>Айрін!</w:t>
      </w:r>
    </w:p>
    <w:p>
      <w:r>
        <w:br/>
        <w:t>Його бідна сестра, збезчещена солодкомовним і хитрим Мегнесеном, занапащена й кинута. Хіба може бути переконливіша причина, щоб узяти револьвер...</w:t>
      </w:r>
    </w:p>
    <w:p>
      <w:r>
        <w:br/>
        <w:t>Насилу Кесвел згадав, що в нього будь-коли не було сестри. Тепер саме час піддатися терапії. Він пройшов у вітальню і вийняв інструкцію, засунуту в вентиляційний отвір апарату. Розгорнувши її, прочитав:</w:t>
      </w:r>
    </w:p>
    <w:p>
      <w:r>
        <w:br/>
        <w:t>"Для користування Регенератором моделі Рекс:</w:t>
      </w:r>
    </w:p>
    <w:p>
      <w:r>
        <w:br/>
        <w:t>1) Поставте Регенератор поруч зі зручною кушеткою (зручну кушетку можна придбати за додаткову плату в кожному магазині "Дженерал моторс").</w:t>
      </w:r>
    </w:p>
    <w:p>
      <w:r>
        <w:br/>
        <w:t>2) Встроміть вилку в кімнатну розетку.</w:t>
      </w:r>
    </w:p>
    <w:p>
      <w:r>
        <w:br/>
        <w:t>3) Вдягніть розсувний контактний обруч на голову. От і все! Ваш Регенератор зробить решту! Ніяких язикових бар'єрів і проблем діалекту, тому що Регенератор спілкується методом Безпосереднього Чуттєвого Контакту (патент заявлений). Єдине, що від вас потрібно, — довіритися апарату.</w:t>
      </w:r>
    </w:p>
    <w:p>
      <w:r>
        <w:br/>
        <w:t>Ви не повинні відчувати зніяковілість або сором. В усіх є проблеми, іноді складніші ваших! Регенератор не цікавиться вашою моральністю або етичними принципами, тому не вважайте, що він вас судить. Він лише намагається допомогти вам стати здоровим і щасливим.</w:t>
      </w:r>
    </w:p>
    <w:p>
      <w:r>
        <w:br/>
        <w:t>Як тільки Регенератор збере й обробить достатню кількість інформації, він почне лікування. Від вас самих залежить тривалість сеансів. Наказуєте ви! І, звичайно, ви маєте право перервати сеанс у будь-який момент.</w:t>
      </w:r>
    </w:p>
    <w:p>
      <w:r>
        <w:br/>
        <w:t>От і все! Просто, чи не так? А тепер вмикайте ваш Регенератор фірми "Дженерал моторс" і ставайте нормальним!</w:t>
      </w:r>
    </w:p>
    <w:p>
      <w:r>
        <w:br/>
        <w:t>— Нема чогось складного, — сказав собі Кесвел.</w:t>
      </w:r>
    </w:p>
    <w:p>
      <w:r>
        <w:br/>
        <w:t>Він підсунув Регенератор ближче до кушетки й ввімкнув його. Взяв обруч, почав вдягати його на голову, зупинився.</w:t>
      </w:r>
    </w:p>
    <w:p>
      <w:r>
        <w:br/>
        <w:t>— Я почуваю себе так по-дурному! — хихикнув він.</w:t>
      </w:r>
    </w:p>
    <w:p>
      <w:r>
        <w:br/>
        <w:t>Зненацька він закрив рот і зухвало глянув на чорну, поблискуючу нікелюванням машину.</w:t>
      </w:r>
    </w:p>
    <w:p>
      <w:r>
        <w:br/>
        <w:t>— То, отже, ти вважаєш, що можеш зробити мене нормальним, ґа?</w:t>
      </w:r>
    </w:p>
    <w:p>
      <w:r>
        <w:br/>
        <w:t>Регенератор не відповідав.</w:t>
      </w:r>
    </w:p>
    <w:p>
      <w:r>
        <w:br/>
        <w:t>— Добре, спробуй. — Він вдягнув обруч на голову, ліг на кушетку й схрестив руки на грудях.</w:t>
      </w:r>
    </w:p>
    <w:p>
      <w:r>
        <w:br/>
        <w:t>Будь-чого не відбулося. Кесвел влаштувався зручніше. Почухав плече й трохи пересунув обруч. Нічого. Думки його почали розповзатися.</w:t>
      </w:r>
    </w:p>
    <w:p>
      <w:r>
        <w:br/>
        <w:t>"Мегнесен! Ти нахабний, зарозумілий виродок, огидний..."</w:t>
      </w:r>
    </w:p>
    <w:p>
      <w:r>
        <w:br/>
        <w:t>— Добрий день, — пролунав у його голові голос. — Я ваш механотерапевт.</w:t>
      </w:r>
    </w:p>
    <w:p>
      <w:r>
        <w:br/>
        <w:t>Кесвел винувато завовтузився.</w:t>
      </w:r>
    </w:p>
    <w:p>
      <w:r>
        <w:br/>
        <w:t>— Здрастуйте. Я отут просто... ну, ви розумієте... неначебто б...</w:t>
      </w:r>
    </w:p>
    <w:p>
      <w:r>
        <w:br/>
        <w:t>— Розумію, — заспокоююче сказала машина. — Адже ми всі, так чи інакше... В даний момент я вивчаю вашу підсвідомість з метою синтезу, діагнозу, прогнозу й лікування. Я виявляю...</w:t>
      </w:r>
    </w:p>
    <w:p>
      <w:r>
        <w:br/>
        <w:t>— Так?</w:t>
      </w:r>
    </w:p>
    <w:p>
      <w:r>
        <w:br/>
        <w:t>— Один момент. — Регенератор мовчав кілька хвилин. Потім непевно сказав: — Вельми незвичайний випадок,</w:t>
      </w:r>
    </w:p>
    <w:p>
      <w:r>
        <w:br/>
        <w:t>— Правда? — запитав задоволений Кесвел.</w:t>
      </w:r>
    </w:p>
    <w:p>
      <w:r>
        <w:br/>
        <w:t>— Так. Коефіцієнти схожі на... я, щоправда, не впевнений... механічний голос апарату став згасати. Індикаторна лампка замигтіла й згасла.</w:t>
      </w:r>
    </w:p>
    <w:p>
      <w:r>
        <w:br/>
        <w:t>— Агов, у чому справа?</w:t>
      </w:r>
    </w:p>
    <w:p>
      <w:r>
        <w:br/>
        <w:t>— Якась плутанина, — відповіла машина. — Однак, — продовжувала вона зміцнілим голосом, — надзвичайна природа симптомів не може загнати в глухий кут кваліфіковану терапевтичну машину. Кожен симптом, хоч який він вигадливий, є всього лише сигналом, ознакою внутрішньої невідповідності. А всі симптоми можна пояснити на основі загальноприйнятої і доведеної теорії. Оскільки теорія ефективна, симптоми повинні з нею узгоджуватися. Будемо виходити з цієї передумови.</w:t>
      </w:r>
    </w:p>
    <w:p>
      <w:r>
        <w:br/>
        <w:t>— А ви впевнені, що робите те, що потрібно? — запитав Кесвел, у якого вже замакітрилась голова.</w:t>
      </w:r>
    </w:p>
    <w:p>
      <w:r>
        <w:br/>
        <w:t>Блиснувши індикатором, машина відрізала:</w:t>
      </w:r>
    </w:p>
    <w:p>
      <w:r>
        <w:br/>
        <w:t>— Сучасна механотерапія — точна наука, що не допускає будь-яких значних помилок. Почнемо зі словесних асоціацій.</w:t>
      </w:r>
    </w:p>
    <w:p>
      <w:r>
        <w:br/>
        <w:t>— Та вже нехай, — сказав Кесвел.</w:t>
      </w:r>
    </w:p>
    <w:p>
      <w:r>
        <w:br/>
        <w:t>— Житло?</w:t>
      </w:r>
    </w:p>
    <w:p>
      <w:r>
        <w:br/>
        <w:t>— Будинок.</w:t>
      </w:r>
    </w:p>
    <w:p>
      <w:r>
        <w:br/>
        <w:t>— Собака?</w:t>
      </w:r>
    </w:p>
    <w:p>
      <w:r>
        <w:br/>
        <w:t>— Кішка.</w:t>
      </w:r>
    </w:p>
    <w:p>
      <w:r>
        <w:br/>
        <w:t>— Фліфл?</w:t>
      </w:r>
    </w:p>
    <w:p>
      <w:r>
        <w:br/>
        <w:t>Кесвел загаявся, намагаючись збагнути. Чимось це слово нагадувало марсіанське, але могло бути й венеріанським або...</w:t>
      </w:r>
    </w:p>
    <w:p>
      <w:r>
        <w:br/>
        <w:t>— Фліфл? — повторив Регенератор.</w:t>
      </w:r>
    </w:p>
    <w:p>
      <w:r>
        <w:br/>
        <w:t>— Марфуш, — зімпровізував Кесвел.</w:t>
      </w:r>
    </w:p>
    <w:p>
      <w:r>
        <w:br/>
        <w:t>— Голосний?</w:t>
      </w:r>
    </w:p>
    <w:p>
      <w:r>
        <w:br/>
        <w:t>— Солодкий.</w:t>
      </w:r>
    </w:p>
    <w:p>
      <w:r>
        <w:br/>
        <w:t>— Зелений?</w:t>
      </w:r>
    </w:p>
    <w:p>
      <w:r>
        <w:br/>
        <w:t>— Мама.</w:t>
      </w:r>
    </w:p>
    <w:p>
      <w:r>
        <w:br/>
        <w:t>— Тханагойес?</w:t>
      </w:r>
    </w:p>
    <w:p>
      <w:r>
        <w:br/>
        <w:t>— Патаматонга.</w:t>
      </w:r>
    </w:p>
    <w:p>
      <w:r>
        <w:br/>
        <w:t>— Аррідес?</w:t>
      </w:r>
    </w:p>
    <w:p>
      <w:r>
        <w:br/>
        <w:t>— Нексотесмодрастика.</w:t>
      </w:r>
    </w:p>
    <w:p>
      <w:r>
        <w:br/>
        <w:t>— Чтиспохельгноптецес?</w:t>
      </w:r>
    </w:p>
    <w:p>
      <w:r>
        <w:br/>
        <w:t>— Рагамару латасентрикпропатрія! — вигукнув Кесвел. Це був набір звуків, яким можна пишатися. Людина середніх здібностей не змогла б їх вимовити.</w:t>
      </w:r>
    </w:p>
    <w:p>
      <w:r>
        <w:br/>
        <w:t>— Гм..., — сказав Регенератор. — Закономірності збігаються. Так і повинно бути.</w:t>
      </w:r>
    </w:p>
    <w:p>
      <w:r>
        <w:br/>
        <w:t>— Які закономірності?</w:t>
      </w:r>
    </w:p>
    <w:p>
      <w:r>
        <w:br/>
        <w:t>— У вас, — повідомила йому машина, — класичний випадок фім-манії, ускладненої сильною дварк-схильністю.</w:t>
      </w:r>
    </w:p>
    <w:p>
      <w:r>
        <w:br/>
        <w:t>— Невже? Мені здавалося, що в мене манія вбивства.</w:t>
      </w:r>
    </w:p>
    <w:p>
      <w:r>
        <w:br/>
        <w:t>— Цей термін не має змісту, — суворо сказала машина. — Тому я відкидаю його як безглуздий набір звуків. Тепер врахуйте: фім-манія зовсім нормальна. Будь-коли цього не забувайте. Правда, у ранньому віці вона звичайно поступається місцем ховендиш-відразі. Індивідууми, що не володіють цією природною реакцією на зовнішнє середовище...</w:t>
      </w:r>
    </w:p>
    <w:p>
      <w:r>
        <w:br/>
        <w:t>— Я не зовсім розумію те, що ви говорите, — зізнався Кесвел.</w:t>
      </w:r>
    </w:p>
    <w:p>
      <w:r>
        <w:br/>
        <w:t>— Прошу вас, сер, давайте відразу домовимося. Ви — пацієнт. Я механотерапевт. Ви звернулися до мене, щоб вилікуватися від недуги. Однак ви не можете розраховувати на допомогу, якщо самі не будете докладати відповідних зусиль.</w:t>
      </w:r>
    </w:p>
    <w:p>
      <w:r>
        <w:br/>
        <w:t>— Добре, — сказав Кесвел. — Я спробую.</w:t>
      </w:r>
    </w:p>
    <w:p>
      <w:r>
        <w:br/>
        <w:t>Дотепер він насолоджувався відчуттям власної переваги. Все, що говорила машина, здавалося кумедним. Мабуть, він навіть міг би вказати механотерапевту на деякі його неточності.</w:t>
      </w:r>
    </w:p>
    <w:p>
      <w:r>
        <w:br/>
        <w:t>Тепер же відчуття благополуччя звітрилося, вже вкотре, й Кесвел відчув себе самотнім, жахливо самотнім і загубленим, рабом своїх бажань, який шукає хоча б трохи тиші й спокою.</w:t>
      </w:r>
    </w:p>
    <w:p>
      <w:r>
        <w:br/>
        <w:t>Він витерпить що завгодно, аби знову віднайти рівновагу. Суворо нагадав він собі, що не має права критикувати механотерапевта. Ці машини знають свою справу, у них величезний досвід. Він буде намагатися, хоч яким би безглуздим здавався йому, дилетантові, цей спосіб лікування.</w:t>
      </w:r>
    </w:p>
    <w:p>
      <w:r>
        <w:br/>
        <w:t>Одне ясно, подумав Кесвел, похмуро вкладаючись на кушетку, механотерапія набагато складніша, ніж він припускав.</w:t>
      </w:r>
    </w:p>
    <w:p>
      <w:r>
        <w:br/>
        <w:t>Пошуки зниклого покупця були недовгими й безрезультатними. Його не було на багатолюдних вулицях Нью-Йорку, й ніхто пам'ятав рудого чоловічка зі збудженими очима, що тяг на собі чорну терапевтичну машину.</w:t>
      </w:r>
    </w:p>
    <w:p>
      <w:r>
        <w:br/>
        <w:t>Таке видовище було занадто звичайним.</w:t>
      </w:r>
    </w:p>
    <w:p>
      <w:r>
        <w:br/>
        <w:t>Незабаром після термінового телефонного виклику з'явилися четверо поліцейських на чолі зі стривоженим молодим лейтенантом — детективом на прізвище Сміт.</w:t>
      </w:r>
    </w:p>
    <w:p>
      <w:r>
        <w:br/>
        <w:t>Ледь Сміт устиг запитати: "А чому ви не вдозвілилися повісити ярлики на товари?" — як його перервали.</w:t>
      </w:r>
    </w:p>
    <w:p>
      <w:r>
        <w:br/>
        <w:t>Відіпхнувши поліцейського, що стояв посеред дверей, у кімнату увійшов чоловік. Він був високим, кутастим і некрасивим, із глибоко запалими блідо-голубими очима. М'ятий і нечищений костюм висів на ньому, як гофроване залізо.</w:t>
      </w:r>
    </w:p>
    <w:p>
      <w:r>
        <w:br/>
        <w:t>— Що вам потрібно? — запитав лейтенант Сміт.</w:t>
      </w:r>
    </w:p>
    <w:p>
      <w:r>
        <w:br/>
        <w:t>Некрасивий чоловік відігнув лацкан піджака і показав блискучий срібний значок.</w:t>
      </w:r>
    </w:p>
    <w:p>
      <w:r>
        <w:br/>
        <w:t>— Я Джон Рет з відділу безпеки "Дженерал моторс".</w:t>
      </w:r>
    </w:p>
    <w:p>
      <w:r>
        <w:br/>
        <w:t>— А... винен, сер, — сказав лейтенант Сміт, віддаючи честь. — Я не думав, що ви так швидко прибудете на місце.</w:t>
      </w:r>
    </w:p>
    <w:p>
      <w:r>
        <w:br/>
        <w:t>Рет видав невизначений звук.</w:t>
      </w:r>
    </w:p>
    <w:p>
      <w:r>
        <w:br/>
        <w:t>— Ви перевірили відбитки пальців, лейтенант? Покупець міг доторкнутися до іншої терапевтичної машини.</w:t>
      </w:r>
    </w:p>
    <w:p>
      <w:r>
        <w:br/>
        <w:t>— Я зараз же за це візьмуся, сер, — сказав Сміт. Нечасто траплялося, щоб оперативний працівник "Дженерал моторс", "Дженерал електрик" або "ІБМ" прибував для особистого розслідування на місце. Якщо дільничний поліцейський виявить моторність, то його можуть перевести в Індустріальну Поліцію...</w:t>
      </w:r>
    </w:p>
    <w:p>
      <w:r>
        <w:br/>
        <w:t>Рет повернувся до Фолансбі й Хескінса й оглянув їх пронизуючим поглядом, безособовим, як промінь радару.</w:t>
      </w:r>
    </w:p>
    <w:p>
      <w:r>
        <w:br/>
        <w:t>— Викладайте все по черзі, — сказав він, виймаючи з безформної кишені записну книжку й олівець.</w:t>
      </w:r>
    </w:p>
    <w:p>
      <w:r>
        <w:br/>
        <w:t>Він слухав розповідь у лиховісному мовчанні. Нарешті різко закрив записну книжку, всунув її на місце в кишеню і сказав:</w:t>
      </w:r>
    </w:p>
    <w:p>
      <w:r>
        <w:br/>
        <w:t>— Терапевтичні машини потрібно оберігати, як святиню. Дати покупцеві не ту машину — означає не виправдати виявлену вам довіру, порушити Громадські Інтереси й очорнити добру репутацію Компанії.</w:t>
      </w:r>
    </w:p>
    <w:p>
      <w:r>
        <w:br/>
        <w:t>Керуючий згоджуючись закивав, люто дивлячись на нещасного продавця.</w:t>
      </w:r>
    </w:p>
    <w:p>
      <w:r>
        <w:br/>
        <w:t>— Марсіанський варіант машини, — продовжував Рет, — узагалі не повинен був знаходитися на вітрині.</w:t>
      </w:r>
    </w:p>
    <w:p>
      <w:r>
        <w:br/>
        <w:t>— Я поясню, як це трапилося, — поспішно сказав Фолансбі. — Нам потрібна була демонстраційна модель, і я написав у Компанію лист із проханням...</w:t>
      </w:r>
    </w:p>
    <w:p>
      <w:r>
        <w:br/>
        <w:t>— Це, — безжалісно перебив його Рет, — може бути розцінено як груба й злочинна недбалість.</w:t>
      </w:r>
    </w:p>
    <w:p>
      <w:r>
        <w:br/>
        <w:t>Керуючий і продавець обмінялися зляканими поглядами. Вони згадали про виправну колонію "Дженерал моторс" біля Детройту, де порушники законів Компанії існували у похмурій тиші, займаючись монотонним кресленням мікросхем для кишенькових телевізійних приймачів.</w:t>
      </w:r>
    </w:p>
    <w:p>
      <w:r>
        <w:br/>
        <w:t>— Правда, це поза моєю компетенцією, — сказав Рет. Він звернув свій похмурий погляд на Хескінса: — Ви впевнені, що покупець не назвав свого імені?</w:t>
      </w:r>
    </w:p>
    <w:p>
      <w:r>
        <w:br/>
        <w:t>— Ні, сер. Тобто так, я в цьому впевнений, — відповів Хескінс деренчливим голосом.</w:t>
      </w:r>
    </w:p>
    <w:p>
      <w:r>
        <w:br/>
        <w:t>— Чи згадував він взагалі які-небудь імена?</w:t>
      </w:r>
    </w:p>
    <w:p>
      <w:r>
        <w:br/>
        <w:t>Хескінс закрив обличчя руками. Потім підкинув голову і з жаром вимовив:</w:t>
      </w:r>
    </w:p>
    <w:p>
      <w:r>
        <w:br/>
        <w:t>— Так! Він хотів когось убити! Свого друга!</w:t>
      </w:r>
    </w:p>
    <w:p>
      <w:r>
        <w:br/>
        <w:t>— Кого? — перепитав Рет з льодовим спокоєм.</w:t>
      </w:r>
    </w:p>
    <w:p>
      <w:r>
        <w:br/>
        <w:t>— Прізвище його друга... дайте мені подумати... Магнетон! Згадав! Магнетон! Або Морісон? О боже...</w:t>
      </w:r>
    </w:p>
    <w:p>
      <w:r>
        <w:br/>
        <w:t>На залізному обличчі Рета відбилося гофроване презирство. Люди марні як свідки. Гірше, ніж марні, тому що вони можуть спрямувати по помилковому сліду. З точки зору надійності найкращі роботи.</w:t>
      </w:r>
    </w:p>
    <w:p>
      <w:r>
        <w:br/>
        <w:t>— Невже він не згадав чогось істотного?</w:t>
      </w:r>
    </w:p>
    <w:p>
      <w:r>
        <w:br/>
        <w:t>— Дайте мені подумати! — сказав Хескінс, обличчя якого перекосило від напруги.</w:t>
      </w:r>
    </w:p>
    <w:p>
      <w:r>
        <w:br/>
        <w:t>Рет чекав.</w:t>
      </w:r>
    </w:p>
    <w:p>
      <w:r>
        <w:br/>
        <w:t>— Ситуація була небезпечною, — сказав Рет, — особливо для людини з вашими... е... е... неприємностями.</w:t>
      </w:r>
    </w:p>
    <w:p>
      <w:r>
        <w:br/>
        <w:t>Непомітно для Кесвела він уважно вивчав його. Той поводився нормально, але зовнішність часто оманна, особливо в душевнохворих. У Кесвела була манія убивства, й нема підстав вважати, що вона зникла безслідно.</w:t>
      </w:r>
    </w:p>
    <w:p>
      <w:r>
        <w:br/>
        <w:t>І Рет пошкодував, що так рано відіслав Сміта й його загін. Присутність збройних поліцейських іноді заспокоює.</w:t>
      </w:r>
    </w:p>
    <w:p>
      <w:r>
        <w:br/>
        <w:t>Кесвел пройшов в інший кут кімнати, де стояла терапевтична машина. Одна рука в нього була все ще в кишені, іншу він любовно поклав на Регенератор.</w:t>
      </w:r>
    </w:p>
    <w:p>
      <w:r>
        <w:br/>
        <w:t>— Бідолаха, він намагався щосили, — сказав він. — Звичайно, він не міг вилікувати те, чого не було. — Він посміхнувся. — Правда, йому це майже вдалося!</w:t>
      </w:r>
    </w:p>
    <w:p>
      <w:r>
        <w:br/>
        <w:t>Стежачи за виразом обличчя Кесвела, Рет сказав підкреслено недбалим голосом:</w:t>
      </w:r>
    </w:p>
    <w:p>
      <w:r>
        <w:br/>
        <w:t>— Радий, що все обійшлося, сер. Компанія, певна річ, компенсує втрачений час і завданий вам моральний збиток...</w:t>
      </w:r>
    </w:p>
    <w:p>
      <w:r>
        <w:br/>
        <w:t>— Певна річ, — сказав Кесвел.</w:t>
      </w:r>
    </w:p>
    <w:p>
      <w:r>
        <w:br/>
        <w:t>— ...і ми негайно замінимо цей Регенератор нормальною земною моделлю.</w:t>
      </w:r>
    </w:p>
    <w:p>
      <w:r>
        <w:br/>
        <w:t>— В цьому нема необхідності.</w:t>
      </w:r>
    </w:p>
    <w:p>
      <w:r>
        <w:br/>
        <w:t>— Нема?</w:t>
      </w:r>
    </w:p>
    <w:p>
      <w:r>
        <w:br/>
        <w:t>— Нема. — У голосі Кесвела звучала твердість. — Терапія, почата машиною, спонукала мене здійснити глибокий самоаналіз. У момент повного проникнення у власну свідомість мені вдалося переоцінити й відкинути мій намір убити бідного Мегнесена.</w:t>
      </w:r>
    </w:p>
    <w:p>
      <w:r>
        <w:br/>
        <w:t>Рет недовірливо нахилив голову.</w:t>
      </w:r>
    </w:p>
    <w:p>
      <w:r>
        <w:br/>
        <w:t>— Ви не відчуваєте зараз такої потреби?</w:t>
      </w:r>
    </w:p>
    <w:p>
      <w:r>
        <w:br/>
        <w:t>— Абсолютно.</w:t>
      </w:r>
    </w:p>
    <w:p>
      <w:r>
        <w:br/>
        <w:t>Рет насупився, хотів щось сказати, але зупинився. Він повернувся до Фолансбі й Хескінса:</w:t>
      </w:r>
    </w:p>
    <w:p>
      <w:r>
        <w:br/>
        <w:t>— Заберіть машину. Я з вами ще поговорю в магазині.</w:t>
      </w:r>
    </w:p>
    <w:p>
      <w:r>
        <w:br/>
        <w:t>Керуючий і продавець підняли Регенератор і вийшли.</w:t>
      </w:r>
    </w:p>
    <w:p>
      <w:r>
        <w:br/>
        <w:t>Рет зробив глибокий вдих:</w:t>
      </w:r>
    </w:p>
    <w:p>
      <w:r>
        <w:br/>
        <w:t>— Містер Кесвел, я б вам дуже рекомендував прийняти безкоштовно новий Регенератор від Компанії. Без правильного лікування методом механотерапії зберігається небезпека поновлення процесу.</w:t>
      </w:r>
    </w:p>
    <w:p>
      <w:r>
        <w:br/>
        <w:t>— У даному випадку небезпеки нема, — м'яко, але твердо сказав Кесвел. Дякую вам за турботу, сер. Спокійної ночі.</w:t>
      </w:r>
    </w:p>
    <w:p>
      <w:r>
        <w:br/>
        <w:t>Рет знизав плечима й попрямував до дверей.</w:t>
      </w:r>
    </w:p>
    <w:p>
      <w:r>
        <w:br/>
        <w:t>— Постривайте! — крикнув Кесвел.</w:t>
      </w:r>
    </w:p>
    <w:p>
      <w:r>
        <w:br/>
        <w:t>Рет обернувся. Кесвел витяг руку з кишені. У руці був револьвер. Рет відчув, як струмки поту стікають під пахвами. Він оцінив відстань між собою і Кесвелом. Занадто далеко.</w:t>
      </w:r>
    </w:p>
    <w:p>
      <w:r>
        <w:br/>
        <w:t>— Візьміть, — сказав Кесвел, протягаючи револьвер руків'ям вперед. Мені це більше не знадобиться.</w:t>
      </w:r>
    </w:p>
    <w:p>
      <w:r>
        <w:br/>
        <w:t>Рет з байдужим виразом обличчя прийняв револьвер і засунув його у свою безформну кишеню.</w:t>
      </w:r>
    </w:p>
    <w:p>
      <w:r>
        <w:br/>
        <w:t>— Спокійної ночі, — сказав Кесвел. Він закрив за Ретом двері й замкнув її.</w:t>
      </w:r>
    </w:p>
    <w:p>
      <w:r>
        <w:br/>
        <w:t>Нарешті він залишився один.</w:t>
      </w:r>
    </w:p>
    <w:p>
      <w:r>
        <w:br/>
        <w:t>Кесвел пройшов на кухню. Відкоркував пляшку пива, зробив великий ковток і сів за кухонний стіл. Він не спускав очей з крапки, яка знаходилася трохи вище й лівіше настінного годинника.</w:t>
      </w:r>
    </w:p>
    <w:p>
      <w:r>
        <w:br/>
        <w:t>Він повинний розробити свій план зараз. Часу втрачати не можна.</w:t>
      </w:r>
    </w:p>
    <w:p>
      <w:r>
        <w:br/>
        <w:t>"Мегнесен! Зле чудовисько, що зрубало горику Кесвелів! Мегнесен! Людина, що таємно збирається заразити Нью-Йорк огидною фім-манією! О, Мегнесен, бажаю тобі довгого-довгого життя, наповненого муками, що я тобі принесу! А для початку..."</w:t>
      </w:r>
    </w:p>
    <w:p>
      <w:r>
        <w:br/>
        <w:t>Кесвел посміхнувся, уявивши, як він буде дваркувати Мегнесена влендихним способом.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Прогулянка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