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Пройдисвіт</w:t>
      </w:r>
    </w:p>
    <w:p>
      <w:r>
        <w:br/>
        <w:t xml:space="preserve"> &lt;p&gt;* * *</w:t>
      </w:r>
    </w:p>
    <w:p>
      <w:r>
        <w:br/>
        <w:t>Вже нігде нема такого широкого степу, веселого краю, як у нас. Таки нема, нема, нема та й нема! Де такі тихії села? де такії поважнії, ставнії люде? Де дівчата з такими бровами?</w:t>
      </w:r>
    </w:p>
    <w:p>
      <w:r>
        <w:br/>
        <w:t>Згадати любо, побачити мило, тільки що жити там трудно.</w:t>
      </w:r>
    </w:p>
    <w:p>
      <w:r>
        <w:br/>
        <w:t>Оце ж то у нашому краї був хуторець собі маленький, Божовка. Хуторець стояв під дубовим гаєм, – усього п’ять хаток по горі біліло; гора зелена, низька, а попід горою річка тиха, а чиста така, що хоч чепурним в неї вдивлятись. Від хуторця один шлях вився – увивався-увивався до того дубового гаю, а другий шлях слався геть-геть по степу у село Рокочи.</w:t>
      </w:r>
    </w:p>
    <w:p>
      <w:r>
        <w:br/>
        <w:t>Найкраща хуторянська хата стояла ближче до гаю. Гарна була хата. Коло неї садок славний, город хазяйський. Не пусто було в оборі, весело на дворі.</w:t>
      </w:r>
    </w:p>
    <w:p>
      <w:r>
        <w:br/>
        <w:t>Жив у тій хаті господар Юхим Чабан, – славили, чоловік заможний і розумний. Жінка його вмерла давненько, йому зоставила дочку-єдиначку, Марту. Дівчині вже полічили сімнадцять років, а така викохалася дівчина, що хоч малюй, хоч цілуй.</w:t>
      </w:r>
    </w:p>
    <w:p>
      <w:r>
        <w:br/>
        <w:t>У Божовці хати не стояли одна проти однієї, а стояли хати там урозсип; одна хата управо, друга геть уліво, одна – нижче, на півгорі, друга – вище, на самому горбочку. Від кожної хати стежки розбігалися попутані і поперепутувані, як нитки. Найближча сусіда у Чабана була Рясничка, удова з сином своїм, парубком; далі на одшибі жили Кожушки, старі одинокі люди, а ще далій убік коваль Гарбуз кував, а за ковалем хирів хромий москаль Шименко, що одслужив праву ногу не знать нащо і вислужив хрестика не знать за що.</w:t>
      </w:r>
    </w:p>
    <w:p>
      <w:r>
        <w:br/>
        <w:t>Одного весняного дня Чабан сидів коло своєї хати на призьбі, одпочивав та журився, що йому не вродила торік пшениця, і міркував, чи вродить вона сього року. Чабан був чоловік мужніх літ, кріпкий, високий, плечатий; шия в його була довга, а голова невеличка, горда; він підголювався, і чуб сивуватий закручував за ухо; брови в його чорніли, як п’явки; погляд був соколиний, а ус такий, що вітер мав їм, як кійлом. На йому була сорочка біла полотняна – дочка її красно помережала – і білі полотняні шаровари.</w:t>
      </w:r>
    </w:p>
    <w:p>
      <w:r>
        <w:br/>
        <w:t>Він сидів, трохи похилившись, та не так, як хиляться хиреннії люде, а так, як сама сила клониться, одпочиваючи, – сидів, і міркував, і поглядав округи себе на степ, на поля, на гай – усе розвивалося і розквітало. Сонечко не виходило з-за біло-димчастих хмарок, а було тепло та тепло, наче чулося, як трава з землі виростає. Пахло як медом солодким і первим пахучим листом. Нікого не було видко, а чутно було, як Марта співала, у військо козака випроводжала, пораючись у хаті, та чулося – коваль кував, а за гаєм лунало. Стукнули дверима у сусідчиній хаті: сусідка Рясничка вийшла з дому – жіночка жвавенька, чепурненька, кирпатенька, окатенька, а за нею парубок великого зросту, свіжий та здоровий – тільки що не говорив: "Добре їм, добре сплю, добре роблю".</w:t>
      </w:r>
    </w:p>
    <w:p>
      <w:r>
        <w:br/>
        <w:t>Чабан їх зачув і зобачив, хоч оком не скинув і ухом не повів.</w:t>
      </w:r>
    </w:p>
    <w:p>
      <w:r>
        <w:br/>
        <w:t>Рясничка швидко опинилася коло Чабанової хати і повіталася:</w:t>
      </w:r>
    </w:p>
    <w:p>
      <w:r>
        <w:br/>
        <w:t>– Добридень, сусідоньку! Як вас Бог милує?</w:t>
      </w:r>
    </w:p>
    <w:p>
      <w:r>
        <w:br/>
        <w:t>– Спасибі, – одказав їй Чабан і повітався з Рясниченком.</w:t>
      </w:r>
    </w:p>
    <w:p>
      <w:r>
        <w:br/>
        <w:t>– Отеє як Мартуся співає! – каже Рясничка. – Пташко моя! Здорова була!</w:t>
      </w:r>
    </w:p>
    <w:p>
      <w:r>
        <w:br/>
        <w:t>Марта почула голос і вітання, виглянула з вікна і привіталася.</w:t>
      </w:r>
    </w:p>
    <w:p>
      <w:r>
        <w:br/>
        <w:t>– А ми оце до гаю ідемо. А ви ще не беретесь? – каже Рясничка. – Кожушки щось спізнились, та нема й коваля, нема й москаля. Чи не побрались вони поперше нас? Чи ви їх не бачили, сусідоньку?</w:t>
      </w:r>
    </w:p>
    <w:p>
      <w:r>
        <w:br/>
        <w:t>– Ні, не бачив, – одказував Чабан.</w:t>
      </w:r>
    </w:p>
    <w:p>
      <w:r>
        <w:br/>
        <w:t>– Коваль кує, – чуєте? – промовив Рясниченко до матусі.</w:t>
      </w:r>
    </w:p>
    <w:p>
      <w:r>
        <w:br/>
        <w:t>– Чую, чую – кує. Якась гайна робота. Посиджу я трохи біля вас, сусідоньку.</w:t>
      </w:r>
    </w:p>
    <w:p>
      <w:r>
        <w:br/>
        <w:t>Та й сіла біля Чабана на призьбі.</w:t>
      </w:r>
    </w:p>
    <w:p>
      <w:r>
        <w:br/>
        <w:t>– Мартусю, виходь-бо до нас, – нехай тебе побачимо! – гукнула Рясничка.</w:t>
      </w:r>
    </w:p>
    <w:p>
      <w:r>
        <w:br/>
        <w:t>Марта вийшла з хати і сіла коло сусіди. Рясниченко, закинувши сокиру на плече, стояв проти Чабана, а очі йому так і заводило до Марти.</w:t>
      </w:r>
    </w:p>
    <w:p>
      <w:r>
        <w:br/>
        <w:t>Марта сиділа собі вільно, як справдешня пташка.</w:t>
      </w:r>
    </w:p>
    <w:p>
      <w:r>
        <w:br/>
        <w:t>– Оце яка весна тепла! – каже Рясничка. – Хліб вродить. Вчора дивилась я на жита, то такі жита, що й вуж не пролізе. В мене в городі так-то гарно сходить усе! Тілько що товар в мене не дуже викрашається... а в інших товар – то як гора. Така-то вже доля моя! Що ж, у чуже щастя не вкупитись! Чи пам’ятаєте, як чоловік мій покійничок держався на світі? Як жив чоловік, то й розкоші були... та вмер чоловік. Усі помремо, а поки що треба жити.</w:t>
      </w:r>
    </w:p>
    <w:p>
      <w:r>
        <w:br/>
        <w:t>У Ряснички річі були похопливі, бистрі, перебивчиві – розкочувались, наче те намисто порване, у всі боки й на всі сторони.</w:t>
      </w:r>
    </w:p>
    <w:p>
      <w:r>
        <w:br/>
        <w:t>– А що, вашого наймита ще нема? – спитала вона Чабана. – Чому ж досі не йде він? Адже ж ви погодилися із ним, казали учора ввечері: він буде. Чому ж не прийшов?</w:t>
      </w:r>
    </w:p>
    <w:p>
      <w:r>
        <w:br/>
        <w:t>– А прийде, так скаже чому, – одказав Чабан.</w:t>
      </w:r>
    </w:p>
    <w:p>
      <w:r>
        <w:br/>
        <w:t>– Усі вони, ті наймити, однакові! Недурно-то говориться: "Наймитку! чому рано встаєш?" – "Та я, – каже, – надолужу то умиваннячком, то одяганнячком". Дякую Богові, що в мене свій парубок...</w:t>
      </w:r>
    </w:p>
    <w:p>
      <w:r>
        <w:br/>
        <w:t>Марта промовила:</w:t>
      </w:r>
    </w:p>
    <w:p>
      <w:r>
        <w:br/>
        <w:t>– Он коваль іде, за ним іде й москаль.</w:t>
      </w:r>
    </w:p>
    <w:p>
      <w:r>
        <w:br/>
        <w:t>– Еге ж, еге, йдуть обоє! – каже Рясничка. – Бач, як коваль стежку міряє! А викоптився ж він, світку мій! А той побідома за їм коливає – блід на виду, і вмирати йому скоро. Що вже ті москалі нещасливі, то крий Мати Божа!</w:t>
      </w:r>
    </w:p>
    <w:p>
      <w:r>
        <w:br/>
        <w:t>Коваль доміряв до Чабанової хати, зо всіма привітався, став коло Рясниченка й на Марту пильно подивився. Коваль світив добре очима; з себе був сухий, як перець, горбоносий, русявий і начебто похмурий од якоїсь своєї думки, а ще більш похмурняла його сажа ковальська.</w:t>
      </w:r>
    </w:p>
    <w:p>
      <w:r>
        <w:br/>
        <w:t>– А ми вас чекаємо, – каже ковалеві Рясничка. – І Кожушки спізнилися. А вже ж старії люди охаючи йдуть на роботу. Сьогодні ранесечко я бачила, хтось до вас строкатого коника приводив кути. Такий коник славний! Знакомий, мабуть, чоловік у вас був?</w:t>
      </w:r>
    </w:p>
    <w:p>
      <w:r>
        <w:br/>
        <w:t>– Знакомий, та ще й кум, – одказав їй коваль.</w:t>
      </w:r>
    </w:p>
    <w:p>
      <w:r>
        <w:br/>
        <w:t>– А я свого кума давненько не бачила і куму не бачила – аж нудно мені за їми!</w:t>
      </w:r>
    </w:p>
    <w:p>
      <w:r>
        <w:br/>
        <w:t>Москаль приколивав і вклонився. Нездужий був се чоловік, слабий.</w:t>
      </w:r>
    </w:p>
    <w:p>
      <w:r>
        <w:br/>
        <w:t>Він схилився на свої ключки й важко оддохнув. Його питали про здоров’я.</w:t>
      </w:r>
    </w:p>
    <w:p>
      <w:r>
        <w:br/>
        <w:t>– Яке здоров’я! – одказав він стиха та зглуха. – Гибію. Слабую дуже на голову й на очі. Було колись, здоров’я, та пожилося.</w:t>
      </w:r>
    </w:p>
    <w:p>
      <w:r>
        <w:br/>
        <w:t>– Треба б вам людей поспитати, ліків пошукати, – радила йому Рясничка. – От чула я...</w:t>
      </w:r>
    </w:p>
    <w:p>
      <w:r>
        <w:br/>
        <w:t>Москаль тілько рукою махнув.</w:t>
      </w:r>
    </w:p>
    <w:p>
      <w:r>
        <w:br/>
        <w:t>– Бачте, які ви! – стала вона йому дорікати.</w:t>
      </w:r>
    </w:p>
    <w:p>
      <w:r>
        <w:br/>
        <w:t>Тут надійшли старі Кожушки – вона до їх заговорила. Кожушки ті були собі тихі люде – й чоловік, і жінка; у їх було й хазяйствечко опоряджене, і про смерть усе наготовлене.</w:t>
      </w:r>
    </w:p>
    <w:p>
      <w:r>
        <w:br/>
        <w:t>Чабан взяв з хати сокиру свою – усі пішли до гаю купою: чоловіки на рубання, а жінки на збирання, одна Марта зосталася вдома.</w:t>
      </w:r>
    </w:p>
    <w:p>
      <w:r>
        <w:br/>
        <w:t>Вона сіла з шитвом близько своєї хати під вербою, шила та співала.</w:t>
      </w:r>
    </w:p>
    <w:p>
      <w:r>
        <w:br/>
        <w:t>Час минав, а прохолоди усе не спадало. Сонечко не вибивалося з хмарок, – Марті здавалося, що якби ще сонечко вибилося та гаряче заблискотіло, то б ізв’ялило її, як тонесеньку квіточку. Марта вже й співати не співала, й шити покинула – почала її дрімота хилити. Коли хтось до неї підійшов – вона стрепенулася. Підійшов парубок: стан гнучкий, ставний, сам молодий, чорнявий, гарний, та смутний: він до дівчини не всміхнувся і без жартів з нею привітався. Він питав її за Чабана.</w:t>
      </w:r>
    </w:p>
    <w:p>
      <w:r>
        <w:br/>
        <w:t>– Се мій батько, – одкаже йому дівчина. – Батько до гаю пішли на рубання. Чи вам їх хутко треба?</w:t>
      </w:r>
    </w:p>
    <w:p>
      <w:r>
        <w:br/>
        <w:t>– Я наймит.</w:t>
      </w:r>
    </w:p>
    <w:p>
      <w:r>
        <w:br/>
        <w:t>Тоді Марта згадала за наймита, що батько погодив.</w:t>
      </w:r>
    </w:p>
    <w:p>
      <w:r>
        <w:br/>
        <w:t>– Батько вас дожидали, – промовила вона.</w:t>
      </w:r>
    </w:p>
    <w:p>
      <w:r>
        <w:br/>
        <w:t>– Я й прийшов, – одказав наймит.</w:t>
      </w:r>
    </w:p>
    <w:p>
      <w:r>
        <w:br/>
        <w:t>– Ви, мабуть, ще, не обідали?</w:t>
      </w:r>
    </w:p>
    <w:p>
      <w:r>
        <w:br/>
        <w:t>– Спасибі, я не хочу. Коли ваша ласка, то б я води іспив.</w:t>
      </w:r>
    </w:p>
    <w:p>
      <w:r>
        <w:br/>
        <w:t>Марта швидко винесла з сіней холодної води наймитові. Вона йому: "Доброго здоров’я пивши", – а він їй: "Спасибі вам", – та й годі. Наймит сів на призьбі та й сидів, як мурований, дивлячись у землю.</w:t>
      </w:r>
    </w:p>
    <w:p>
      <w:r>
        <w:br/>
        <w:t>Марта взяла шитво та й нашила замість полюховки ляховку.</w:t>
      </w:r>
    </w:p>
    <w:p>
      <w:r>
        <w:br/>
        <w:t>Усі її думки грали коло наймита. Вона бачила, що сорочка й шаровари в його приношені, з латками, що червоний пояс вицвів, прибілів: в думці вона його убрала якнайлучче й таким червоним поясом підперезала, що аж очі в себе бере. Красна-красна вся одежина! А наймит сам! Чи він дуже б покращав, якби чепурно вбрався?</w:t>
      </w:r>
    </w:p>
    <w:p>
      <w:r>
        <w:br/>
        <w:t>Вона на його подивилася, і знов пороїлися думки, та вже не за те, як його вбрати, а за його самого, – мабуть, вже кращого не треба було. Які в його мислі?</w:t>
      </w:r>
    </w:p>
    <w:p>
      <w:r>
        <w:br/>
        <w:t>Хотіла вона, та не знала, яким перед ним словом применитесь.</w:t>
      </w:r>
    </w:p>
    <w:p>
      <w:r>
        <w:br/>
        <w:t>Наймит і разу очей на неї не звів. Марта мислями далі та далі запобігала: вгадувала вона, чи не покинув кого-не-будь наймит і де покинув? і яка його доля буде? і питалася вона, яка її, Мартина, доля вийметься в Бога? як житиме вона, з ким? як вона помре?</w:t>
      </w:r>
    </w:p>
    <w:p>
      <w:r>
        <w:br/>
        <w:t>Чому наймит не розмовиться? Чому б то не знати наперед чоловікові, що йому трапиться на віку?</w:t>
      </w:r>
    </w:p>
    <w:p>
      <w:r>
        <w:br/>
        <w:t>Почало повівати прохолодою, а хмари сизіли, у лісі зашуміло, пускався дощ іти, блискавиця блискала зрідка, і грім погримував здалека глухим гуркотом.</w:t>
      </w:r>
    </w:p>
    <w:p>
      <w:r>
        <w:br/>
        <w:t>– Гроза буде, – промовила Марта.</w:t>
      </w:r>
    </w:p>
    <w:p>
      <w:r>
        <w:br/>
        <w:t>Наймит не одмовив їй, тілько поглянув на хмари.</w:t>
      </w:r>
    </w:p>
    <w:p>
      <w:r>
        <w:br/>
        <w:t>Наближувалася гроза. Марта придивлялася округи, начебто хотіла мислі свої прикласти до щоденного діяння й піклування, – і згадала, що у дворі треба сховати від дощу зерно, що сушиться, а в садку постягати полотно, що білиться.</w:t>
      </w:r>
    </w:p>
    <w:p>
      <w:r>
        <w:br/>
        <w:t>– Ой лихо! А в дворі зерно! А в садку полотно! – казала вона та й побігла швиденько. Наймит за нею пішов, як наймит. Разом вони зерно приховали й полотно постягали.</w:t>
      </w:r>
    </w:p>
    <w:p>
      <w:r>
        <w:br/>
        <w:t>Почулися голоси помішані – се з гаю поспішалися додому, від дощу втікали по хатах. Чабана стріла дочка на порозі.</w:t>
      </w:r>
    </w:p>
    <w:p>
      <w:r>
        <w:br/>
        <w:t>– Втік від дощу, – каже він. Побачив свого наймита. – Здоров був, Максиме! Сідай!</w:t>
      </w:r>
    </w:p>
    <w:p>
      <w:r>
        <w:br/>
        <w:t>Обоє посідали, наймит від господаря оддалік. Марта десь у куточку.</w:t>
      </w:r>
    </w:p>
    <w:p>
      <w:r>
        <w:br/>
        <w:t>– Трохи ти спізнився, Максиме, – озвався Чабан.</w:t>
      </w:r>
    </w:p>
    <w:p>
      <w:r>
        <w:br/>
        <w:t>– Спізнився, добродію.</w:t>
      </w:r>
    </w:p>
    <w:p>
      <w:r>
        <w:br/>
        <w:t>Дощ вже ливенем лив, а за дощем град сипнув, як з кошика...</w:t>
      </w:r>
    </w:p>
    <w:p>
      <w:r>
        <w:br/>
        <w:t>– Ге-ге! – каже Чабан. – Пропав хліб!</w:t>
      </w:r>
    </w:p>
    <w:p>
      <w:r>
        <w:br/>
        <w:t>* * *</w:t>
      </w:r>
    </w:p>
    <w:p>
      <w:r>
        <w:br/>
        <w:t>Коваль був чудний собі чоловік. Любив він гарно вбиратися, може, ставив, що він над усіма у світі ковалями. Слухайте-бо! Який же коваль не ставить себе над іншими ковалями у світі? Скажіть, признайтесь передо мною, як я перед вами. Се кажу я на глум, а зараз візьмуть, візьмуть на ум і порішать, що коли я такеньки кажу, то вже певно, що якась відьма мені кума або якийсь з пекла родич і спокусив мою душу навіки; начебто говорячи про вовка, ніколи не кажуть і за вовка.</w:t>
      </w:r>
    </w:p>
    <w:p>
      <w:r>
        <w:br/>
        <w:t>То чудний, кажу, був собі чоловік той коваль – одягнеться, було, гарно-прегарно у неділю, розчешеться гладенько, як бабусин унучок, уса розправить, наче на сметану впова, – то що ж думаєте? Й посуне до гаю, у самі гущі, або до степу, на самі пустині, й походжає сам у самоті аж до смерку. Що він дума, що гадає, на що замишляє, святий його знає, – а сказати на очевидь тілько хіба те, що як набреде струмочок, або озерце, або яку таку воду, то стоїть над нею й вдивляється, наче журавель цибатий, – мабуть, вдивляється, який в Бога вдався.</w:t>
      </w:r>
    </w:p>
    <w:p>
      <w:r>
        <w:br/>
        <w:t>Одного недільного вечора Коваль, вбравшися гарно, та ще й до того сам у тузі й в притузі, у думі та й в мислях, надів чорну шапку з закотами та й посунув просто до гаю.</w:t>
      </w:r>
    </w:p>
    <w:p>
      <w:r>
        <w:br/>
        <w:t>У хуторі було тихенько, як у вусі. Сонечко закочувалося. Кожушки сиділи коло своєї хати, годували чубатих улюблених своїх курей просом; москаль лежав коло свого порога. Рясничка з сином поїхала до куми у гостину, й ворота їх причинені; травиця усюди зелено зеленіє, а вечірнє проміння її покропля своїм золотим кропом, а вітерець тепленький повіває... А Чабанова хата стоїть наче пуста...</w:t>
      </w:r>
    </w:p>
    <w:p>
      <w:r>
        <w:br/>
        <w:t>Тут скажу я вам диво: йшов один коваль, еге? Один, а так наче було два ковалі. Один коваль думав, еге? Один, а наче думало два ковалі. Перший коваль бачив, що Чабана нема, а другий коваль вже чув, що Марта не в хаті; перший коваль хотів запобігати думкою, де поїхав Чабан, а другий коваль сваволив – нащо тобі Чабан? ніби говорив: на що тобі, куди він поїхав? Куди вона пішла? Де вона поділася – от що! Перший коваль мусив погодитись і вже водно почати думати.</w:t>
      </w:r>
    </w:p>
    <w:p>
      <w:r>
        <w:br/>
        <w:t>Де вона справді? Може, гуляє? Може, стрінеться?..</w:t>
      </w:r>
    </w:p>
    <w:p>
      <w:r>
        <w:br/>
        <w:t>Йшов коваль присмерком. Сонечко усе нижче закочувалося. Такий теплий був вечір, що ковалеві здавалося, наче хто тепло на його дихав. Він забрався у саму пущу; там усе наче наслухає кого. Вітерець пропурхне, ніби ще прикаже: "Слухай! слухай! хутко, хутко! тут! там!" – і пропаде. Оглядайся собі скільки хочеш, де дівся. Продирався коваль у пущі і зітхав собі глибоко на волі; коли голоси йому почулися недалечко... Він зараз поправив шапку й подививсь округи себе зовсім розумним чоловіком; не вбачивши душі живої, він наставив цікаві уха й почав прислухати.</w:t>
      </w:r>
    </w:p>
    <w:p>
      <w:r>
        <w:br/>
        <w:t>– Та ти ж в мене одна, як у цілім году весна! – промовлено, начеб хтось дуже втішавсь тією весною чарівничою.</w:t>
      </w:r>
    </w:p>
    <w:p>
      <w:r>
        <w:br/>
        <w:t>– Чий се голос? Хто се промовля? – запитавсь коваль самого себе, і щось вхопило його за серце, як гадюка холодна, й вжалила.</w:t>
      </w:r>
    </w:p>
    <w:p>
      <w:r>
        <w:br/>
        <w:t>От одказують – се Марта говорить, се Марта кохає! Коваля наче грім вдарив; стояв він, наче у землю уріс, слухав. Довго він слухав, і усе говорили, не вгавали.</w:t>
      </w:r>
    </w:p>
    <w:p>
      <w:r>
        <w:br/>
        <w:t>Господи! де вона таких слів навчилася, що вони одному серце крають, а другому світ угору піднімають! Коваль, наслухавшися, ще побачити хотів – потихесеньку, помалесеньку розгорнув він віти густії дубові, як добре вбачив він обох: вони, наче з золота червоного вилиті, блисконули йому в вічі. Сидять близенько, говорять вірненько. Він пустив віти й прихилився до дуба сам – ніби одпочити, постояв – начебто одпочив, потихесеньку вибрався з пущі і тихо собі додому пішов...</w:t>
      </w:r>
    </w:p>
    <w:p>
      <w:r>
        <w:br/>
        <w:t>Йшов він та йшов, а округи все темніло й вечоріло; ніхто не стрічався. Та йшли поспліч з ковалем двоє: молоді й щасливі, близенько й рідненько із собою – і в ухах у коваля дзвонили слова тії благії й палкії, одно по одному добре, врозумно, немилостиво... З великого жалю він зблудився з шляху знакомого й зайшов від хутора на степ, до чужого гаю, до далекого озера. Місяць вже світив, зорі сяли, роса пала, – він усе ходив та й ходив. То хутко він йшов, начебто утекти чогось, начебто у пораду яку собі, то знов становився і стояв гірко; спробував сісти – не в могу: чи ходив – пара кохана ішла поспліч, чи стояв – ставала поруч, чи сідав – садовилася обік і усе коло його, поруч його, перед очі, усюди горіла вона, як з гарячого вогню, й його палила, наче полум’я, чута розмова…</w:t>
      </w:r>
    </w:p>
    <w:p>
      <w:r>
        <w:br/>
        <w:t>Чи ніхто з вас того не дізнав – ге? Як хто коли дізнав, нехай тільки пом’яне або ні, нехай лучче не пригадує, а слуха, що буде далі... Далі зорі поховались, місяць зник і почало на день, на світ займатись. Коваль втомлений, наче збитий, занудивши своє серце, заросивши сині шаровари, повернувсь додому та й ліг на лавці – і став обмишляти, що його тут робити, як його тут бути? Чи ж раз, чи двічі він себе запитував: що ж його справді робити? як його бути? Знаю, що раденькі почати навчати з усіх боків, бо чужа біда і складна, і гнучка на пораду і раду, а як своя прийде, то й розум гнітить, і серце жалить, і вся вага десь подінеться, і всю раду хтось украде – хоч з мосту та в воду! На усе замишляєш, і нічого не порішаєш (усе й ніщо!), а мислі, як ті пороги Дніпрові, крутяться, шутяться, ні біжать, ні стоять, – а з усього виходить одно: нещасливий я, дурний і некоханий.</w:t>
      </w:r>
    </w:p>
    <w:p>
      <w:r>
        <w:br/>
        <w:t>День настав, був і минув, а коваль і забув думати, що сонечко сходить, світить і заходить, сидів у своїй хаті, наче який темний, сліпий, глухий чоловік. Та як звечоріло й соловейко щебетнув, як же він схаменувся тоді, й вхопив шапку, й помкнувся з хати – куди? – питаєте. А вже просто до гаю.</w:t>
      </w:r>
    </w:p>
    <w:p>
      <w:r>
        <w:br/>
        <w:t>І от він у гаї, на тім самім місці... от сеє місце... ось воно... а ще їх нема... певно, зараз будуть. Чи вони разом прийдуть, чи одно по одному? Марта буде перша тут... (Світе Божий! то-то ж вона теперки поспішається! Зараз, певно, тут вже буде!)</w:t>
      </w:r>
    </w:p>
    <w:p>
      <w:r>
        <w:br/>
        <w:t>Вгадав коваль – таке, бачте, враже, то як скажеш – наче по-мальованому виходить, а як що добре... Вгадав коваль, кажу: Марта прибігла, ледве дихає, покликала:</w:t>
      </w:r>
    </w:p>
    <w:p>
      <w:r>
        <w:br/>
        <w:t>– Максиме! Максиме! – подивилась у всі боки і стала дожидати...</w:t>
      </w:r>
    </w:p>
    <w:p>
      <w:r>
        <w:br/>
        <w:t>Хутко й наймит прибіг, ламаючи віти по дорозі, валячи кущі.</w:t>
      </w:r>
    </w:p>
    <w:p>
      <w:r>
        <w:br/>
        <w:t>– Тут, кохана? – вимовив наймит, наче скарб несподіваний набрів, а сам щасливий, аж труситься. – Як же ти встигла?</w:t>
      </w:r>
    </w:p>
    <w:p>
      <w:r>
        <w:br/>
        <w:t>– Я поспішалася до тебе... – І чутно по слову, яково було поспішатися, яково побачитися...</w:t>
      </w:r>
    </w:p>
    <w:p>
      <w:r>
        <w:br/>
        <w:t>Щодня вони бачилися, і щодня коваль теж приходив за свідка і бачив, як вони віталися й прощалися, чув, як розмовляли й журилися. Щодня знав коваль, яка думка, яка сподіванка найшлася в Марти, знав, який жаль, яке лишко уразило наймита, на що вони важили, чим вони смутилися; усе він відав, сидячи поза кущами тихо, з своїм пожаленим серцем ревнивим...</w:t>
      </w:r>
    </w:p>
    <w:p>
      <w:r>
        <w:br/>
        <w:t>Не можна потаїти сильного кашлю та доброго кохання й від дурня – кожен се зна, то й не диво, що й Рясниченко, простий парубок, завважив якось, що в Марти очі темніють і сіяють не по-давньому, що голосок дзвенить іначій, що зацвіла вона повним цвітом, і залюбував він дівчиною не в зауміру, а залюбувавши, став горнутись ближче, як тілько душа його насміляла. Раз у раз він їй стрічався, куди вона піде. "Добридні! Добривечори, добраночі, помагай боги, щасливо, здоровенькі були!" – тим усим щедрив він, так що коли б тільки усе по його слову чинилося, то щастя-здоровля в неї було б чортзна-поки. Спершу почавши слідувати дівчину любуючи, він не вважав на те, що дівчина бере стежки інші, як він, а тілько думав, як би її перестріти, а далі і вже мусив завважити, що дівчина просто звертає, зобачивши його. "За що? Чому? – запитавсь бідний паруб’яка, дивуючи. – Може, за що-небудь угнівалася? Отже, як насмілюся, то й поспитаю її..." Насмілявсь він, може, із тиждень, вже не присуваючись близько, а ходячи здалека, мало господарством своїм тішачись, не смакуючи вареники, уночі перевертаючи подушку під головою...</w:t>
      </w:r>
    </w:p>
    <w:p>
      <w:r>
        <w:br/>
        <w:t>В Ряснички на той час було багато діла: і в городі, і в господі, з нитками, з полотнами, з ягодою, й з овощом, і з плодом, то можна було вберегтися її никливого погляду, її цікавого розуму.</w:t>
      </w:r>
    </w:p>
    <w:p>
      <w:r>
        <w:br/>
        <w:t>– Що се ти наче нездужаєш трохи? – спитала вона парубка одного вечора, як він повернувся з поля та вона глянула на нього.</w:t>
      </w:r>
    </w:p>
    <w:p>
      <w:r>
        <w:br/>
        <w:t>– Голова трохи болить, – одказав парубок звичайно, як одказують у всі віки парубки тоді, як болить у них біля лівого боку.</w:t>
      </w:r>
    </w:p>
    <w:p>
      <w:r>
        <w:br/>
        <w:t>– Напийсь молока зараз, сину, свіженького молока.</w:t>
      </w:r>
    </w:p>
    <w:p>
      <w:r>
        <w:br/>
        <w:t>І зараз унесла йому молока глечик і подала:</w:t>
      </w:r>
    </w:p>
    <w:p>
      <w:r>
        <w:br/>
        <w:t>– Пий, пий, сину, більш – се добре, поможе тобі. Се, мабуть, в тебе від спеки.</w:t>
      </w:r>
    </w:p>
    <w:p>
      <w:r>
        <w:br/>
        <w:t>Пив парубок, як молодий бичок, поки аж побачив денце.</w:t>
      </w:r>
    </w:p>
    <w:p>
      <w:r>
        <w:br/>
        <w:t>– А що, полегшало? – спитала мати.</w:t>
      </w:r>
    </w:p>
    <w:p>
      <w:r>
        <w:br/>
        <w:t>– Трохи полегшало ніби, – одказав Рясниченко. – Піду ще проходжуся. – І пішов з хати.</w:t>
      </w:r>
    </w:p>
    <w:p>
      <w:r>
        <w:br/>
        <w:t>Самі, мабуть, вже знаєте, чи помага солодке молоко від жалю коханого, і поскорбите за парубка, що, вийшовши з своєї хати, зупинився, й зажурився, і не знав, що робити, – не вмів себе порадити.</w:t>
      </w:r>
    </w:p>
    <w:p>
      <w:r>
        <w:br/>
        <w:t>– Ну вже тепер як тільки насмілюся, так і підійду, й спитаю усе, – аж уголос промовив, бідолаха, як усе стихло і стемніло зовсім і він вертавсь до хати своєї, й молоді сльози заросили йому обличчя, як дощ ливний...</w:t>
      </w:r>
    </w:p>
    <w:p>
      <w:r>
        <w:br/>
        <w:t>– Чого він за тобою ходить? Чого він на тебе дивиться? – промовляв наймит до Марти, аж чорніючи на лиці з туги та з гніву. – Він тебе сватати хоче, я знаю! Він жених, він не наймит. Що ж, Марто? Може, прийдеться на весіллі вслуговувати?..</w:t>
      </w:r>
    </w:p>
    <w:p>
      <w:r>
        <w:br/>
        <w:t>– Що робити кажеш, коханий? – питала Марта. – Як мені бути?</w:t>
      </w:r>
    </w:p>
    <w:p>
      <w:r>
        <w:br/>
        <w:t>– Я не хочу, щоб він усліджував за тобою! Я не хочу, щоб він на очі мені навертавсь... От вже осінь, щодня сподівайсь – тебе прийдуть сватати... Як мені погибати?</w:t>
      </w:r>
    </w:p>
    <w:p>
      <w:r>
        <w:br/>
        <w:t>– Я не піду ні за кого, коханий, – як не тобі, то й нікому не дістануся.</w:t>
      </w:r>
    </w:p>
    <w:p>
      <w:r>
        <w:br/>
        <w:t>– А батько велить, присилує, приневолить...</w:t>
      </w:r>
    </w:p>
    <w:p>
      <w:r>
        <w:br/>
        <w:t>– Не присилує, коханий, ні!</w:t>
      </w:r>
    </w:p>
    <w:p>
      <w:r>
        <w:br/>
        <w:t>– Шарпатиме, мучитиме щогодини, щохвилини.</w:t>
      </w:r>
    </w:p>
    <w:p>
      <w:r>
        <w:br/>
        <w:t>– Нехай і так, серце. Коли мені мука скрутніш, ніж життя з іншим, то б присилував, а мені усяка мука згодніш...</w:t>
      </w:r>
    </w:p>
    <w:p>
      <w:r>
        <w:br/>
        <w:t>– Дівчино, я без тебе жити не схочу. Як розлука, то й смерть мені! Я умру за тобою!</w:t>
      </w:r>
    </w:p>
    <w:p>
      <w:r>
        <w:br/>
        <w:t>А сам вже й зараз помирає, й хапа рученята любенько, й пригорта до серця дівчину вірну.</w:t>
      </w:r>
    </w:p>
    <w:p>
      <w:r>
        <w:br/>
        <w:t>Боже, Боже з високого неба! чи нам усім так того коханнячка треба, що не мина, не виміча воно ні старого, ні літнього, ні молодого, ні мужнього у світі? А що вже лиха від нього, боже-світе! не перелічить ніхто, скільки потопилось, подушилось, пострілялось, порізалося від нього, – а посохло, пов’яло – то більш, ніж билія у полі. Спершу ощастить тебе, наче окрилить, а там як притисне, як пригорчить, то аж не оддишешся...</w:t>
      </w:r>
    </w:p>
    <w:p>
      <w:r>
        <w:br/>
        <w:t>Літечко вже миналося – осінь ішла. Ще не пов’яло ніщо, а вже пахло в’янію та ще пізніми квітками такеньки що аж у голові шуміло. Темні хмари проношувалися небом, грім вже не гримав, лист опадав з дерева.</w:t>
      </w:r>
    </w:p>
    <w:p>
      <w:r>
        <w:br/>
        <w:t>– Ну, вже дочекалася я до самого краю! – заговорила Рясничка синові, як він прокинувся ранком та смутненько зітхнув. – Оце вже осінь – вже весілля усюди ладяться.... Вже годі!</w:t>
      </w:r>
    </w:p>
    <w:p>
      <w:r>
        <w:br/>
        <w:t>– Що ж ви, мамо, думаєте? – спитав бідний хлопець.</w:t>
      </w:r>
    </w:p>
    <w:p>
      <w:r>
        <w:br/>
        <w:t>– А що я думаю! Нехай сказиться той старий ворог Чабан! Щоб йому добра не вилучилося! Бодай його а корнем вигладило!</w:t>
      </w:r>
    </w:p>
    <w:p>
      <w:r>
        <w:br/>
        <w:t>– Що ж ви думаєте, мамо?</w:t>
      </w:r>
    </w:p>
    <w:p>
      <w:r>
        <w:br/>
        <w:t>– Що я думаю! Треба Марту вивірити, вивідати. Ти ж сам нічогісінько не тямиш, не знаєш досі, ге? Сьогодні іди перестрінь де-небудь і спитай її... Чи ж мені навчати, чи що, як залицятись до дівчини! Коваля вона не кохає, я примічала й за нею й за ним.</w:t>
      </w:r>
    </w:p>
    <w:p>
      <w:r>
        <w:br/>
        <w:t>– А по чому ви примічаєте, мамо?</w:t>
      </w:r>
    </w:p>
    <w:p>
      <w:r>
        <w:br/>
        <w:t>– Дурна дитино! По всьому: по слову, й по погляду, і по походу.</w:t>
      </w:r>
    </w:p>
    <w:p>
      <w:r>
        <w:br/>
        <w:t>– Чи ж помилитись не можна ніколи?</w:t>
      </w:r>
    </w:p>
    <w:p>
      <w:r>
        <w:br/>
        <w:t>– Ні, ні! Недурно він надувсь, як кулик на вітер, а вона – їй байдуже, вона не тура... Ти ж ходив усе услід за нею цими днями, – чи ж вона не прийма тебе, чи гордує?</w:t>
      </w:r>
    </w:p>
    <w:p>
      <w:r>
        <w:br/>
        <w:t>– Вона якось втікає від мене.</w:t>
      </w:r>
    </w:p>
    <w:p>
      <w:r>
        <w:br/>
        <w:t>– А ти й не доженеш, нещасливий! Може, дівчина тілько соромиться, а ти вже й злякавсь! Сьогодні треба усю правду виявити. Перестрінь і запитай. Чуєш?</w:t>
      </w:r>
    </w:p>
    <w:p>
      <w:r>
        <w:br/>
        <w:t>– Чую, мамо.</w:t>
      </w:r>
    </w:p>
    <w:p>
      <w:r>
        <w:br/>
        <w:t>– Та чи встоїш, чи спитаєш?</w:t>
      </w:r>
    </w:p>
    <w:p>
      <w:r>
        <w:br/>
        <w:t>– Я спитаю, мамо. Хоч умру, а спитаю.</w:t>
      </w:r>
    </w:p>
    <w:p>
      <w:r>
        <w:br/>
        <w:t>* * *</w:t>
      </w:r>
    </w:p>
    <w:p>
      <w:r>
        <w:br/>
        <w:t>– Здоровенькі були! – голосненько промовила Рясничка, уходячи того дня до Чабана у двір і усіх озираючи. – Я оце до вас позичити кресала – загубила десь своє, а сина дома нема, завіявсь десь, то я вже до вас оце...</w:t>
      </w:r>
    </w:p>
    <w:p>
      <w:r>
        <w:br/>
        <w:t>Чабан з наймитом облажували воза. Марта перебирала зелені гурки.</w:t>
      </w:r>
    </w:p>
    <w:p>
      <w:r>
        <w:br/>
        <w:t>– От вам кресало, сусідко, – каже Чабан і подає кресало.</w:t>
      </w:r>
    </w:p>
    <w:p>
      <w:r>
        <w:br/>
        <w:t>– Спасибі, сусідоньку, спасибі! Господарюєш, Марто? А я ще гурків не буду сього тижня засолювати, бо ще досі той бондар невірний діжечок не направив мені! Двічі син в його був, двічі сама до його удавалася – п’яниця такий, що Мати Божа!</w:t>
      </w:r>
    </w:p>
    <w:p>
      <w:r>
        <w:br/>
        <w:t>Цокочучи безпечненько про бондаря, в Ряснички аж в очах ясно було від цікавого піклування, що се з Мартою сталося. Не ті очі, не те личко, не так "на добридень" промовила, іначій двигається.</w:t>
      </w:r>
    </w:p>
    <w:p>
      <w:r>
        <w:br/>
        <w:t>– Я вже думала, поїду до куми у неділю, – цокотала Рясничка далі, – у неї діжок багато, чи не одступить. Марто, голубко, що тобі таке? Батько не чує – признайся мені: чи обидив батько, чи яке лихо? Кажи, серце, кажи, вони не чують.</w:t>
      </w:r>
    </w:p>
    <w:p>
      <w:r>
        <w:br/>
        <w:t>Марта занялася, як зоря вечірня, рум’янцем і одказала тихенько:</w:t>
      </w:r>
    </w:p>
    <w:p>
      <w:r>
        <w:br/>
        <w:t>– Ні, батько мене не обіжають.</w:t>
      </w:r>
    </w:p>
    <w:p>
      <w:r>
        <w:br/>
        <w:t>– Що ж тобі? що ж тобі? Прийди до мене, поговоримо, моє золото! Що ж тобі? Та чого ти дивишся туди, на батька? Чого сей наймит нікчемний на нас визирився? Прийди до мене! Сусідоньку! – гукнула на Чабана. – Я вашу дочку запрошаю до себе! Нехай мені, старій, поможе трошки, – вже не здужаю я, зстаріла... вмирати пора!</w:t>
      </w:r>
    </w:p>
    <w:p>
      <w:r>
        <w:br/>
        <w:t>– Ще поживіть, ще поживіть, – промовив Чабан, ніби вговоряючи. – Тепер время осіннєє, веселое: дочок оддають, синів женять, – додав він наче по тайності.</w:t>
      </w:r>
    </w:p>
    <w:p>
      <w:r>
        <w:br/>
        <w:t>– Дай Боже й вам, і мені дождати, сусідоньку, – промовила Рясничиха, аж іздригнувшися. – Що ж, Мартусю, поможеш мені?</w:t>
      </w:r>
    </w:p>
    <w:p>
      <w:r>
        <w:br/>
        <w:t>– Добре, – одказала Марта.</w:t>
      </w:r>
    </w:p>
    <w:p>
      <w:r>
        <w:br/>
        <w:t>– Спасибі, голубко біла, спасибі! А поки що я тобі поможу гірки обирати. А чи ви чули, сусідоньку, що удовиця Крижка сина в малярі віддала? – спитала Рясничка Чабана.</w:t>
      </w:r>
    </w:p>
    <w:p>
      <w:r>
        <w:br/>
        <w:t>– Чув, – одказав Чабан.</w:t>
      </w:r>
    </w:p>
    <w:p>
      <w:r>
        <w:br/>
        <w:t>– Кожушки наші як довідалися, то зараз забажали собі малювання і хвалилися: "Поїдьмо, – хвалилися, – до того маляра і закупимо собі якесь малювання: се гарно у хаті", – оповіда Рясничка.</w:t>
      </w:r>
    </w:p>
    <w:p>
      <w:r>
        <w:br/>
        <w:t>– А гарно, мабуть, – одкаже Чабан.</w:t>
      </w:r>
    </w:p>
    <w:p>
      <w:r>
        <w:br/>
        <w:t>– Наймитку, чи ти нездужаєш? – озвалась Рясничка до наймита.</w:t>
      </w:r>
    </w:p>
    <w:p>
      <w:r>
        <w:br/>
        <w:t>– Я здужаю, дякувати Богу, – одказав наймит зглуха і не знімаючи очей з роботи.</w:t>
      </w:r>
    </w:p>
    <w:p>
      <w:r>
        <w:br/>
        <w:t>– Якось ніби ізбляк на вид, як я от придивлюсь теперки. В мене син чогось кволиться, жаліється на голову усе. Горенько з тими дітьми у світі! А що се нашого коваля зовсім не видно? Наче за гроші показується між люди. Я вже його оце два дні ніде не набреду, де він никає... Сусідоньку, чи ви його бачили?</w:t>
      </w:r>
    </w:p>
    <w:p>
      <w:r>
        <w:br/>
        <w:t>– Бачив вчора ввечері, – каже Чабан.</w:t>
      </w:r>
    </w:p>
    <w:p>
      <w:r>
        <w:br/>
        <w:t>– Де ж ви його бачили?</w:t>
      </w:r>
    </w:p>
    <w:p>
      <w:r>
        <w:br/>
        <w:t>– Він з гаю йшов.</w:t>
      </w:r>
    </w:p>
    <w:p>
      <w:r>
        <w:br/>
        <w:t>– Оце гультяй який! Та бувайте ж здоровенькі, забарилася я. Приходь, Марто, до мене! Одвідай, серце!</w:t>
      </w:r>
    </w:p>
    <w:p>
      <w:r>
        <w:br/>
        <w:t>І побігла додому Рясничка, піклуючись і готуючись, що то з Мартою за подія, по що Коваль до гаю ходив, що замишля Чабан, чого се наймит так очима поїдає?</w:t>
      </w:r>
    </w:p>
    <w:p>
      <w:r>
        <w:br/>
        <w:t>А Чабан, проводивши її, промовив:</w:t>
      </w:r>
    </w:p>
    <w:p>
      <w:r>
        <w:br/>
        <w:t>– Ся жінка якби примогла, то б зорі з неба зірвала або землю під собою поїдала.</w:t>
      </w:r>
    </w:p>
    <w:p>
      <w:r>
        <w:br/>
        <w:t>Вечір осінній, темний, і Марта виходить з хати; ледві два ступні ступає – перед нею Рясниченко, ввесь біленький і зовсім смутненький.</w:t>
      </w:r>
    </w:p>
    <w:p>
      <w:r>
        <w:br/>
        <w:t>– Марто, – промовляє він, – чи гнів на мене який маєш? – А сам дивиться у шапку.</w:t>
      </w:r>
    </w:p>
    <w:p>
      <w:r>
        <w:br/>
        <w:t>– Ні, – одказала Марта.</w:t>
      </w:r>
    </w:p>
    <w:p>
      <w:r>
        <w:br/>
        <w:t>Мабуть, хотів додати: "Чому втікаєш?" – парубок бідний, та не насміливсь очей звернути з шапки.</w:t>
      </w:r>
    </w:p>
    <w:p>
      <w:r>
        <w:br/>
        <w:t>– Марто, чи підеш за мене? – почав він знов.</w:t>
      </w:r>
    </w:p>
    <w:p>
      <w:r>
        <w:br/>
        <w:t>– Ні, –— одказала знов Марта.</w:t>
      </w:r>
    </w:p>
    <w:p>
      <w:r>
        <w:br/>
        <w:t>– І... і вже сьому не бути? Не можна ніяк зарадити?</w:t>
      </w:r>
    </w:p>
    <w:p>
      <w:r>
        <w:br/>
        <w:t>– Ні, Іване, – одказала Марта. – Не думай об мені, не займай мене, прошу тебе просьбою.</w:t>
      </w:r>
    </w:p>
    <w:p>
      <w:r>
        <w:br/>
        <w:t>– Не буду, – промовив парубок, наче зварений. – Добривечір, Марто!</w:t>
      </w:r>
    </w:p>
    <w:p>
      <w:r>
        <w:br/>
        <w:t>І пішов сам, як мала дитина, заплакав.</w:t>
      </w:r>
    </w:p>
    <w:p>
      <w:r>
        <w:br/>
        <w:t>Мати стріла ще на дорозі й питає – що? І дивиться, і з одного вже погляду бачить – що. Змінилась на лиці, і очі іскрою спалахнули.</w:t>
      </w:r>
    </w:p>
    <w:p>
      <w:r>
        <w:br/>
        <w:t>– Вона за мене не хоче, мамо, –— промовив парубок, – і годі вже її займати.</w:t>
      </w:r>
    </w:p>
    <w:p>
      <w:r>
        <w:br/>
        <w:t>– Не хоче за тебе? Годі займати? – покрикнула Рясничка. – Кого ж вона хоче? Кого вона обрала, гадюка? Та ще не знаємо, що Чабан сам дума. Може, вона не хоче, та він жадає, то не буде вередуванню він потурати...</w:t>
      </w:r>
    </w:p>
    <w:p>
      <w:r>
        <w:br/>
        <w:t>– Ні, вже, мамо, я її не займу більш.</w:t>
      </w:r>
    </w:p>
    <w:p>
      <w:r>
        <w:br/>
        <w:t>– Не займеш, як батько даватиме?</w:t>
      </w:r>
    </w:p>
    <w:p>
      <w:r>
        <w:br/>
        <w:t>– Ні, мамо. Вже не кажіть про се, бо жалко дуже...</w:t>
      </w:r>
    </w:p>
    <w:p>
      <w:r>
        <w:br/>
        <w:t>Та й дуже ж жалко йому зробилося!</w:t>
      </w:r>
    </w:p>
    <w:p>
      <w:r>
        <w:br/>
        <w:t>– Ні, се так не буде! Ні, так се не минеться! Я довідаюсь! Я дізнаюсь! Щось тут є! Є щось! – виговорювала Рясничка сама до себе.</w:t>
      </w:r>
    </w:p>
    <w:p>
      <w:r>
        <w:br/>
        <w:t>* * *</w:t>
      </w:r>
    </w:p>
    <w:p>
      <w:r>
        <w:br/>
        <w:t>– Я тебе тут дожидав, – промовляв наймит над рікою, стрічаючи й пригортаючи Марту. – Ти не знаєш, як я тебе дожидаю! Очі горять мої, волосся наче холодний вітер зніма...</w:t>
      </w:r>
    </w:p>
    <w:p>
      <w:r>
        <w:br/>
        <w:t>– От кого обрала собі, дівчино! – покрикнула Рясничка так, що аж в берегах виляснуло. – Добре, красно! А батенько нехай втішається, нехай радується!</w:t>
      </w:r>
    </w:p>
    <w:p>
      <w:r>
        <w:br/>
        <w:t>І Рясничка, мов скажена, вистрибнула з-за верб і з реготом побігла від них.</w:t>
      </w:r>
    </w:p>
    <w:p>
      <w:r>
        <w:br/>
        <w:t>– Вона зараз батькові скаже, – промовила Марта.</w:t>
      </w:r>
    </w:p>
    <w:p>
      <w:r>
        <w:br/>
        <w:t>– Що ж, Марто, може, се востатнє бачимось? – виговорив наймит. – Не чуєш нічого? Може, вже батько гукає на мене і випхає з двора. А чи ж не дасть одвіту ніхто за мою кривду!</w:t>
      </w:r>
    </w:p>
    <w:p>
      <w:r>
        <w:br/>
        <w:t>– Максиме коханий! Я твоя вірная дівчина...</w:t>
      </w:r>
    </w:p>
    <w:p>
      <w:r>
        <w:br/>
        <w:t>І вона горнулась до його, і він, наче перед гіркою та нікчемною смертю, пригортав до себе дівчину. Ще нічого не чутно було з хутора.</w:t>
      </w:r>
    </w:p>
    <w:p>
      <w:r>
        <w:br/>
        <w:t>– Ходім, – каже наймит.</w:t>
      </w:r>
    </w:p>
    <w:p>
      <w:r>
        <w:br/>
        <w:t>– Ходім, – каже Марта.</w:t>
      </w:r>
    </w:p>
    <w:p>
      <w:r>
        <w:br/>
        <w:t>Ввійшли обоє у хату. Чабан сидить біля стола, наче їх дожида, спокійний, як звичайно.</w:t>
      </w:r>
    </w:p>
    <w:p>
      <w:r>
        <w:br/>
        <w:t>– Що се забарилася, дочко? – спитав.</w:t>
      </w:r>
    </w:p>
    <w:p>
      <w:r>
        <w:br/>
        <w:t>Вони обоє стояли, наче до домовини вже приручились або друг до друга. Чабан глянув на обох.</w:t>
      </w:r>
    </w:p>
    <w:p>
      <w:r>
        <w:br/>
        <w:t>– Господарю, – промовив наймит, – чи оддасте за мене дочку свою?</w:t>
      </w:r>
    </w:p>
    <w:p>
      <w:r>
        <w:br/>
        <w:t>– Тату, – промовила Марта, – не бороніть... Я за іншим не буду, тату, тільки за ним... Не бороніть, тату!</w:t>
      </w:r>
    </w:p>
    <w:p>
      <w:r>
        <w:br/>
        <w:t>– Я не бороню, – каже Чабан, – нехай вас Бог благословить.</w:t>
      </w:r>
    </w:p>
    <w:p>
      <w:r>
        <w:br/>
        <w:t>* * *</w:t>
      </w:r>
    </w:p>
    <w:p>
      <w:r>
        <w:br/>
        <w:t>Що се! Що се! – одхрещуєтесь усі – такого батька показуєте несвітнього! Щоб багатий, розумний батько та за наймита дочку попустив іти! Се вже ви передали куті меду!</w:t>
      </w:r>
    </w:p>
    <w:p>
      <w:r>
        <w:br/>
        <w:t>Не сваріться, добрі люди! Нехай хоть на сміх один наймит за чоловіка буде поміж людом християнським! Нехай один нетяга вишукає собі сім’ю та долю, та спочине, та наболіле тіло і душу одходить, одратує... Полічили сього одного між правними душами, а вже незлічимо усіх тих, що їх ходить по світу, запродаючи свою силу, і молодість, і кріпость за хліба шматок вкраяний, не життя проживаючи, а збавляючи, клянучи гірку долю, не сподіваючись кращої.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Пройдисвіт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