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морська корово із Командорських островів!..</w:t>
      </w:r>
    </w:p>
    <w:p>
      <w:r>
        <w:br/>
        <w:t xml:space="preserve"> * * *</w:t>
      </w:r>
    </w:p>
    <w:p>
      <w:r>
        <w:br/>
        <w:t>Прощай, морська корово із Командорських островів!&lt;br /&gt;</w:t>
        <w:br/>
        <w:t>Чудовисько, релікт, створіння ластогруде.&lt;br /&gt;</w:t>
        <w:br/>
        <w:t>Десь бачили тебе, останню із корів.&lt;br /&gt;</w:t>
        <w:br/>
        <w:t>Ти вимерла як вид. Тебе уже не буде.</w:t>
      </w:r>
    </w:p>
    <w:p>
      <w:r>
        <w:br/>
        <w:t>Десь бачили тебе. Ти вийшла із води&lt;br /&gt;</w:t>
        <w:br/>
        <w:t>екологічним зойком океану.&lt;br /&gt;</w:t>
        <w:br/>
        <w:t>Останній дивогляд морської череди! —&lt;br /&gt;</w:t>
        <w:br/>
        <w:t>жив тисячу століть, а я вже не застану.</w:t>
      </w:r>
    </w:p>
    <w:p>
      <w:r>
        <w:br/>
        <w:t>Корівонько, що їла, що пила?&lt;br /&gt;</w:t>
        <w:br/>
        <w:t>Медузами цвіли твої альпійські луки.&lt;br /&gt;</w:t>
        <w:br/>
        <w:t>Коли на глибині ти царственно пливла,&lt;br /&gt;</w:t>
        <w:br/>
        <w:t>всі мертві кораблі дивилися крізь люки.</w:t>
      </w:r>
    </w:p>
    <w:p>
      <w:r>
        <w:br/>
        <w:t>Сиділа б собі там і паслася на дні.&lt;br /&gt;</w:t>
        <w:br/>
        <w:t>Десь, може б, набрела втонулу Атлантиду.&lt;br /&gt;</w:t>
        <w:br/>
        <w:t>Там цар морський Нептун живе у курені,&lt;br /&gt;</w:t>
        <w:br/>
        <w:t>пасе морських корів зникаючого виду.</w:t>
      </w:r>
    </w:p>
    <w:p>
      <w:r>
        <w:br/>
        <w:t>Чи нафта розпливлась, чи, може, це казки, —&lt;br /&gt;</w:t>
        <w:br/>
        <w:t>на Командорах, кажуть, серед літа&lt;br /&gt;</w:t>
        <w:br/>
        <w:t>з морської піни вийшла на піски&lt;br /&gt;</w:t>
        <w:br/>
        <w:t>коров'яча остання Афродіта.</w:t>
      </w:r>
    </w:p>
    <w:p>
      <w:r>
        <w:br/>
        <w:t>Прощай. І не журись, що піна — як мазут.&lt;br /&gt;</w:t>
        <w:br/>
        <w:t>Ще місце є у тій Червоній книзі.&lt;br /&gt;</w:t>
        <w:br/>
        <w:t>Ще ходить по землі останній вільний зубр,&lt;br /&gt;</w:t>
        <w:br/>
        <w:t>твої брати моржі ще гріються на кризі!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морська корово із Командорських островів!..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