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Рибка</w:t>
      </w:r>
    </w:p>
    <w:p>
      <w:r>
        <w:br/>
        <w:t xml:space="preserve"> Адам Міцкевич&lt;br /&gt;</w:t>
        <w:br/>
        <w:t>Рибка</w:t>
      </w:r>
    </w:p>
    <w:p>
      <w:r>
        <w:br/>
        <w:t>Перекладач: М.Рильський&lt;br /&gt;</w:t>
        <w:br/>
        <w:t>Джерело: З книги: Міцкевич Адам. Вибране: Поетичні твори.— К.: "Веселка", 1984</w:t>
      </w:r>
    </w:p>
    <w:p>
      <w:r>
        <w:br/>
        <w:t>Балада</w:t>
      </w:r>
    </w:p>
    <w:p>
      <w:r>
        <w:br/>
        <w:t>(Скорочено)</w:t>
      </w:r>
    </w:p>
    <w:p>
      <w:r>
        <w:br/>
        <w:t>Гаєм від панського дому&lt;br /&gt;</w:t>
        <w:br/>
        <w:t>Дівчина йде, поспішає,&lt;br /&gt;</w:t>
        <w:br/>
        <w:t>Сльози на личку сумному,&lt;br /&gt;</w:t>
        <w:br/>
        <w:t>Вітер їй косами грає.</w:t>
      </w:r>
    </w:p>
    <w:p>
      <w:r>
        <w:br/>
        <w:t>Там, де ріка через луки&lt;br /&gt;</w:t>
        <w:br/>
        <w:t>В озеро ллється шумливо,&lt;br /&gt;</w:t>
        <w:br/>
        <w:t>Білі лама вона руки&lt;br /&gt;</w:t>
        <w:br/>
        <w:t>I промовляє тужливо:</w:t>
      </w:r>
    </w:p>
    <w:p>
      <w:r>
        <w:br/>
        <w:t>"Сестри-русалки, несила&lt;br /&gt;</w:t>
        <w:br/>
        <w:t>Далі терпіти страждання!&lt;br /&gt;</w:t>
        <w:br/>
        <w:t>Той, кого вірно любила,&lt;br /&gt;</w:t>
        <w:br/>
        <w:t>Зрадив дівоче кохання.</w:t>
      </w:r>
    </w:p>
    <w:p>
      <w:r>
        <w:br/>
        <w:t>Пан, що поклявся зо мною&lt;br /&gt;</w:t>
        <w:br/>
        <w:t>Стати до чесного шлюбу,&lt;br /&gt;</w:t>
        <w:br/>
        <w:t>Нині вінчаться з княжною&lt;br /&gt;</w:t>
        <w:br/>
        <w:t>Піде, Катрусі на згубу.</w:t>
      </w:r>
    </w:p>
    <w:p>
      <w:r>
        <w:br/>
        <w:t>Що ж! Хай живуть, веселяться,&lt;br /&gt;</w:t>
        <w:br/>
        <w:t>Любить нехай він дружину,-&lt;br /&gt;</w:t>
        <w:br/>
        <w:t>Тільки хай з мене знущаться&lt;br /&gt;</w:t>
        <w:br/>
        <w:t>В цю не приходить долину.</w:t>
      </w:r>
    </w:p>
    <w:p>
      <w:r>
        <w:br/>
        <w:t>В світі не жалко нічого,&lt;br /&gt;</w:t>
        <w:br/>
        <w:t>Зараз до вас я прилину!&lt;br /&gt;</w:t>
        <w:br/>
        <w:t>Ах, та на кого ж, на кого&lt;br /&gt;</w:t>
        <w:br/>
        <w:t>Бідну лишаю дитину?"</w:t>
      </w:r>
    </w:p>
    <w:p>
      <w:r>
        <w:br/>
        <w:t>Гірко нещасна ридає,&lt;br /&gt;</w:t>
        <w:br/>
        <w:t>Очі руками закрила,&lt;br /&gt;</w:t>
        <w:br/>
        <w:t>З берега в річку стрибає —&lt;br /&gt;</w:t>
        <w:br/>
        <w:t>Тільки вода закипіла.</w:t>
      </w:r>
    </w:p>
    <w:p>
      <w:r>
        <w:br/>
        <w:t>Ясними сяє вогнями&lt;br /&gt;</w:t>
        <w:br/>
        <w:t>Панська садиба велика.&lt;br /&gt;</w:t>
        <w:br/>
        <w:t>Гості спішать за гостями,&lt;br /&gt;</w:t>
        <w:br/>
        <w:t>Вигуки, танці, музика.</w:t>
      </w:r>
    </w:p>
    <w:p>
      <w:r>
        <w:br/>
        <w:t>Але крізь гомін той лине&lt;br /&gt;</w:t>
        <w:br/>
        <w:t>Жалібний голос дитячий,&lt;br /&gt;</w:t>
        <w:br/>
        <w:t>Вірний слуга до ліщини&lt;br /&gt;</w:t>
        <w:br/>
        <w:t>Йде з немовлятком, що плаче.</w:t>
      </w:r>
    </w:p>
    <w:p>
      <w:r>
        <w:br/>
        <w:t>Бистрою йде він ходою.&lt;br /&gt;</w:t>
        <w:br/>
        <w:t>В'ється затока зелена,&lt;br /&gt;</w:t>
        <w:br/>
        <w:t>Вкрито рясною лозою&lt;br /&gt;</w:t>
        <w:br/>
        <w:t>Річки широкі рамена.</w:t>
      </w:r>
    </w:p>
    <w:p>
      <w:r>
        <w:br/>
        <w:t>Став він між віття густого,&lt;br /&gt;</w:t>
        <w:br/>
        <w:t>Плаче, гукаючи в скрусі:&lt;br /&gt;</w:t>
        <w:br/>
        <w:t>"Хто ж нагодує малого?&lt;br /&gt;</w:t>
        <w:br/>
        <w:t>Де ти, ой, де ти, Катрусю?"</w:t>
      </w:r>
    </w:p>
    <w:p>
      <w:r>
        <w:br/>
        <w:t>Враз серед темного зілля&lt;br /&gt;</w:t>
        <w:br/>
        <w:t>Чиста вода замутилась,&lt;br /&gt;</w:t>
        <w:br/>
        <w:t>Заколихалася хвиля,&lt;br /&gt;</w:t>
        <w:br/>
        <w:t>Рибка над нею з'явилась.</w:t>
      </w:r>
    </w:p>
    <w:p>
      <w:r>
        <w:br/>
        <w:t>Боки їй золотом грають,&lt;br /&gt;</w:t>
        <w:br/>
        <w:t>В'ються червоні пір'їнки,&lt;br /&gt;</w:t>
        <w:br/>
        <w:t>Срібну голівку скрашають&lt;br /&gt;</w:t>
        <w:br/>
        <w:t>Очі — дрібні намистинки.</w:t>
      </w:r>
    </w:p>
    <w:p>
      <w:r>
        <w:br/>
        <w:t>Раптом з-під срібної плівки&lt;br /&gt;</w:t>
        <w:br/>
        <w:t>Блиснула оком людина:&lt;br /&gt;</w:t>
        <w:br/>
        <w:t>В'ється коса круг голівки,&lt;br /&gt;</w:t>
        <w:br/>
        <w:t>Шийка росте лебедина.</w:t>
      </w:r>
    </w:p>
    <w:p>
      <w:r>
        <w:br/>
        <w:t>Перса — мов чисті лілеї,&lt;br /&gt;</w:t>
        <w:br/>
        <w:t>Личко — мов квітка рожева,&lt;br /&gt;</w:t>
        <w:br/>
        <w:t>Риб'ячий хвіст лиш у неї...&lt;br /&gt;</w:t>
        <w:br/>
        <w:t>Плине вона під дерева.</w:t>
      </w:r>
    </w:p>
    <w:p>
      <w:r>
        <w:br/>
        <w:t>Ніжно дитя пригортає,&lt;br /&gt;</w:t>
        <w:br/>
        <w:t>Тулить до лона швиденько.&lt;br /&gt;</w:t>
        <w:br/>
        <w:t>"Люлі,— співа-промовляє,-&lt;br /&gt;</w:t>
        <w:br/>
        <w:t>Люленьки-люлі, маленьке!"</w:t>
      </w:r>
    </w:p>
    <w:p>
      <w:r>
        <w:br/>
        <w:t>Змовкла, не плаче дитина —&lt;br /&gt;</w:t>
        <w:br/>
        <w:t>Спати вона її вклала.&lt;br /&gt;</w:t>
        <w:br/>
        <w:t>Лиш проминула хвилина —&lt;br /&gt;</w:t>
        <w:br/>
        <w:t>Дівчина рибкою стала,</w:t>
      </w:r>
    </w:p>
    <w:p>
      <w:r>
        <w:br/>
        <w:t>Вкрилася знову лускою,&lt;br /&gt;</w:t>
        <w:br/>
        <w:t>В пір'я червоне прибралась.&lt;br /&gt;</w:t>
        <w:br/>
        <w:t>Хлюп! — і лише над водою&lt;br /&gt;</w:t>
        <w:br/>
        <w:t>Срібні жмурки загойдались.</w:t>
      </w:r>
    </w:p>
    <w:p>
      <w:r>
        <w:br/>
        <w:t>I відтоді, як смеркає,&lt;br /&gt;</w:t>
        <w:br/>
        <w:t>Як починає світати,&lt;br /&gt;</w:t>
        <w:br/>
        <w:t>Мати з ріки випливає&lt;br /&gt;</w:t>
        <w:br/>
        <w:t>Сина свого годувати.</w:t>
      </w:r>
    </w:p>
    <w:p>
      <w:r>
        <w:br/>
        <w:t>Вечора тільки одного&lt;br /&gt;</w:t>
        <w:br/>
        <w:t>Трапились дивні відміни:&lt;br /&gt;</w:t>
        <w:br/>
        <w:t>Плине русалка — нікого!&lt;br /&gt;</w:t>
        <w:br/>
        <w:t>Ані слуги, ні дитини!</w:t>
      </w:r>
    </w:p>
    <w:p>
      <w:r>
        <w:br/>
        <w:t>Треба їм тою порою&lt;br /&gt;</w:t>
        <w:br/>
        <w:t>Трохи заждати у лісі:&lt;br /&gt;</w:t>
        <w:br/>
        <w:t>Саме-бо пан із жоною&lt;br /&gt;</w:t>
        <w:br/>
        <w:t>Вийшли над річку пройтися.</w:t>
      </w:r>
    </w:p>
    <w:p>
      <w:r>
        <w:br/>
        <w:t>Скоро вже зробиться темно...&lt;br /&gt;</w:t>
        <w:br/>
        <w:t>Вірний слуга дожидає,&lt;br /&gt;</w:t>
        <w:br/>
        <w:t>Та дожидає даремно:&lt;br /&gt;</w:t>
        <w:br/>
        <w:t>З річки ніхто не вертає.</w:t>
      </w:r>
    </w:p>
    <w:p>
      <w:r>
        <w:br/>
        <w:t>Дивиться він з-під долоні:&lt;br /&gt;</w:t>
        <w:br/>
        <w:t>Сонце заходить рум'яне,&lt;br /&gt;</w:t>
        <w:br/>
        <w:t>Маєва гаснуть червоні,&lt;br /&gt;</w:t>
        <w:br/>
        <w:t>Сірі надходять тумани.</w:t>
      </w:r>
    </w:p>
    <w:p>
      <w:r>
        <w:br/>
        <w:t>Ніч опустилась над долом.&lt;br /&gt;</w:t>
        <w:br/>
        <w:t>Зорями небо квітує.&lt;br /&gt;</w:t>
        <w:br/>
        <w:t>Йде він до річки прокволом,&lt;br /&gt;</w:t>
        <w:br/>
        <w:t>Оком здалека пильнує.</w:t>
      </w:r>
    </w:p>
    <w:p>
      <w:r>
        <w:br/>
        <w:t>Що ж то за диво, на бога!&lt;br /&gt;</w:t>
        <w:br/>
        <w:t>Чи не пекельна то сила?&lt;br /&gt;</w:t>
        <w:br/>
        <w:t>Голий пісок — більш нічого&lt;br /&gt;</w:t>
        <w:br/>
        <w:t>В лісі, де річка шуміла.</w:t>
      </w:r>
    </w:p>
    <w:p>
      <w:r>
        <w:br/>
        <w:t>Бачить слуга — у тумані&lt;br /&gt;</w:t>
        <w:br/>
        <w:t>Панські розкидано шати,&lt;br /&gt;</w:t>
        <w:br/>
        <w:t>Тільки ж ні пана, ні пані&lt;br /&gt;</w:t>
        <w:br/>
        <w:t>Ані сліда не видати.</w:t>
      </w:r>
    </w:p>
    <w:p>
      <w:r>
        <w:br/>
        <w:t>Лиш піднеслася з долини&lt;br /&gt;</w:t>
        <w:br/>
        <w:t>Скеля будови чудної,-&lt;br /&gt;</w:t>
        <w:br/>
        <w:t>Зовсім немов дві людини&lt;br /&gt;</w:t>
        <w:br/>
        <w:t>Стали й завмерли обоє.</w:t>
      </w:r>
    </w:p>
    <w:p>
      <w:r>
        <w:br/>
        <w:t>Вірний слуга сам не знає,&lt;br /&gt;</w:t>
        <w:br/>
        <w:t>Що йому думать-гадати.&lt;br /&gt;</w:t>
        <w:br/>
        <w:t>Часу чимало минає,&lt;br /&gt;</w:t>
        <w:br/>
        <w:t>Врешті здолав проказати:</w:t>
      </w:r>
    </w:p>
    <w:p>
      <w:r>
        <w:br/>
        <w:t>"Катре, Катрусю!.." — Те слово&lt;br /&gt;</w:t>
        <w:br/>
        <w:t>Чуйно луна підхопила.&lt;br /&gt;</w:t>
        <w:br/>
        <w:t>"Катре, Катрусю!.." — I знову&lt;br /&gt;</w:t>
        <w:br/>
        <w:t>Тиша німа, як могила.</w:t>
      </w:r>
    </w:p>
    <w:p>
      <w:r>
        <w:br/>
        <w:t>Став він під скелею тою,&lt;br /&gt;</w:t>
        <w:br/>
        <w:t>Піт із чола витирає,&lt;br /&gt;</w:t>
        <w:br/>
        <w:t>Далі кивнув головою,&lt;br /&gt;</w:t>
        <w:br/>
        <w:t>Начеб сказав: "А, вже знаю!"</w:t>
      </w:r>
    </w:p>
    <w:p>
      <w:r>
        <w:br/>
        <w:t>Взяв немовлятко на руки,&lt;br /&gt;</w:t>
        <w:br/>
        <w:t>Сміхом страшним засміявся —&lt;br /&gt;</w:t>
        <w:br/>
        <w:t>I до села через луки&lt;br /&gt;</w:t>
        <w:br/>
        <w:t>Із молитвами подався.</w:t>
      </w:r>
    </w:p>
    <w:p>
      <w:r>
        <w:br/>
        <w:t>1820-1821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Рибка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