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Розбите серце умира...</w:t>
      </w:r>
    </w:p>
    <w:p>
      <w:r>
        <w:br/>
        <w:t xml:space="preserve"> &lt;blockquote class="cita" style='text-align:left'&gt;ПІСНЯ&lt;/blockquote&gt;</w:t>
      </w:r>
    </w:p>
    <w:p>
      <w:r>
        <w:br/>
        <w:t>Розбите серце умира,&lt;br /&gt;</w:t>
        <w:br/>
        <w:t>А я співаю: тра-тра-ра.&lt;br /&gt;</w:t>
        <w:br/>
        <w:t>Воно крізь силу вже зітха,&lt;br /&gt;</w:t>
        <w:br/>
        <w:t>А я сміюсь: ха-ха-ха!</w:t>
      </w:r>
    </w:p>
    <w:p>
      <w:r>
        <w:br/>
        <w:t>Із серця чорна кров тече...&lt;br /&gt;</w:t>
        <w:br/>
        <w:t>Нехай тече, нехай тече!&lt;br /&gt;</w:t>
        <w:br/>
        <w:t>Колись кипіла в серці кров,&lt;br /&gt;</w:t>
        <w:br/>
        <w:t>Колись цвіла в ньому любов.</w:t>
      </w:r>
    </w:p>
    <w:p>
      <w:r>
        <w:br/>
        <w:t>Умру, умру!.. Не жаль мені...&lt;br /&gt;</w:t>
        <w:br/>
        <w:t>Хай ти була не роки — дні,&lt;br /&gt;</w:t>
        <w:br/>
        <w:t>Хай мент єдиний я горів,&lt;br /&gt;</w:t>
        <w:br/>
        <w:t>Хай, може, сам себе дурив.</w:t>
      </w:r>
    </w:p>
    <w:p>
      <w:r>
        <w:br/>
        <w:t>Дурив?! Дарма! А я горю,&lt;br /&gt;</w:t>
        <w:br/>
        <w:t>Себе в останній раз дурю.&lt;br /&gt;</w:t>
        <w:br/>
        <w:t>Любила ж ти? Любила? Так?&lt;br /&gt;</w:t>
        <w:br/>
        <w:t>Це ти дала червоний мак?</w:t>
      </w:r>
    </w:p>
    <w:p>
      <w:r>
        <w:br/>
        <w:t>Червоний мак в моїх руках...&lt;br /&gt;</w:t>
        <w:br/>
        <w:t>Ти кажеш "ні", ти кажеш "так".&lt;br /&gt;</w:t>
        <w:br/>
        <w:t>Ні, ні! Мовчи! Я хочу спать&lt;br /&gt;</w:t>
        <w:br/>
        <w:t>І все, що сталось, пригадать.&lt;br /&gt;</w:t>
        <w:br/>
        <w:t>16.ХІІ. 1908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Розбите серце умира...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