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Розкажи, розкажи мені, поле</w:t>
      </w:r>
    </w:p>
    <w:p>
      <w:r>
        <w:br/>
        <w:t xml:space="preserve"> Розкажи, розкажи мені, поле:&lt;br /&gt;</w:t>
        <w:br/>
        <w:t>Чого рідко ростуть колосочки?&lt;br /&gt;</w:t>
        <w:br/>
        <w:t>— Ой дощів мені б треба, дощів, а не поту,&lt;br /&gt;</w:t>
        <w:br/>
        <w:t>Бо той піт прилипа до брудної сорочки,&lt;br /&gt;</w:t>
        <w:br/>
        <w:t>Як плугатар кінчає роботу.</w:t>
      </w:r>
    </w:p>
    <w:p>
      <w:r>
        <w:br/>
        <w:t>Розкажіть, розкажіть мені, хмари:&lt;br /&gt;</w:t>
        <w:br/>
        <w:t>Ви чого це тікаєте далі?&lt;br /&gt;</w:t>
        <w:br/>
        <w:t>— Та хіба ми, нещасні та стомлені, знаєм?&lt;br /&gt;</w:t>
        <w:br/>
        <w:t>Он вітри там женуться, кричать: "Ей ви,кралі!&lt;br /&gt;</w:t>
        <w:br/>
        <w:t>Почекайте, бо ми вас кохаєм".</w:t>
      </w:r>
    </w:p>
    <w:p>
      <w:r>
        <w:br/>
        <w:t>Розкажи, розкажи мені, поле:&lt;br /&gt;</w:t>
        <w:br/>
        <w:t>Що ж тепер нам з тобою робити?&lt;br /&gt;</w:t>
        <w:br/>
        <w:t>— Ех, хіба це уперше! Така моя доля.&lt;br /&gt;</w:t>
        <w:br/>
        <w:t>Хоч кукіль та волошки я буду родити —&lt;br /&gt;</w:t>
        <w:br/>
        <w:t>Все ж плугатарю є щось із поля.</w:t>
      </w:r>
    </w:p>
    <w:p>
      <w:r>
        <w:br/>
        <w:t>1911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Розкажи, розкажи мені, поле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