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Розмова з другом</w:t>
      </w:r>
    </w:p>
    <w:p>
      <w:r>
        <w:br/>
        <w:t xml:space="preserve"> Ліс зустрів мене як друга&lt;br /&gt;</w:t>
        <w:br/>
        <w:t>Горлиць, теплим воркуванням,&lt;br /&gt;</w:t>
        <w:br/>
        <w:t>Пізнім дзвоном солов'їним,&lt;br /&gt;</w:t>
        <w:br/>
        <w:t>Ніжним голосом зозулі,&lt;br /&gt;</w:t>
        <w:br/>
        <w:t>Вогким одудів гуканням,&lt;br /&gt;</w:t>
        <w:br/>
        <w:t>Круглим циканням дроздів.&lt;br /&gt;</w:t>
        <w:br/>
        <w:t>Ліс зустрів мене як друга&lt;br /&gt;</w:t>
        <w:br/>
        <w:t>Тінню від дубів крислатих,&lt;br /&gt;</w:t>
        <w:br/>
        <w:t>Смутком білої берези,&lt;br /&gt;</w:t>
        <w:br/>
        <w:t>Що дорожчий нам за радість,&lt;br /&gt;</w:t>
        <w:br/>
        <w:t>Кленів лапами густими,&lt;br /&gt;</w:t>
        <w:br/>
        <w:t>Сосни гомоном одвічним,&lt;br /&gt;</w:t>
        <w:br/>
        <w:t>Срібним шемранням осик.&lt;br /&gt;</w:t>
        <w:br/>
        <w:t>І до друга я звернувся&lt;br /&gt;</w:t>
        <w:br/>
        <w:t>Із промовою такою:&lt;br /&gt;</w:t>
        <w:br/>
        <w:t>Ти рости на втіху людям,&lt;br /&gt;</w:t>
        <w:br/>
        <w:t>Отіняй кохання чисте,&lt;br /&gt;</w:t>
        <w:br/>
        <w:t>Бережи нам світлі ріки,&lt;br /&gt;</w:t>
        <w:br/>
        <w:t>Що полям несуть вологу,&lt;br /&gt;</w:t>
        <w:br/>
        <w:t>Що запліднюють сади,</w:t>
      </w:r>
    </w:p>
    <w:p>
      <w:r>
        <w:br/>
        <w:t>А за кожну деревину,&lt;br /&gt;</w:t>
        <w:br/>
        <w:t>Що піде нам на будови&lt;br /&gt;</w:t>
        <w:br/>
        <w:t>Чя на щогли корабельні,&lt;br /&gt;</w:t>
        <w:br/>
        <w:t>Ми нові гаї посадим,&lt;br /&gt;</w:t>
        <w:br/>
        <w:t>Щоб земля була весела,&lt;br /&gt;</w:t>
        <w:br/>
        <w:t>Як веселе птаство в лісі,&lt;br /&gt;</w:t>
        <w:br/>
        <w:t>Як веселі дерева.</w:t>
      </w:r>
    </w:p>
    <w:p>
      <w:r>
        <w:br/>
        <w:t>1954 p.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Розмова з другом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