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Розстання</w:t>
      </w:r>
    </w:p>
    <w:p>
      <w:r>
        <w:br/>
        <w:t xml:space="preserve"> Те скорбне розстання&lt;br /&gt;</w:t>
        <w:br/>
        <w:t>На довгі літа,&lt;br /&gt;</w:t>
        <w:br/>
        <w:t>Останні зітхання&lt;br /&gt;</w:t>
        <w:br/>
        <w:t>І холодність та,&lt;br /&gt;</w:t>
        <w:br/>
        <w:t>Безслізна розлука,&lt;br /&gt;</w:t>
        <w:br/>
        <w:t>Цілунки сумні&lt;br /&gt;</w:t>
        <w:br/>
        <w:t>Сьогоднішню муку&lt;br /&gt;</w:t>
        <w:br/>
        <w:t>Віщали мені.</w:t>
      </w:r>
    </w:p>
    <w:p>
      <w:r>
        <w:br/>
        <w:t>Ті роси до світу,—&lt;br /&gt;</w:t>
        <w:br/>
        <w:t>Ті сльози між віт,—&lt;br /&gt;</w:t>
        <w:br/>
        <w:t>Були мов приміта&lt;br /&gt;</w:t>
        <w:br/>
        <w:t>Сьогоднішніх бід.&lt;br /&gt;</w:t>
        <w:br/>
        <w:t>Ти слово зламала,&lt;br /&gt;</w:t>
        <w:br/>
        <w:t>Про тебе в юрбі&lt;br /&gt;</w:t>
        <w:br/>
        <w:t>Начувсь я не мало,&lt;br /&gt;</w:t>
        <w:br/>
        <w:t>Улігши ганьбі.</w:t>
      </w:r>
    </w:p>
    <w:p>
      <w:r>
        <w:br/>
        <w:t>Стоуста неслава&lt;br /&gt;</w:t>
        <w:br/>
        <w:t>Про тебе гримить.&lt;br /&gt;</w:t>
        <w:br/>
        <w:t>Як я нелукаво&lt;br /&gt;</w:t>
        <w:br/>
        <w:t>Таку міг любить?&lt;br /&gt;</w:t>
        <w:br/>
        <w:t>Тебе зневажає&lt;br /&gt;</w:t>
        <w:br/>
        <w:t>Юрби поговір:&lt;br /&gt;</w:t>
        <w:br/>
        <w:t>Не знає, що знаю&lt;br /&gt;</w:t>
        <w:br/>
        <w:t>Тебе я надмір.</w:t>
      </w:r>
    </w:p>
    <w:p>
      <w:r>
        <w:br/>
        <w:t>...Стрічались ми тайно —&lt;br /&gt;</w:t>
        <w:br/>
        <w:t>Й печаль я таю.&lt;br /&gt;</w:t>
        <w:br/>
        <w:t>Забула, звичайно,&lt;br /&gt;</w:t>
        <w:br/>
        <w:t>Любов ти мою.&lt;br /&gt;</w:t>
        <w:br/>
        <w:t>Якби в цім безслав'ї&lt;br /&gt;</w:t>
        <w:br/>
        <w:t>Й зустрілися ми,&lt;br /&gt;</w:t>
        <w:br/>
        <w:t>Тебе б привітав я&lt;br /&gt;</w:t>
        <w:br/>
        <w:t>Мовчанням, слізьми.</w:t>
      </w:r>
    </w:p>
    <w:p>
      <w:r>
        <w:br/>
        <w:t>1808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Розстання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