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&lt;blockquote class="cita" style='text-align:left'&gt;Переклад Василя Мисика&lt;/blockquote&gt;</w:t>
      </w:r>
    </w:p>
    <w:p>
      <w:r>
        <w:br/>
        <w:t>1&lt;br /&gt;</w:t>
        <w:br/>
        <w:t>Цей гордий небосхил, байдужий лиходій,&lt;br /&gt;</w:t>
        <w:br/>
        <w:t>Ще жодному із нас не підживляв надій:&lt;br /&gt;</w:t>
        <w:br/>
        <w:t>Де знайде зігнуту під тягарем людину,&lt;br /&gt;</w:t>
        <w:br/>
        <w:t>Іще один тягар він накидає їй.</w:t>
      </w:r>
    </w:p>
    <w:p>
      <w:r>
        <w:br/>
        <w:t>2&lt;br /&gt;</w:t>
        <w:br/>
        <w:t>Ні, не гнітять мене перестрахи й жалі,&lt;br /&gt;</w:t>
        <w:br/>
        <w:t>Що вмерти мушу я, що строки в нас малі:&lt;br /&gt;</w:t>
        <w:br/>
        <w:t>Того, що суджено, боятися не треба.&lt;br /&gt;</w:t>
        <w:br/>
        <w:t>Боюсь неправедно прожити на землі.</w:t>
      </w:r>
    </w:p>
    <w:p>
      <w:r>
        <w:br/>
        <w:t>3&lt;br /&gt;</w:t>
        <w:br/>
        <w:t>Як жалко, що мені, прихильнику вина,&lt;br /&gt;</w:t>
        <w:br/>
        <w:t>Дістався цей калам* і келія тісна!&lt;br /&gt;</w:t>
        <w:br/>
        <w:t>Ти висох молячись, а я в шинку промок.&lt;br /&gt;</w:t>
        <w:br/>
        <w:t>Зате для мокрого й геєна не страшна!</w:t>
      </w:r>
    </w:p>
    <w:p>
      <w:r>
        <w:br/>
        <w:t>* Очеретяне перо.</w:t>
      </w:r>
    </w:p>
    <w:p>
      <w:r>
        <w:br/>
        <w:t>4&lt;br /&gt;</w:t>
        <w:br/>
        <w:t>Коли єство моє ліпив Творець із глини,&lt;br /&gt;</w:t>
        <w:br/>
        <w:t>Зарані відав він про всі мої провини.&lt;br /&gt;</w:t>
        <w:br/>
        <w:t>Якщо від нього й гріх, чому мене він хоче&lt;br /&gt;</w:t>
        <w:br/>
        <w:t>В день суду ввергнути в палаючі глибини?</w:t>
      </w:r>
    </w:p>
    <w:p>
      <w:r>
        <w:br/>
        <w:t>5&lt;br /&gt;</w:t>
        <w:br/>
        <w:t>Настало свято. Злих думок воно&lt;br /&gt;</w:t>
        <w:br/>
        <w:t>Немало зборе.&lt;br /&gt;</w:t>
        <w:br/>
        <w:t>Підчаший ллє у піалу вино,&lt;br /&gt;</w:t>
        <w:br/>
        <w:t>Ясне й прозоре.&lt;br /&gt;</w:t>
        <w:br/>
        <w:t>Намордник посту, молитов оброть&lt;br /&gt;</w:t>
        <w:br/>
        <w:t>Це свято зніме&lt;br /&gt;</w:t>
        <w:br/>
        <w:t>Із тих ослів, що ждуть його давно...&lt;br /&gt;</w:t>
        <w:br/>
        <w:t>О горе, горе!</w:t>
      </w:r>
    </w:p>
    <w:p>
      <w:r>
        <w:br/>
        <w:t>6&lt;br /&gt;</w:t>
        <w:br/>
        <w:t>Єсть бик у небесах, Волосожаром зветься;&lt;br /&gt;</w:t>
        <w:br/>
        <w:t>Є й під землею бик, що бачить не дається.&lt;br /&gt;</w:t>
        <w:br/>
        <w:t>Хто ж оком розуму погляне, той помітить,&lt;br /&gt;</w:t>
        <w:br/>
        <w:t>Що посередині табун ослів пасеться.</w:t>
      </w:r>
    </w:p>
    <w:p>
      <w:r>
        <w:br/>
        <w:t>7&lt;br /&gt;</w:t>
        <w:br/>
        <w:t>Недоброзичливість ніколи не могла&lt;br /&gt;</w:t>
        <w:br/>
        <w:t>Узяти верх: до злих вертались їх діла.&lt;br /&gt;</w:t>
        <w:br/>
        <w:t>Я зичу благ тобі — ти зла мені бажаєш:&lt;br /&gt;</w:t>
        <w:br/>
        <w:t>Ти благ не діждешся, я не побачу зла!</w:t>
      </w:r>
    </w:p>
    <w:p>
      <w:r>
        <w:br/>
        <w:t>8&lt;br /&gt;</w:t>
        <w:br/>
        <w:t>Шукай людину скрізь: на бідному постої,&lt;br /&gt;</w:t>
        <w:br/>
        <w:t>У закутку нужди і в пишному покої.&lt;br /&gt;</w:t>
        <w:br/>
        <w:t>Одна душа жива за сто Кааб дорожча!&lt;br /&gt;</w:t>
        <w:br/>
        <w:t>Чому ж ідеш до них? Шукай душі живої!</w:t>
      </w:r>
    </w:p>
    <w:p>
      <w:r>
        <w:br/>
        <w:t>9&lt;br /&gt;</w:t>
        <w:br/>
        <w:t>Коли у небуття і ймення наше кане,&lt;br /&gt;</w:t>
        <w:br/>
        <w:t>Не згасне сонечко у небі полум'яне.&lt;br /&gt;</w:t>
        <w:br/>
        <w:t>Нас не було, та світ не був від того гірший;&lt;br /&gt;</w:t>
        <w:br/>
        <w:t>Він не погіршає й тоді, як нас не стане.</w:t>
      </w:r>
    </w:p>
    <w:p>
      <w:r>
        <w:br/>
        <w:t>10&lt;br /&gt;</w:t>
        <w:br/>
        <w:t>Хіба не дивно, що пани чиновні,&lt;br /&gt;</w:t>
        <w:br/>
        <w:t>Самим собі нудні, хоч горді зовні,&lt;br /&gt;</w:t>
        <w:br/>
        <w:t>До кожного, хто здирство зневажає,&lt;br /&gt;</w:t>
        <w:br/>
        <w:t>Такого пишного презирства повні?</w:t>
      </w:r>
    </w:p>
    <w:p>
      <w:r>
        <w:br/>
        <w:t>11&lt;br /&gt;</w:t>
        <w:br/>
        <w:t>У кого кожний день в запасі півкоржа,&lt;br /&gt;</w:t>
        <w:br/>
        <w:t>У кого свій садок і хата не чужа,&lt;br /&gt;</w:t>
        <w:br/>
        <w:t>Хто в рабстві не родивсь і сам рабів не має,&lt;br /&gt;</w:t>
        <w:br/>
        <w:t>У того світлий зір і радісна душа.</w:t>
      </w:r>
    </w:p>
    <w:p>
      <w:r>
        <w:br/>
        <w:t>12&lt;br /&gt;</w:t>
        <w:br/>
        <w:t>О світе! Знаєш сам, які твої діла!&lt;br /&gt;</w:t>
        <w:br/>
        <w:t>Сидиш недвигою у башті гніту й зла!&lt;br /&gt;</w:t>
        <w:br/>
        <w:t>Одним добро даєш, а іншим — лихо! Тільки&lt;br /&gt;</w:t>
        <w:br/>
        <w:t>Це й знаєш ти, осел! Ні, гірший від осла!</w:t>
      </w:r>
    </w:p>
    <w:p>
      <w:r>
        <w:br/>
        <w:t>13&lt;br /&gt;</w:t>
        <w:br/>
        <w:t>О Доле! Бідний нам ти приділяєш пай!&lt;br /&gt;</w:t>
        <w:br/>
        <w:t>Звільни ж мене з тенет, за ворога не май!&lt;br /&gt;</w:t>
        <w:br/>
        <w:t>Якщо ти з дурнями й низькими накладаєш,-&lt;br /&gt;</w:t>
        <w:br/>
        <w:t>Ну що ж, тоді й мене за йолопа вважай!</w:t>
      </w:r>
    </w:p>
    <w:p>
      <w:r>
        <w:br/>
        <w:t>14&lt;br /&gt;</w:t>
        <w:br/>
        <w:t>Ті, що поклони б'ють, наслідують ослам,&lt;br /&gt;</w:t>
        <w:br/>
        <w:t>Бо служать шахраям, шахрайський возять крам&lt;br /&gt;</w:t>
        <w:br/>
        <w:t>І найдивніше те, що під покровом віри&lt;br /&gt;</w:t>
        <w:br/>
        <w:t>Живуть кафірами* і продають іслам!</w:t>
      </w:r>
    </w:p>
    <w:p>
      <w:r>
        <w:br/>
        <w:t>* Кафір — "невірний" у мусульманському світі.</w:t>
      </w:r>
    </w:p>
    <w:p>
      <w:r>
        <w:br/>
        <w:t>15&lt;br /&gt;</w:t>
        <w:br/>
        <w:t>В Каабі, в капищах,— дух рабства і покори.&lt;br /&gt;</w:t>
        <w:br/>
        <w:t>Співають рабству гімн церковні дзвони й хори,&lt;br /&gt;</w:t>
        <w:br/>
        <w:t>Міхраби*, храми, хрест — та це ж усе ознаки&lt;br /&gt;</w:t>
        <w:br/>
        <w:t>Терпіння рабського, його міцні підпори!</w:t>
      </w:r>
    </w:p>
    <w:p>
      <w:r>
        <w:br/>
        <w:t>* Міхраб — заглиблення в стіні мечеті.</w:t>
      </w:r>
    </w:p>
    <w:p>
      <w:r>
        <w:br/>
        <w:t>16&lt;br /&gt;</w:t>
        <w:br/>
        <w:t>Ви думкою найвищого сягнули,&lt;br /&gt;</w:t>
        <w:br/>
        <w:t>Про Всеблагого теревені гнули,&lt;br /&gt;</w:t>
        <w:br/>
        <w:t>А в тайне прозирнути не змогли:&lt;br /&gt;</w:t>
        <w:br/>
        <w:t>Налепеталися — й навік заснули.</w:t>
      </w:r>
    </w:p>
    <w:p>
      <w:r>
        <w:br/>
        <w:t>17&lt;br /&gt;</w:t>
        <w:br/>
        <w:t>Ви в себе всесвіту ввібрали силу&lt;br /&gt;</w:t>
        <w:br/>
        <w:t>I судите про нього — з небосхилу,&lt;br /&gt;</w:t>
        <w:br/>
        <w:t>А суть пізнавши — наче небосхил,&lt;br /&gt;</w:t>
        <w:br/>
        <w:t>Сягаєте чолом земного пилу.</w:t>
      </w:r>
    </w:p>
    <w:p>
      <w:r>
        <w:br/>
        <w:t>18&lt;br /&gt;</w:t>
        <w:br/>
        <w:t>I юних, і старих — всіх поглинає час,&lt;br /&gt;</w:t>
        <w:br/>
        <w:t>I невеликий нам дається днів запас.&lt;br /&gt;</w:t>
        <w:br/>
        <w:t>Ніщо не вічне тут: ми підемо так само,&lt;br /&gt;</w:t>
        <w:br/>
        <w:t>Як ті, що вже пішли й що прийдуть після нас.</w:t>
      </w:r>
    </w:p>
    <w:p>
      <w:r>
        <w:br/>
        <w:t>19&lt;br /&gt;</w:t>
        <w:br/>
        <w:t>Не буде рож — є колючки над яром;&lt;br /&gt;</w:t>
        <w:br/>
        <w:t>Погасне світло — вдовольнишся жаром;&lt;br /&gt;</w:t>
        <w:br/>
        <w:t>Не буде шейха й ханаки* — ну що ж:&lt;br /&gt;</w:t>
        <w:br/>
        <w:t>Здобріємо дзвіницею й зуннаром**.</w:t>
      </w:r>
    </w:p>
    <w:p>
      <w:r>
        <w:br/>
        <w:t>* Ханак — місце молитви, монастир.&lt;br /&gt;</w:t>
        <w:br/>
        <w:t>** Зуннар — пояс, який носили християни в мусульманських державах.</w:t>
      </w:r>
    </w:p>
    <w:p>
      <w:r>
        <w:br/>
        <w:t>20&lt;br /&gt;</w:t>
        <w:br/>
        <w:t>Ти з глини сам зліпив мене, о Боже!&lt;br /&gt;</w:t>
        <w:br/>
        <w:t>Ти ковдру тчеш мені і стелиш ложе.&lt;br /&gt;</w:t>
        <w:br/>
        <w:t>Ніхто у голову мені, крім тебе,&lt;br /&gt;</w:t>
        <w:br/>
        <w:t>Ані добра, ні зла вписать не може!</w:t>
      </w:r>
    </w:p>
    <w:p>
      <w:r>
        <w:br/>
        <w:t>21&lt;br /&gt;</w:t>
        <w:br/>
        <w:t>Той, хто усмішку дав устам дитячим,&lt;br /&gt;</w:t>
        <w:br/>
        <w:t>Хто темряву послав очам незрячим,&lt;br /&gt;</w:t>
        <w:br/>
        <w:t>Нічого нам не дав! Та ми не плачем,&lt;br /&gt;</w:t>
        <w:br/>
        <w:t>Бо тільки горе навкруги ми бачим.</w:t>
      </w:r>
    </w:p>
    <w:p>
      <w:r>
        <w:br/>
        <w:t>22&lt;br /&gt;</w:t>
        <w:br/>
        <w:t>Як жаль, що молодість безслідно протекла,&lt;br /&gt;</w:t>
        <w:br/>
        <w:t>Що в ступі Неба нас потовчено до тла!&lt;br /&gt;</w:t>
        <w:br/>
        <w:t>О горе, горенько! I оком не змигнувши,&lt;br /&gt;</w:t>
        <w:br/>
        <w:t>У прах вернулися, покинувши діла!</w:t>
      </w:r>
    </w:p>
    <w:p>
      <w:r>
        <w:br/>
        <w:t>23&lt;br /&gt;</w:t>
        <w:br/>
        <w:t>Хоч гарні щоки й кучері я маю&lt;br /&gt;</w:t>
        <w:br/>
        <w:t>І станом кипарис переважаю,&lt;br /&gt;</w:t>
        <w:br/>
        <w:t>Але спитайте, нащо Майстер вічний&lt;br /&gt;</w:t>
        <w:br/>
        <w:t>В земнім саду зростив мене? Не знаю.</w:t>
      </w:r>
    </w:p>
    <w:p>
      <w:r>
        <w:br/>
        <w:t>24&lt;br /&gt;</w:t>
        <w:br/>
        <w:t>Від хліба, що Творець нам посилає,&lt;br /&gt;</w:t>
        <w:br/>
        <w:t>Ніхто й малої скибки не відкрає.&lt;br /&gt;</w:t>
        <w:br/>
        <w:t>Тож не турбуйсь про те, що в тебе є,&lt;br /&gt;</w:t>
        <w:br/>
        <w:t>I не турбуйсь про те, чого немає.</w:t>
      </w:r>
    </w:p>
    <w:p>
      <w:r>
        <w:br/>
        <w:t>25&lt;br /&gt;</w:t>
        <w:br/>
        <w:t>Не бійсь, як серце я покину без керма:&lt;br /&gt;</w:t>
        <w:br/>
        <w:t>Воно — як океан, у нього меж нема.&lt;br /&gt;</w:t>
        <w:br/>
        <w:t>А суфій* — глек вузький, пітьми по вінця повний:&lt;br /&gt;</w:t>
        <w:br/>
        <w:t>Дай крапельку йому — і вже він без ума!</w:t>
      </w:r>
    </w:p>
    <w:p>
      <w:r>
        <w:br/>
        <w:t>* Суфій — послідовник суфізму, містично-аскетичного напрямку в мусульманстві.</w:t>
      </w:r>
    </w:p>
    <w:p>
      <w:r>
        <w:br/>
        <w:t>26&lt;br /&gt;</w:t>
        <w:br/>
        <w:t>Як жалко, що весна моя скінчилась&lt;br /&gt;</w:t>
        <w:br/>
        <w:t>I книга юності навік закрилась!&lt;br /&gt;</w:t>
        <w:br/>
        <w:t>Та пташечка, що молодістю зветься,&lt;br /&gt;</w:t>
        <w:br/>
        <w:t>Звідкіль вона взялась? Куди поділась?</w:t>
      </w:r>
    </w:p>
    <w:p>
      <w:r>
        <w:br/>
        <w:t>27&lt;br /&gt;</w:t>
        <w:br/>
        <w:t>Якби мені до рук — скрижалі Долі,&lt;br /&gt;</w:t>
        <w:br/>
        <w:t>Я розписав би їх по власній волі!&lt;br /&gt;</w:t>
        <w:br/>
        <w:t>Із світу вигнав би всі смутки, болі,&lt;br /&gt;</w:t>
        <w:br/>
        <w:t>Чолом небес досяг, не жив би долі!</w:t>
      </w:r>
    </w:p>
    <w:p>
      <w:r>
        <w:br/>
        <w:t>28&lt;br /&gt;</w:t>
        <w:br/>
        <w:t>Твій ворог — небеса коловоротні.&lt;br /&gt;</w:t>
        <w:br/>
        <w:t>Без друзів ти, всі дні твої самотні.&lt;br /&gt;</w:t>
        <w:br/>
        <w:t>Будь сам собою, не гадай про завтра,&lt;br /&gt;</w:t>
        <w:br/>
        <w:t>В минуле не дивись, живи сьогодні!</w:t>
      </w:r>
    </w:p>
    <w:p>
      <w:r>
        <w:br/>
        <w:t>29&lt;br /&gt;</w:t>
        <w:br/>
        <w:t>Минають весни, зими пробігають,&lt;br /&gt;</w:t>
        <w:br/>
        <w:t>Листочки книги нашої гортають.&lt;br /&gt;</w:t>
        <w:br/>
        <w:t>Пий, не журись! I лікарі, крім хмелю,&lt;br /&gt;</w:t>
        <w:br/>
        <w:t>Ніяких ліків од журби не знають.</w:t>
      </w:r>
    </w:p>
    <w:p>
      <w:r>
        <w:br/>
        <w:t>30&lt;br /&gt;</w:t>
        <w:br/>
        <w:t>Хай кожна мить, що в вічність промайне,&lt;br /&gt;</w:t>
        <w:br/>
        <w:t>Тебе вщасливлює, бо головне,&lt;br /&gt;</w:t>
        <w:br/>
        <w:t>Що нам дається тут,— життя: пильнуй же!&lt;br /&gt;</w:t>
        <w:br/>
        <w:t>Як ти захочеш, так воно й мине.</w:t>
      </w:r>
    </w:p>
    <w:p>
      <w:r>
        <w:br/>
        <w:t>31&lt;br /&gt;</w:t>
        <w:br/>
        <w:t>Що глина гончарам? Не варт нічого!&lt;br /&gt;</w:t>
        <w:br/>
        <w:t>Нікчемний прах! А розсудили б строго,&lt;br /&gt;</w:t>
        <w:br/>
        <w:t>Вони б її не м'яли й не топтали:&lt;br /&gt;</w:t>
        <w:br/>
        <w:t>Це прах батьків, хай мають жаль до нього!</w:t>
      </w:r>
    </w:p>
    <w:p>
      <w:r>
        <w:br/>
        <w:t>32&lt;br /&gt;</w:t>
        <w:br/>
        <w:t>Наказують: "Не пий, тепер у нас шабан!"&lt;br /&gt;</w:t>
        <w:br/>
        <w:t>I знов: "Тепер раджаб, не заглядай у жбан!"&lt;br /&gt;</w:t>
        <w:br/>
        <w:t>Ну що ж! Коли ці два для Бога та Пророка,&lt;br /&gt;</w:t>
        <w:br/>
        <w:t>Ми надолужимо у місяць рамазан!</w:t>
      </w:r>
    </w:p>
    <w:p>
      <w:r>
        <w:br/>
        <w:t>33&lt;br /&gt;</w:t>
        <w:br/>
        <w:t>Чому, о небеса, у недотепи-скнари&lt;br /&gt;</w:t>
        <w:br/>
        <w:t>Є лазня, млин і сад, є табуни й отари,&lt;br /&gt;</w:t>
        <w:br/>
        <w:t>А праведному й корж нелегко дістається?&lt;br /&gt;</w:t>
        <w:br/>
        <w:t>Не шани варті ви, а злого глуму й кари!</w:t>
      </w:r>
    </w:p>
    <w:p>
      <w:r>
        <w:br/>
        <w:t>34&lt;br /&gt;</w:t>
        <w:br/>
        <w:t>Не плач у злигоднях, ти ж не мале дитя;&lt;br /&gt;</w:t>
        <w:br/>
        <w:t>Ті, що пішли від нас, пішли без вороття;&lt;br /&gt;</w:t>
        <w:br/>
        <w:t>Із рук не випускай ні серця, ні коханки,&lt;br /&gt;</w:t>
        <w:br/>
        <w:t>Будь завжди з келихом — і не марнуй життя!</w:t>
      </w:r>
    </w:p>
    <w:p>
      <w:r>
        <w:br/>
        <w:t>35&lt;br /&gt;</w:t>
        <w:br/>
        <w:t>Не ті тепер часи, щоб друзів добирати.&lt;br /&gt;</w:t>
        <w:br/>
        <w:t>З людьми на відстані привчайся розмовляти.&lt;br /&gt;</w:t>
        <w:br/>
        <w:t>До найвірнішого пригляньсь розумним оком —&lt;br /&gt;</w:t>
        <w:br/>
        <w:t>I ворога в ньому зумієш розпізнати.</w:t>
      </w:r>
    </w:p>
    <w:p>
      <w:r>
        <w:br/>
        <w:t>36&lt;br /&gt;</w:t>
        <w:br/>
        <w:t>Що знаєш ти? Адже ти сам — ніщо!&lt;br /&gt;</w:t>
        <w:br/>
        <w:t>Ти вітер, дим, і весь твій крам — ніщо!&lt;br /&gt;</w:t>
        <w:br/>
        <w:t>З обох боків у тебе небуття,&lt;br /&gt;</w:t>
        <w:br/>
        <w:t>Ти весь в ньому, ти й тут і там — ніщо!</w:t>
      </w:r>
    </w:p>
    <w:p>
      <w:r>
        <w:br/>
        <w:t>37&lt;br /&gt;</w:t>
        <w:br/>
        <w:t>Ми загубили все, що назбирали;&lt;br /&gt;</w:t>
        <w:br/>
        <w:t>Нам кігті смерті серце роздирали;&lt;br /&gt;</w:t>
        <w:br/>
        <w:t>Ніхто не повернувся з-за могили&lt;br /&gt;</w:t>
        <w:br/>
        <w:t>Розповісти про тих, що змандрували.</w:t>
      </w:r>
    </w:p>
    <w:p>
      <w:r>
        <w:br/>
        <w:t>38&lt;br /&gt;</w:t>
        <w:br/>
        <w:t>Вино й пихатому додолу шию гне,&lt;br /&gt;</w:t>
        <w:br/>
        <w:t>Вузли розв'язує, розплутує складне.&lt;br /&gt;</w:t>
        <w:br/>
        <w:t>Налий Іблісові* — і він перед Адамом&lt;br /&gt;</w:t>
        <w:br/>
        <w:t>Дві тисячі разів чолом землі сягне.</w:t>
      </w:r>
    </w:p>
    <w:p>
      <w:r>
        <w:br/>
        <w:t>* Мусульманський ангел, проклятий Богом за те, що не вклонився Адамові.</w:t>
      </w:r>
    </w:p>
    <w:p>
      <w:r>
        <w:br/>
        <w:t>39&lt;br /&gt;</w:t>
        <w:br/>
        <w:t>Ти вродою б затьмить Джемшідів келих міг,&lt;br /&gt;</w:t>
        <w:br/>
        <w:t>О чашнику! Кладу тобі життя до ніг.&lt;br /&gt;</w:t>
        <w:br/>
        <w:t>Дрібненька курява, очей моїх відрада,&lt;br /&gt;</w:t>
        <w:br/>
        <w:t>Встає роями сонць від підошов твоїх!</w:t>
      </w:r>
    </w:p>
    <w:p>
      <w:r>
        <w:br/>
        <w:t>40&lt;br /&gt;</w:t>
        <w:br/>
        <w:t>Що Небо виграло, вдихнувши в мене душу?&lt;br /&gt;</w:t>
        <w:br/>
        <w:t>Коли піду я геть, що в світі я порушу?&lt;br /&gt;</w:t>
        <w:br/>
        <w:t>Кого я не питав, ніхто не пояснив,&lt;br /&gt;</w:t>
        <w:br/>
        <w:t>Чому я в світ прийшов, чому я зникнуть мушу.</w:t>
      </w:r>
    </w:p>
    <w:p>
      <w:r>
        <w:br/>
        <w:t>41&lt;br /&gt;</w:t>
        <w:br/>
        <w:t>Я не шукаю втіхи у вині,&lt;br /&gt;</w:t>
        <w:br/>
        <w:t>Аж поки горе не наллє мені;&lt;br /&gt;</w:t>
        <w:br/>
        <w:t>В чужу сільницю не вмочу я хліба,&lt;br /&gt;</w:t>
        <w:br/>
        <w:t>Аж поки серце не спряжу в вогні.</w:t>
      </w:r>
    </w:p>
    <w:p>
      <w:r>
        <w:br/>
        <w:t>42&lt;br /&gt;</w:t>
        <w:br/>
        <w:t>Я за Джемшідів трон і черепка не дам.&lt;br /&gt;</w:t>
        <w:br/>
        <w:t>Вино поживніше за страви Маріам*.&lt;br /&gt;</w:t>
        <w:br/>
        <w:t>Зітхання вранішнє з грудей п'яниці краще,&lt;br /&gt;</w:t>
        <w:br/>
        <w:t>Ніж довгі молитви, що мурмотів Адхам**.</w:t>
      </w:r>
    </w:p>
    <w:p>
      <w:r>
        <w:br/>
        <w:t>* Мати Ісусова.&lt;br /&gt;</w:t>
        <w:br/>
        <w:t>** Суфійський шейх.</w:t>
      </w:r>
    </w:p>
    <w:p>
      <w:r>
        <w:br/>
        <w:t>43&lt;br /&gt;</w:t>
        <w:br/>
        <w:t>До гончара недавно я забрів,&lt;br /&gt;</w:t>
        <w:br/>
        <w:t>Що з глини й Бога б виліпить зумів.&lt;br /&gt;</w:t>
        <w:br/>
        <w:t>Та бачив я (сліпий хіба не бачив),&lt;br /&gt;</w:t>
        <w:br/>
        <w:t>Що він не глину мне, а прах батьків.</w:t>
      </w:r>
    </w:p>
    <w:p>
      <w:r>
        <w:br/>
        <w:t>44&lt;br /&gt;</w:t>
        <w:br/>
        <w:t>Як скажуть вам, що я лихий пияк,&lt;br /&gt;</w:t>
        <w:br/>
        <w:t>Невірний і найгірший із гуляк,-&lt;br /&gt;</w:t>
        <w:br/>
        <w:t>Це правда. В кожного своя вподоба.&lt;br /&gt;</w:t>
        <w:br/>
        <w:t>I в мене теж. Такий у мене смак!</w:t>
      </w:r>
    </w:p>
    <w:p>
      <w:r>
        <w:br/>
        <w:t>45&lt;br /&gt;</w:t>
        <w:br/>
        <w:t>Навіщо хмуриться і день у день журиться?&lt;br /&gt;</w:t>
        <w:br/>
        <w:t>На цім шляху тобі не трапиться криниця.&lt;br /&gt;</w:t>
        <w:br/>
        <w:t>Не в наших-бо руках всі наші справи. Долі&lt;br /&gt;</w:t>
        <w:br/>
        <w:t>Скорися загодя — так мудрому годиться.</w:t>
      </w:r>
    </w:p>
    <w:p>
      <w:r>
        <w:br/>
        <w:t>46&lt;br /&gt;</w:t>
        <w:br/>
        <w:t>Ці трави, чашнику, що мерехтять у полі,&lt;br /&gt;</w:t>
        <w:br/>
        <w:t>За тиждень схиляться і спорохніють долі.&lt;br /&gt;</w:t>
        <w:br/>
        <w:t>Тож наливай вина, збирай квітки, бо швидко —&lt;br /&gt;</w:t>
        <w:br/>
        <w:t>I не зоглядишся — як стануть луки голі.</w:t>
      </w:r>
    </w:p>
    <w:p>
      <w:r>
        <w:br/>
        <w:t>47&lt;br /&gt;</w:t>
        <w:br/>
        <w:t>Не з тих я, хто тремтить, коли в могилу гляне.&lt;br /&gt;</w:t>
        <w:br/>
        <w:t>Той світ надійніший за це життя обманне.&lt;br /&gt;</w:t>
        <w:br/>
        <w:t>Дав душу в позику мені Господь — і я&lt;br /&gt;</w:t>
        <w:br/>
        <w:t>Знов поверну її, коли мій строк настане.</w:t>
      </w:r>
    </w:p>
    <w:p>
      <w:r>
        <w:br/>
        <w:t>48&lt;br /&gt;</w:t>
        <w:br/>
        <w:t>Цей світ — прихилище для звірів і людей,&lt;br /&gt;</w:t>
        <w:br/>
        <w:t>Світань і сутінків стобарвний мавзолей,&lt;br /&gt;</w:t>
        <w:br/>
        <w:t>Нікчемний залишок Джемшідових бенкетів,&lt;br /&gt;</w:t>
        <w:br/>
        <w:t>Кістки Баграмові, що поглинає глей.</w:t>
      </w:r>
    </w:p>
    <w:p>
      <w:r>
        <w:br/>
        <w:t>49&lt;br /&gt;</w:t>
        <w:br/>
        <w:t>Що я живу й помру — хто з того користь має?&lt;br /&gt;</w:t>
        <w:br/>
        <w:t>З верстата нашого хто полотно знімае?&lt;br /&gt;</w:t>
        <w:br/>
        <w:t>Небесне полум'я найкращим людям очі&lt;br /&gt;</w:t>
        <w:br/>
        <w:t>Щодня випалює — й хоч би димок! Немає.</w:t>
      </w:r>
    </w:p>
    <w:p>
      <w:r>
        <w:br/>
        <w:t>50&lt;br /&gt;</w:t>
        <w:br/>
        <w:t>Ніхто з нас тайн одвічних не прогляне,&lt;br /&gt;</w:t>
        <w:br/>
        <w:t>Ніхто не розбере письмо незнане.&lt;br /&gt;</w:t>
        <w:br/>
        <w:t>Є наша бесіда біля завіси:&lt;br /&gt;</w:t>
        <w:br/>
        <w:t>Завіса упаде — і нас не стане.</w:t>
      </w:r>
    </w:p>
    <w:p>
      <w:r>
        <w:br/>
        <w:t>51&lt;br /&gt;</w:t>
        <w:br/>
        <w:t>В житті недовгому не сподівайсь відради:&lt;br /&gt;</w:t>
        <w:br/>
        <w:t>Тут кожна грудочка — Джемшіди й Кай-Кубади.&lt;br /&gt;</w:t>
        <w:br/>
        <w:t>Цей світ — та що цей світ? Увесь великий всесвіт —&lt;br /&gt;</w:t>
        <w:br/>
        <w:t>Нікчемний сон, мана, невпинні злети й спади.</w:t>
      </w:r>
    </w:p>
    <w:p>
      <w:r>
        <w:br/>
        <w:t>52&lt;br /&gt;</w:t>
        <w:br/>
        <w:t>Чи діждемо жаданого спокою,&lt;br /&gt;</w:t>
        <w:br/>
        <w:t>Чи дійдемо до хати над водою?&lt;br /&gt;</w:t>
        <w:br/>
        <w:t>О, як я хочу після тисяч років&lt;br /&gt;</w:t>
        <w:br/>
        <w:t>Зійти з землі хоч травкою малою!</w:t>
      </w:r>
    </w:p>
    <w:p>
      <w:r>
        <w:br/>
        <w:t>53&lt;br /&gt;</w:t>
        <w:br/>
        <w:t>Найкращу з гурій дай, замість вина налий&lt;br /&gt;</w:t>
        <w:br/>
        <w:t>Живущої води у келих золотий,&lt;br /&gt;</w:t>
        <w:br/>
        <w:t>Дай слухати Зухру, з Ісою* розмовляти —&lt;br /&gt;</w:t>
        <w:br/>
        <w:t>Навіщо це мені, коли мій дух смутний?</w:t>
      </w:r>
    </w:p>
    <w:p>
      <w:r>
        <w:br/>
        <w:t>* Зухра — легендарна красуня, Венера, "небесний музикант" Іса — Ісус.</w:t>
      </w:r>
    </w:p>
    <w:p>
      <w:r>
        <w:br/>
        <w:t>54&lt;br /&gt;</w:t>
        <w:br/>
        <w:t>Немов на грищі м'яч, тебе життя ганяє.&lt;br /&gt;</w:t>
        <w:br/>
        <w:t>Корись, бо виходу в нас іншого немає!&lt;br /&gt;</w:t>
        <w:br/>
        <w:t>Той, хто жбурнув тебе в цю метушню невпинну,&lt;br /&gt;</w:t>
        <w:br/>
        <w:t>Один керує всім, один про все гадає.</w:t>
      </w:r>
    </w:p>
    <w:p>
      <w:r>
        <w:br/>
        <w:t>55&lt;br /&gt;</w:t>
        <w:br/>
        <w:t>Шукав поради я у зошитах сторіч —&lt;br /&gt;</w:t>
        <w:br/>
        <w:t>I скорбний друг мені таку промовив річ:&lt;br /&gt;</w:t>
        <w:br/>
        <w:t>"Щасливий тільки той, з ким поруч мила, схожа&lt;br /&gt;</w:t>
        <w:br/>
        <w:t>На місяць-білозір у довгу-довгу ніч!"</w:t>
      </w:r>
    </w:p>
    <w:p>
      <w:r>
        <w:br/>
        <w:t>56&lt;br /&gt;</w:t>
        <w:br/>
        <w:t>Часу скороминущого не бійся.&lt;br /&gt;</w:t>
        <w:br/>
        <w:t>Змагає смерть найдужчого — не бійся:&lt;br /&gt;</w:t>
        <w:br/>
        <w:t>Цю мить, що ти живеш, віддай утіхам!&lt;br /&gt;</w:t>
        <w:br/>
        <w:t>Забудь старе — й грядущого не бійся!</w:t>
      </w:r>
    </w:p>
    <w:p>
      <w:r>
        <w:br/>
        <w:t>57&lt;br /&gt;</w:t>
        <w:br/>
        <w:t>Боюсь, що більше ми не вернемось додому,&lt;br /&gt;</w:t>
        <w:br/>
        <w:t>Ні з ким не стрінемось у обширі земному.&lt;br /&gt;</w:t>
        <w:br/>
        <w:t>Цю мить, що ти прожив, вважай своїм трофеєм!&lt;br /&gt;</w:t>
        <w:br/>
        <w:t>Бо що нас потім жде, не дано знать нікому.</w:t>
      </w:r>
    </w:p>
    <w:p>
      <w:r>
        <w:br/>
        <w:t>58&lt;br /&gt;</w:t>
        <w:br/>
        <w:t>Вино нам вічність одкриває — пий!&lt;br /&gt;</w:t>
        <w:br/>
        <w:t>Від нього серце оживає — пий!&lt;br /&gt;</w:t>
        <w:br/>
        <w:t>Хоч палить, як вогонь, зате турботи,&lt;br /&gt;</w:t>
        <w:br/>
        <w:t>Немов жива вода, змиває — пий!</w:t>
      </w:r>
    </w:p>
    <w:p>
      <w:r>
        <w:br/>
        <w:t>59&lt;br /&gt;</w:t>
        <w:br/>
        <w:t>Не знаєм істини — то й що ж? Хіба сердезі&lt;br /&gt;</w:t>
        <w:br/>
        <w:t>Отак і мучитись, немов на гострім лезі?&lt;br /&gt;</w:t>
        <w:br/>
        <w:t>Тримайся келиха, не випускай із рук —&lt;br /&gt;</w:t>
        <w:br/>
        <w:t>I добре житимем, не п'яні й не тверезі.</w:t>
      </w:r>
    </w:p>
    <w:p>
      <w:r>
        <w:br/>
        <w:t>60&lt;br /&gt;</w:t>
        <w:br/>
        <w:t>Хвилину радості в турботах не губи,&lt;br /&gt;</w:t>
        <w:br/>
        <w:t>На порох не стирай під жорнами журби!&lt;br /&gt;</w:t>
        <w:br/>
        <w:t>Немає жодного, хто б угадав майбутнє.&lt;br /&gt;</w:t>
        <w:br/>
        <w:t>Тож пий, і розважайсь, і дівчину люби!</w:t>
      </w:r>
    </w:p>
    <w:p>
      <w:r>
        <w:br/>
        <w:t>61&lt;br /&gt;</w:t>
        <w:br/>
        <w:t>Фортуні попелу на голову насип,&lt;br /&gt;</w:t>
        <w:br/>
        <w:t>З місяцевидою гуляй і пий! Звели б&lt;br /&gt;</w:t>
        <w:br/>
        <w:t>Тебе давно у гроб думки, якби піддався.&lt;br /&gt;</w:t>
        <w:br/>
        <w:t>Нікого не вернув землі холодний глиб!</w:t>
      </w:r>
    </w:p>
    <w:p>
      <w:r>
        <w:br/>
        <w:t>62&lt;br /&gt;</w:t>
        <w:br/>
        <w:t>Хіба у всесвіті найкращий твір — не ми?&lt;br /&gt;</w:t>
        <w:br/>
        <w:t>В очах у розуму зіниця й зір — не ми?&lt;br /&gt;</w:t>
        <w:br/>
        <w:t>Це коло всесвіту скидається на перстень,&lt;br /&gt;</w:t>
        <w:br/>
        <w:t>А камінь, що горить ясніш од зір,— це ми.</w:t>
      </w:r>
    </w:p>
    <w:p>
      <w:r>
        <w:br/>
        <w:t>63&lt;br /&gt;</w:t>
        <w:br/>
        <w:t>Якщо ти любиш пить, до мудрих прихиляйся,&lt;br /&gt;</w:t>
        <w:br/>
        <w:t>З тюльпановидими, веселими впивайся.&lt;br /&gt;</w:t>
        <w:br/>
        <w:t>Впивайся, та не так, щоб дивувались люди:&lt;br /&gt;</w:t>
        <w:br/>
        <w:t>Потроху, зрідка пий і від людей ховайся.</w:t>
      </w:r>
    </w:p>
    <w:p>
      <w:r>
        <w:br/>
        <w:t>64&lt;br /&gt;</w:t>
        <w:br/>
        <w:t>Дні весело збувай: свіжіша від тюльпана,&lt;br /&gt;</w:t>
        <w:br/>
        <w:t>Хай дівчина тобі всміхається кохана!&lt;br /&gt;</w:t>
        <w:br/>
        <w:t>Бо незабаром емерть, як чорна буря, зірве&lt;br /&gt;</w:t>
        <w:br/>
        <w:t>Сорочку днів твоїх, як пелюстки з тюльпана!</w:t>
      </w:r>
    </w:p>
    <w:p>
      <w:r>
        <w:br/>
        <w:t>65&lt;br /&gt;</w:t>
        <w:br/>
        <w:t>Як гарно: на квітках — росинки прохолодні,&lt;br /&gt;</w:t>
        <w:br/>
        <w:t>I дівчина в квітках. Ну що ж: напередодні&lt;br /&gt;</w:t>
        <w:br/>
        <w:t>Було усякого — про те тепер не згадуй,&lt;br /&gt;</w:t>
        <w:br/>
        <w:t>Все, що було, забудь: найкращий день — сьогодні.</w:t>
      </w:r>
    </w:p>
    <w:p>
      <w:r>
        <w:br/>
        <w:t>66&lt;br /&gt;</w:t>
        <w:br/>
        <w:t>Я хворий, для душі вже плоть моя тісна.&lt;br /&gt;</w:t>
        <w:br/>
        <w:t>Живу без випивки — чи виживу, хто зна?&lt;br /&gt;</w:t>
        <w:br/>
        <w:t>Та найдивніше те, що від ції хвороби&lt;br /&gt;</w:t>
        <w:br/>
        <w:t>Немає й засобу, крім доброго вина.</w:t>
      </w:r>
    </w:p>
    <w:p>
      <w:r>
        <w:br/>
        <w:t>67&lt;br /&gt;</w:t>
        <w:br/>
        <w:t>Страшним потоком кров тече у мене з серця,&lt;br /&gt;</w:t>
        <w:br/>
        <w:t>У струмі сліз моїх півкраю захлинеться.&lt;br /&gt;</w:t>
        <w:br/>
        <w:t>Кривавим жолобом зробилась кожна вія!&lt;br /&gt;</w:t>
        <w:br/>
        <w:t>А вії опущу — новий потоп почнеться.</w:t>
      </w:r>
    </w:p>
    <w:p>
      <w:r>
        <w:br/>
        <w:t>68&lt;br /&gt;</w:t>
        <w:br/>
        <w:t>Якщо Творцю неприйнятні мої бажання,&lt;br /&gt;</w:t>
        <w:br/>
        <w:t>То як же здійснити мені мої бажання?&lt;br /&gt;</w:t>
        <w:br/>
        <w:t>Коли усе, що хоче Бог,— високе й чисте,&lt;br /&gt;</w:t>
        <w:br/>
        <w:t>То, значить, грішні і брудні мої бажання!</w:t>
      </w:r>
    </w:p>
    <w:p>
      <w:r>
        <w:br/>
        <w:t>69&lt;br /&gt;</w:t>
        <w:br/>
        <w:t>Ті, що освіти та знання надбали,&lt;br /&gt;</w:t>
        <w:br/>
        <w:t>Що світочем наук для нас палали,&lt;br /&gt;</w:t>
        <w:br/>
        <w:t>Не здужали із тьми цієї вийти:&lt;br /&gt;</w:t>
        <w:br/>
        <w:t>Сказали баєчку — і в сон запали.</w:t>
      </w:r>
    </w:p>
    <w:p>
      <w:r>
        <w:br/>
        <w:t>70&lt;br /&gt;</w:t>
        <w:br/>
        <w:t>Хто землю цю створив, ким небеса підперті,&lt;br /&gt;</w:t>
        <w:br/>
        <w:t>Від кого душі в нас, мов жорном, сумом стерті,&lt;br /&gt;</w:t>
        <w:br/>
        <w:t>О, скільки пишних уст і лиць ясних, як місяць,&lt;br /&gt;</w:t>
        <w:br/>
        <w:t>У землю заховав, в тісну шкатулу смерті!</w:t>
      </w:r>
    </w:p>
    <w:p>
      <w:r>
        <w:br/>
        <w:t>71&lt;br /&gt;</w:t>
        <w:br/>
        <w:t>Свого майбутнього ніхто не прозирне.&lt;br /&gt;</w:t>
        <w:br/>
        <w:t>Навіщо й думати про те, що неясне?&lt;br /&gt;</w:t>
        <w:br/>
        <w:t>I хвильки не марнуй (якщо не збожеволів),&lt;br /&gt;</w:t>
        <w:br/>
        <w:t>Бо й не зоглядишся, як вік твій промине.</w:t>
      </w:r>
    </w:p>
    <w:p>
      <w:r>
        <w:br/>
        <w:t>72&lt;br /&gt;</w:t>
        <w:br/>
        <w:t>Ковтає крапельку розбурхана ріка,&lt;br /&gt;</w:t>
        <w:br/>
        <w:t>На землю падає пилиночка легка.&lt;br /&gt;</w:t>
        <w:br/>
        <w:t>А як же ти живеш? Хіба не так зникаєш,&lt;br /&gt;</w:t>
        <w:br/>
        <w:t>Як та дрібнесенька у вихорі мошка?</w:t>
      </w:r>
    </w:p>
    <w:p>
      <w:r>
        <w:br/>
        <w:t>73&lt;br /&gt;</w:t>
        <w:br/>
        <w:t>Хоч у гріхах бридких мої загрузли ноги,&lt;br /&gt;</w:t>
        <w:br/>
        <w:t>Я не журюсь, як той, хто жде згори підмоги.&lt;br /&gt;</w:t>
        <w:br/>
        <w:t>З похмілля гинучи, я знову буду пити&lt;br /&gt;</w:t>
        <w:br/>
        <w:t>Й минати з милою мечеті й синагоги!</w:t>
      </w:r>
    </w:p>
    <w:p>
      <w:r>
        <w:br/>
        <w:t>74&lt;br /&gt;</w:t>
        <w:br/>
        <w:t>Журитись завтрашнім, о друже мій, не слід:&lt;br /&gt;</w:t>
        <w:br/>
        <w:t>Вважай за знахідку скороминущий світ.&lt;br /&gt;</w:t>
        <w:br/>
        <w:t>Ми завтра кинемо шинок цей і пристанем&lt;br /&gt;</w:t>
        <w:br/>
        <w:t>До товариства тих, кому сім тисяч літ.</w:t>
      </w:r>
    </w:p>
    <w:p>
      <w:r>
        <w:br/>
        <w:t>75&lt;br /&gt;</w:t>
        <w:br/>
        <w:t>Хто в найтаємніше спроможний зазирнути,&lt;br /&gt;</w:t>
        <w:br/>
        <w:t>Той не шукає втіх і не боїться скрути:&lt;br /&gt;</w:t>
        <w:br/>
        <w:t>Якщо добро і зло — минущі, то байдуже,&lt;br /&gt;</w:t>
        <w:br/>
        <w:t>Слабим чи лікарем тобі судилось бути.</w:t>
      </w:r>
    </w:p>
    <w:p>
      <w:r>
        <w:br/>
        <w:t>76&lt;br /&gt;</w:t>
        <w:br/>
        <w:t>Ти був краплиною, тією, що назовні&lt;br /&gt;</w:t>
        <w:br/>
        <w:t>Огненні спалахи виштовхують любовні.&lt;br /&gt;</w:t>
        <w:br/>
        <w:t>День проживеш, а там... розвіє вітер прах твій!&lt;br /&gt;</w:t>
        <w:br/>
        <w:t>Тож майся весело і випивай уповні!</w:t>
      </w:r>
    </w:p>
    <w:p>
      <w:r>
        <w:br/>
        <w:t>77&lt;br /&gt;</w:t>
        <w:br/>
        <w:t>У мірочці вина топлю свою досаду,&lt;br /&gt;</w:t>
        <w:br/>
        <w:t>Побіля келиха, як багатир, засяду.&lt;br /&gt;</w:t>
        <w:br/>
        <w:t>З умом і вірою розлуку взявши тричі,&lt;br /&gt;</w:t>
        <w:br/>
        <w:t>Весілля справлю я з дочкою винограду.</w:t>
      </w:r>
    </w:p>
    <w:p>
      <w:r>
        <w:br/>
        <w:t>78&lt;br /&gt;</w:t>
        <w:br/>
        <w:t>Цей караван життя — предивна річ:&lt;br /&gt;</w:t>
        <w:br/>
        <w:t>Так мало у ньому щасливих стріч!&lt;br /&gt;</w:t>
        <w:br/>
        <w:t>Ей, чашнику, про судний день не думай!&lt;br /&gt;</w:t>
        <w:br/>
        <w:t>Лий, лий вино, бо пропадає ніч!</w:t>
      </w:r>
    </w:p>
    <w:p>
      <w:r>
        <w:br/>
        <w:t>79&lt;br /&gt;</w:t>
        <w:br/>
        <w:t>Весь вік про гурій пишновидих снитиму,&lt;br /&gt;</w:t>
        <w:br/>
        <w:t>Щодня вино — лози дарунок — питиму.&lt;br /&gt;</w:t>
        <w:br/>
        <w:t>Хай Бог пошле тобі покуту, кажуть...&lt;br /&gt;</w:t>
        <w:br/>
        <w:t>Хай шле, дарма, а я своє робитиму!</w:t>
      </w:r>
    </w:p>
    <w:p>
      <w:r>
        <w:br/>
        <w:t>80&lt;br /&gt;</w:t>
        <w:br/>
        <w:t>Вже сонце свій аркан метнуло ввись — і от&lt;br /&gt;</w:t>
        <w:br/>
        <w:t>У келих Кай-Хосров укинув свій клейнод.&lt;br /&gt;</w:t>
        <w:br/>
        <w:t>Пий, не міркуючи, бо всіх пора світання&lt;br /&gt;</w:t>
        <w:br/>
        <w:t>Коханки голосом зове до насолод!</w:t>
      </w:r>
    </w:p>
    <w:p>
      <w:r>
        <w:br/>
        <w:t>81&lt;br /&gt;</w:t>
        <w:br/>
        <w:t>Ми більш працюємо, ніж муфтій-горлодер;&lt;br /&gt;</w:t>
        <w:br/>
        <w:t>I в п'яних менше в нас у голові химер:&lt;br /&gt;</w:t>
        <w:br/>
        <w:t>Ми точим кров лози, а він людської прагне —&lt;br /&gt;</w:t>
        <w:br/>
        <w:t>Нехай же судить сам, хто гірший кровожер!</w:t>
      </w:r>
    </w:p>
    <w:p>
      <w:r>
        <w:br/>
        <w:t>82&lt;br /&gt;</w:t>
        <w:br/>
        <w:t>Ці чвари, підступи, нікчемне сум'яття...&lt;br /&gt;</w:t>
        <w:br/>
        <w:t>Доволі, чашнику, недоброго пиття!&lt;br /&gt;</w:t>
        <w:br/>
        <w:t>Доволі! Хочу я, щоб вилився на землю,&lt;br /&gt;</w:t>
        <w:br/>
        <w:t>Як решта з келиха, цей залишок життя!</w:t>
      </w:r>
    </w:p>
    <w:p>
      <w:r>
        <w:br/>
        <w:t>83&lt;br /&gt;</w:t>
        <w:br/>
        <w:t>Душа моя болить, я думаю про друга,&lt;br /&gt;</w:t>
        <w:br/>
        <w:t>А в друга милого на серці інша туга.&lt;br /&gt;</w:t>
        <w:br/>
        <w:t>Навіщо ж гойнії тепер шукати ліки,&lt;br /&gt;</w:t>
        <w:br/>
        <w:t>Коли вже й лікаря перемогла недуга?</w:t>
      </w:r>
    </w:p>
    <w:p>
      <w:r>
        <w:br/>
        <w:t>84&lt;br /&gt;</w:t>
        <w:br/>
        <w:t>Що перед чаркою імперія Ковуса,&lt;br /&gt;</w:t>
        <w:br/>
        <w:t>Кубадів гордий трон, ясні клейноди Туса?&lt;br /&gt;</w:t>
        <w:br/>
        <w:t>Зітхання вранішнє з грудей коханця краще&lt;br /&gt;</w:t>
        <w:br/>
        <w:t>За молитви того, кого страшить спокуса.</w:t>
      </w:r>
    </w:p>
    <w:p>
      <w:r>
        <w:br/>
        <w:t>85&lt;br /&gt;</w:t>
        <w:br/>
        <w:t>Прожити сімдесят — і з думки викинь! Хай&lt;br /&gt;</w:t>
        <w:br/>
        <w:t>Тобою править хміль — тут тільки п'яним рай!&lt;br /&gt;</w:t>
        <w:br/>
        <w:t>Аж поки з голови твоєї зроблять глечик,&lt;br /&gt;</w:t>
        <w:br/>
        <w:t>Ти глечика з вином із рук не випускай!</w:t>
      </w:r>
    </w:p>
    <w:p>
      <w:r>
        <w:br/>
        <w:t>86&lt;br /&gt;</w:t>
        <w:br/>
        <w:t>Нас переслідує Недоля навісна.&lt;br /&gt;</w:t>
        <w:br/>
        <w:t>Присядемо ж удвох та вип'ємо вина!&lt;br /&gt;</w:t>
        <w:br/>
        <w:t>Ми добре знаємо, що на прощання й краплі&lt;br /&gt;</w:t>
        <w:br/>
        <w:t>Води звичайної нам не пошле вона.</w:t>
      </w:r>
    </w:p>
    <w:p>
      <w:r>
        <w:br/>
        <w:t>87&lt;br /&gt;</w:t>
        <w:br/>
        <w:t>Хоч землю я пройшов і в мандрах натомився,&lt;br /&gt;</w:t>
        <w:br/>
        <w:t>Але від того світ на краще не змінився.&lt;br /&gt;</w:t>
        <w:br/>
        <w:t>Я радий і тому, що на шляху важкому,&lt;br /&gt;</w:t>
        <w:br/>
        <w:t>Не знавши радості, я дуже й не журився.</w:t>
      </w:r>
    </w:p>
    <w:p>
      <w:r>
        <w:br/>
        <w:t>88&lt;br /&gt;</w:t>
        <w:br/>
        <w:t>Ти, в кого до утіх ненаситимий лас,&lt;br /&gt;</w:t>
        <w:br/>
        <w:t>Кому байдужий суд, що жде по смерті нас,&lt;br /&gt;</w:t>
        <w:br/>
        <w:t>Отямся, схаменись, поглянь навколо — бачиш,&lt;br /&gt;</w:t>
        <w:br/>
        <w:t>Що діє з іншими невідворотний час?</w:t>
      </w:r>
    </w:p>
    <w:p>
      <w:r>
        <w:br/>
        <w:t>89&lt;br /&gt;</w:t>
        <w:br/>
        <w:t>Хто все перевіряв на терезах ума,&lt;br /&gt;</w:t>
        <w:br/>
        <w:t>Для того жоден день не проминув дарма:&lt;br /&gt;</w:t>
        <w:br/>
        <w:t>Або вимолював собі прощення в Бога,&lt;br /&gt;</w:t>
        <w:br/>
        <w:t>Або за глек державсь руками обома.</w:t>
      </w:r>
    </w:p>
    <w:p>
      <w:r>
        <w:br/>
        <w:t>90&lt;br /&gt;</w:t>
        <w:br/>
        <w:t>Прийшли ми чистими — і стали ми брудними,&lt;br /&gt;</w:t>
        <w:br/>
        <w:t>Прийшли веселими — зробилися сумними.&lt;br /&gt;</w:t>
        <w:br/>
        <w:t>Гарячі сльози нам у серці запікались!&lt;br /&gt;</w:t>
        <w:br/>
        <w:t>Життя розвіявши, тепер у прах лягли ми.</w:t>
      </w:r>
    </w:p>
    <w:p>
      <w:r>
        <w:br/>
        <w:t>91&lt;br /&gt;</w:t>
        <w:br/>
        <w:t>Любов — це сонечко, що всесвіт огріває,&lt;br /&gt;</w:t>
        <w:br/>
        <w:t>Любов — чудесний птах, що в квітнику співає.&lt;br /&gt;</w:t>
        <w:br/>
        <w:t>Її не знає той, хто плаче солов'єм,&lt;br /&gt;</w:t>
        <w:br/>
        <w:t>Вона в душі того, хто мовчки умирає.</w:t>
      </w:r>
    </w:p>
    <w:p>
      <w:r>
        <w:br/>
        <w:t>92&lt;br /&gt;</w:t>
        <w:br/>
        <w:t>В той день, як чистого я не найду вина,&lt;br /&gt;</w:t>
        <w:br/>
        <w:t>I в ліках чую я отруту. Помічна&lt;br /&gt;</w:t>
        <w:br/>
        <w:t>Від смутку вічного волога пурпурова.&lt;br /&gt;</w:t>
        <w:br/>
        <w:t>Із нею п'яному й отрута не страшна!</w:t>
      </w:r>
    </w:p>
    <w:p>
      <w:r>
        <w:br/>
        <w:t>93&lt;br /&gt;</w:t>
        <w:br/>
        <w:t>На цій землі іще ніхто не зміг&lt;br /&gt;</w:t>
        <w:br/>
        <w:t>Дійти до квітів, не сколовши ніг.&lt;br /&gt;</w:t>
        <w:br/>
        <w:t>Щоб доторкнутись кучерів красуні,&lt;br /&gt;</w:t>
        <w:br/>
        <w:t>На тисячу зубців розбився ріг.</w:t>
      </w:r>
    </w:p>
    <w:p>
      <w:r>
        <w:br/>
        <w:t>94&lt;br /&gt;</w:t>
        <w:br/>
        <w:t>Не знаю, де Господь узяв заживок мій:&lt;br /&gt;</w:t>
        <w:br/>
        <w:t>В раю безгрішному чи, може, в пропасній?&lt;br /&gt;</w:t>
        <w:br/>
        <w:t>Вино, вродливицю та пісню серед поля&lt;br /&gt;</w:t>
        <w:br/>
        <w:t>Дай нам готівкою, а раєм сам здобрій!</w:t>
      </w:r>
    </w:p>
    <w:p>
      <w:r>
        <w:br/>
        <w:t>95&lt;br /&gt;</w:t>
        <w:br/>
        <w:t>Сказав я: "В рот вина й краплини не візьму!&lt;br /&gt;</w:t>
        <w:br/>
        <w:t>Вино — це кров лози, я ж кров не п'ю — й тому&lt;br /&gt;</w:t>
        <w:br/>
        <w:t>Зрікаюся". Спитав мене мудрець: "Не дуриш?"&lt;br /&gt;</w:t>
        <w:br/>
        <w:t>"О ні, це тільки жарт!" — я відповів йому.</w:t>
      </w:r>
    </w:p>
    <w:p>
      <w:r>
        <w:br/>
        <w:t>96&lt;br /&gt;</w:t>
        <w:br/>
        <w:t>О друзі, принесіть мені вологу пінну,&lt;br /&gt;</w:t>
        <w:br/>
        <w:t>У вид янтарний мій додайте ви рубіну!&lt;br /&gt;</w:t>
        <w:br/>
        <w:t>Коли сконаю я, вином мене обмийте&lt;br /&gt;</w:t>
        <w:br/>
        <w:t>І з доброї лози збудуйте домовину!</w:t>
      </w:r>
    </w:p>
    <w:p>
      <w:r>
        <w:br/>
        <w:t>97&lt;br /&gt;</w:t>
        <w:br/>
        <w:t>З місяцевидою над річкою, в саду,&lt;br /&gt;</w:t>
        <w:br/>
        <w:t>У квітах весело я вік свій проведу!&lt;br /&gt;</w:t>
        <w:br/>
        <w:t>Усе життя своє — сьогодні, вчора, завтра —&lt;br /&gt;</w:t>
        <w:br/>
        <w:t>Я пив і питиму, аж поки не впаду.</w:t>
      </w:r>
    </w:p>
    <w:p>
      <w:r>
        <w:br/>
        <w:t>98&lt;br /&gt;</w:t>
        <w:br/>
        <w:t>Троянда вранішня ошатністю своєю&lt;br /&gt;</w:t>
        <w:br/>
        <w:t>Чарує солов'я, співця свого. Під нею&lt;br /&gt;</w:t>
        <w:br/>
        <w:t>Присядь у холодку, бо пелюстки ці вітер&lt;br /&gt;</w:t>
        <w:br/>
        <w:t>Зриватиме й тоді, як станемо землею.</w:t>
      </w:r>
    </w:p>
    <w:p>
      <w:r>
        <w:br/>
        <w:t>99&lt;br /&gt;</w:t>
        <w:br/>
        <w:t>Хайяме, з Долею ти, мабуть, посварився?&lt;br /&gt;</w:t>
        <w:br/>
        <w:t>Їй соромно того, хто в тузі похилився.&lt;br /&gt;</w:t>
        <w:br/>
        <w:t>Підбадьорися ж, пий під ніжний стогін лютні,&lt;br /&gt;</w:t>
        <w:br/>
        <w:t>Пий, поки келих твій об камінь не розбився.</w:t>
      </w:r>
    </w:p>
    <w:p>
      <w:r>
        <w:br/>
        <w:t>100&lt;br /&gt;</w:t>
        <w:br/>
        <w:t>Коли ви зійдетесь у злагоді та згоді,&lt;br /&gt;</w:t>
        <w:br/>
        <w:t>Милуйтесь друзями, дивуйтесь їхній вроді!&lt;br /&gt;</w:t>
        <w:br/>
        <w:t>Коли ж підчаший вам налле вина хмільного,-&lt;br /&gt;</w:t>
        <w:br/>
        <w:t>Й мене, нещасного, згадайте при нагоді.</w:t>
      </w:r>
    </w:p>
    <w:p>
      <w:r>
        <w:br/>
        <w:t>101&lt;br /&gt;</w:t>
        <w:br/>
        <w:t>З тобою краще річ серед руїн вести,&lt;br /&gt;</w:t>
        <w:br/>
        <w:t>Аніж молитись там, де не буваєш ти.&lt;br /&gt;</w:t>
        <w:br/>
        <w:t>Початок і кінець всього, що є! Як хочеш —&lt;br /&gt;</w:t>
        <w:br/>
        <w:t>В огні спали мене, а ні — у рай впусти!</w:t>
      </w:r>
    </w:p>
    <w:p>
      <w:r>
        <w:br/>
        <w:t>102&lt;br /&gt;</w:t>
        <w:br/>
        <w:t>Розбив ти келих мій, о невблаганний Боже!&lt;br /&gt;</w:t>
        <w:br/>
        <w:t>Замкнув ти вхід мені у рай жаданий, Боже!&lt;br /&gt;</w:t>
        <w:br/>
        <w:t>На землю вилив ти вологу пурпурову!&lt;br /&gt;</w:t>
        <w:br/>
        <w:t>Чим хочеш присягну, що ти... ти п'яний, Боже!</w:t>
      </w:r>
    </w:p>
    <w:p>
      <w:r>
        <w:br/>
        <w:t>103&lt;br /&gt;</w:t>
        <w:br/>
        <w:t>Гончар голів людських — своє він знає діло:&lt;br /&gt;</w:t>
        <w:br/>
        <w:t>Витворні чаші він виготовляє вміло.&lt;br /&gt;</w:t>
        <w:br/>
        <w:t>Він на обрус життя нам перекинув чашу —&lt;br /&gt;</w:t>
        <w:br/>
        <w:t>Й замкнув під нею все, що тисне душу й тіло.</w:t>
      </w:r>
    </w:p>
    <w:p>
      <w:r>
        <w:br/>
        <w:t>104&lt;br /&gt;</w:t>
        <w:br/>
        <w:t>З твоєю ласкою не побоюся блуду,&lt;br /&gt;</w:t>
        <w:br/>
        <w:t>З твоїм світильником зніму з очей полуду.&lt;br /&gt;</w:t>
        <w:br/>
        <w:t>Коли вбереш мене у білий плащ прощення,&lt;br /&gt;</w:t>
        <w:br/>
        <w:t>Я й Книги Чорної боятися не буду!</w:t>
      </w:r>
    </w:p>
    <w:p>
      <w:r>
        <w:br/>
        <w:t>105&lt;br /&gt;</w:t>
        <w:br/>
        <w:t>Багато квітів є, живих земних окрас.&lt;br /&gt;</w:t>
        <w:br/>
        <w:t>Їх в землю втоптує немилосердний Час.&lt;br /&gt;</w:t>
        <w:br/>
        <w:t>Якби живилися з могил небесні хмари,&lt;br /&gt;</w:t>
        <w:br/>
        <w:t>Кров дорогих тоді б аж до суда лилась!</w:t>
      </w:r>
    </w:p>
    <w:p>
      <w:r>
        <w:br/>
        <w:t>106&lt;br /&gt;</w:t>
        <w:br/>
        <w:t>Пішла б гора в танок, якби вина їй дав.&lt;br /&gt;</w:t>
        <w:br/>
        <w:t>Той дурнем народивсь, хто за вино картав.&lt;br /&gt;</w:t>
        <w:br/>
        <w:t>Я не закаюсь пить, бо без вина — не знаю,&lt;br /&gt;</w:t>
        <w:br/>
        <w:t>Хто б виховав мене і путь мені вказав.</w:t>
      </w:r>
    </w:p>
    <w:p>
      <w:r>
        <w:br/>
        <w:t>107&lt;br /&gt;</w:t>
        <w:br/>
        <w:t>Ось піала і жбан — візьми, моя кохана!&lt;br /&gt;</w:t>
        <w:br/>
        <w:t>Танцюй у квітнику, тепер пора весняна!&lt;br /&gt;</w:t>
        <w:br/>
        <w:t>Бо не одну таку, як ти, місяцевиду&lt;br /&gt;</w:t>
        <w:br/>
        <w:t>Час перетворював і в піалу, і в жбана!</w:t>
      </w:r>
    </w:p>
    <w:p>
      <w:r>
        <w:br/>
        <w:t>108&lt;br /&gt;</w:t>
        <w:br/>
        <w:t>Розбивши глечика, я не журився дуже,&lt;br /&gt;</w:t>
        <w:br/>
        <w:t>Бо дурню п'яному, звичайно, все байдуже.&lt;br /&gt;</w:t>
        <w:br/>
        <w:t>I потай мовив глек: "Колись я був так само&lt;br /&gt;</w:t>
        <w:br/>
        <w:t>Людиною, а ти — ти будеш глеком, друже".</w:t>
      </w:r>
    </w:p>
    <w:p>
      <w:r>
        <w:br/>
        <w:t>109&lt;br /&gt;</w:t>
        <w:br/>
        <w:t>О ти, що розум наш тобі не бачить краю!&lt;br /&gt;</w:t>
        <w:br/>
        <w:t>Побожний я чи ні — тобі байдуже, знаю.&lt;br /&gt;</w:t>
        <w:br/>
        <w:t>Я п'яний від гріха — й протвережаюсь тільки,&lt;br /&gt;</w:t>
        <w:br/>
        <w:t>Коли надію я на тебе покладаю!</w:t>
      </w:r>
    </w:p>
    <w:p>
      <w:r>
        <w:br/>
        <w:t>110&lt;br /&gt;</w:t>
        <w:br/>
        <w:t>О жителі могил, чиє безживне тіло&lt;br /&gt;</w:t>
        <w:br/>
        <w:t>На прах розсипалось, на попіл спопеліло!&lt;br /&gt;</w:t>
        <w:br/>
        <w:t>Яким же то вином аж до Страшного суду&lt;br /&gt;</w:t>
        <w:br/>
        <w:t>Вас небо загодя так страшно обпоїло?</w:t>
      </w:r>
    </w:p>
    <w:p>
      <w:r>
        <w:br/>
        <w:t>111&lt;br /&gt;</w:t>
        <w:br/>
        <w:t>Зустрінься з милою, не забарись&lt;br /&gt;</w:t>
        <w:br/>
        <w:t>Прогнати клопіт, що їй серце стис.&lt;br /&gt;</w:t>
        <w:br/>
        <w:t>Безмежна ця краса — недовговічна:&lt;br /&gt;</w:t>
        <w:br/>
        <w:t>Вона й у тебе з рук втече колись!</w:t>
      </w:r>
    </w:p>
    <w:p>
      <w:r>
        <w:br/>
        <w:t>112&lt;br /&gt;</w:t>
        <w:br/>
        <w:t>Юначе, підведись — горить зоря ясна!&lt;br /&gt;</w:t>
        <w:br/>
        <w:t>В прозорі келихи налий огню-вина!&lt;br /&gt;</w:t>
        <w:br/>
        <w:t>В цім тліннім закутку живеш ти мить... а потім,&lt;br /&gt;</w:t>
        <w:br/>
        <w:t>Хоч як жадатимеш, не вернеться вона.</w:t>
      </w:r>
    </w:p>
    <w:p>
      <w:r>
        <w:br/>
        <w:t>113&lt;br /&gt;</w:t>
        <w:br/>
        <w:t>Вино — рідкий рубін, а глек — глибока жила,&lt;br /&gt;</w:t>
        <w:br/>
        <w:t>Душа моя — напій в прозорій чарі тіла,&lt;br /&gt;</w:t>
        <w:br/>
        <w:t>А світлий келих той, що від вина сміється,-&lt;br /&gt;</w:t>
        <w:br/>
        <w:t>Сльоза, що кров хмільну у серці затаїла.</w:t>
      </w:r>
    </w:p>
    <w:p>
      <w:r>
        <w:br/>
        <w:t>114&lt;br /&gt;</w:t>
        <w:br/>
        <w:t>Ті, що до Бога шлях шукають у болоті,&lt;br /&gt;</w:t>
        <w:br/>
        <w:t>Стіною хочуть дух одгородить од плоті.&lt;br /&gt;</w:t>
        <w:br/>
        <w:t>А я на стінку жбан з хмільним вином поставлю,&lt;br /&gt;</w:t>
        <w:br/>
        <w:t>Хоч би й мене, як жбан, повісили на плоті.</w:t>
      </w:r>
    </w:p>
    <w:p>
      <w:r>
        <w:br/>
        <w:t>115&lt;br /&gt;</w:t>
        <w:br/>
        <w:t>Красуне, як мій сум, ти довговічна будь!&lt;br /&gt;</w:t>
        <w:br/>
        <w:t>Ти знову ласкою мені зігріла путь.&lt;br /&gt;</w:t>
        <w:br/>
        <w:t>На мене мимохідь ти позирнула й зникла.&lt;br /&gt;</w:t>
        <w:br/>
        <w:t>Чи не за правилом: зроби добро й забудь?</w:t>
      </w:r>
    </w:p>
    <w:p>
      <w:r>
        <w:br/>
        <w:t>116&lt;br /&gt;</w:t>
        <w:br/>
        <w:t>Я часто п'ю вино, але без перепою.&lt;br /&gt;</w:t>
        <w:br/>
        <w:t>До кубка тільки звик тягтися я рукою.&lt;br /&gt;</w:t>
        <w:br/>
        <w:t>Чого ж я хочу ще? А от чого, послухай:&lt;br /&gt;</w:t>
        <w:br/>
        <w:t>Не тішитися так, як ти, самим собою.</w:t>
      </w:r>
    </w:p>
    <w:p>
      <w:r>
        <w:br/>
        <w:t>117&lt;br /&gt;</w:t>
        <w:br/>
        <w:t>В паланні яхонтів уста сакі* повинні.&lt;br /&gt;</w:t>
        <w:br/>
        <w:t>Журба за ним дає поживу й міць людині.&lt;br /&gt;</w:t>
        <w:br/>
        <w:t>Той, хто в сльозах за ним не потонув, живе&lt;br /&gt;</w:t>
        <w:br/>
        <w:t>В ковчезі Ноєвім, неначе в домовині.</w:t>
      </w:r>
    </w:p>
    <w:p>
      <w:r>
        <w:br/>
        <w:t>* Підчаший, виночерпій.</w:t>
      </w:r>
    </w:p>
    <w:p>
      <w:r>
        <w:br/>
        <w:t>118&lt;br /&gt;</w:t>
        <w:br/>
        <w:t>До гончара зайшов я, позираю&lt;br /&gt;</w:t>
        <w:br/>
        <w:t>На тисячі горшків — і той, що скраю,&lt;br /&gt;</w:t>
        <w:br/>
        <w:t>Зненацька вигукнув, немов з одчаю:&lt;br /&gt;</w:t>
        <w:br/>
        <w:t>"Хто тут гончар, а хто купець — не знаю!"</w:t>
      </w:r>
    </w:p>
    <w:p>
      <w:r>
        <w:br/>
        <w:t>119&lt;br /&gt;</w:t>
        <w:br/>
        <w:t>Корону ханську? Н&amp;#225;, ми продаєм&lt;br /&gt;</w:t>
        <w:br/>
        <w:t>За дудку, от ціна! Ми продаєм!&lt;br /&gt;</w:t>
        <w:br/>
        <w:t>Чалму та чотки, вісників облуди,&lt;br /&gt;</w:t>
        <w:br/>
        <w:t>За піалу вина ми продаєм!</w:t>
      </w:r>
    </w:p>
    <w:p>
      <w:r>
        <w:br/>
        <w:t>120&lt;br /&gt;</w:t>
        <w:br/>
        <w:t>Підпилий, завернув учора я до шинку.&lt;br /&gt;</w:t>
        <w:br/>
        <w:t>Там саме дід вино собі точив у кринку.&lt;br /&gt;</w:t>
        <w:br/>
        <w:t>Я запитав його: "Чом не боїшся Бога?"&lt;br /&gt;</w:t>
        <w:br/>
        <w:t>"Бог добрий,— він сказав.— Сідай і випий, синку!"</w:t>
      </w:r>
    </w:p>
    <w:p>
      <w:r>
        <w:br/>
        <w:t>121&lt;br /&gt;</w:t>
        <w:br/>
        <w:t>Честь юної лози хай буде бездоганна!&lt;br /&gt;</w:t>
        <w:br/>
        <w:t>Нехай невірного проллється кров погана,&lt;br /&gt;</w:t>
        <w:br/>
        <w:t>Хай потече мазка з двох тисяч ліцемірів,&lt;br /&gt;</w:t>
        <w:br/>
        <w:t>А цей солодкий сік віддай в обійми жбана!</w:t>
      </w:r>
    </w:p>
    <w:p>
      <w:r>
        <w:br/>
        <w:t>122&lt;br /&gt;</w:t>
        <w:br/>
        <w:t>Не відкривається нікому таємниця:&lt;br /&gt;</w:t>
        <w:br/>
        <w:t>Не знаємо, коли із тілом розлучиться&lt;br /&gt;</w:t>
        <w:br/>
        <w:t>Душі призначено. Земля для нас — темниця.&lt;br /&gt;</w:t>
        <w:br/>
        <w:t>Тож пий, бо казка ця не скоро закінчиться.</w:t>
      </w:r>
    </w:p>
    <w:p>
      <w:r>
        <w:br/>
        <w:t>123&lt;br /&gt;</w:t>
        <w:br/>
        <w:t>Я у вино шалено закохався,&lt;br /&gt;</w:t>
        <w:br/>
        <w:t>П'ю й не боюсь того, чого боявся.&lt;br /&gt;</w:t>
        <w:br/>
        <w:t>П'ю стільки, що мене питає стрічний:&lt;br /&gt;</w:t>
        <w:br/>
        <w:t>"Ей, глечик із вином, ти звідки взявся?"</w:t>
      </w:r>
    </w:p>
    <w:p>
      <w:r>
        <w:br/>
        <w:t>124&lt;br /&gt;</w:t>
        <w:br/>
        <w:t>Імення доброго не прагни, не сором&lt;br /&gt;</w:t>
        <w:br/>
        <w:t>Себе зажурою перед одвічним злом:&lt;br /&gt;</w:t>
        <w:br/>
        <w:t>Від духу винного обезум&amp;#237;ти краще,&lt;br /&gt;</w:t>
        <w:br/>
        <w:t>Аніж уславитись молитвою й постом.</w:t>
      </w:r>
    </w:p>
    <w:p>
      <w:r>
        <w:br/>
        <w:t>125&lt;br /&gt;</w:t>
        <w:br/>
        <w:t>Я чую: "Менше пий, в вині добра немає!&lt;br /&gt;</w:t>
        <w:br/>
        <w:t>Чому рука твоя сулію обіймає?"&lt;br /&gt;</w:t>
        <w:br/>
        <w:t>"Поглянь на дівчину та на вино іскристе:&lt;br /&gt;</w:t>
        <w:br/>
        <w:t>Причин, по-моєму, ясніших не буває!</w:t>
      </w:r>
    </w:p>
    <w:p>
      <w:r>
        <w:br/>
        <w:t>126&lt;br /&gt;</w:t>
        <w:br/>
        <w:t>Спокійно їж і пий, ходи собі в киреї,&lt;br /&gt;</w:t>
        <w:br/>
        <w:t>Якщо це праці плід, дбайливості твоєї,&lt;br /&gt;</w:t>
        <w:br/>
        <w:t>А решта... мудрому ціна її відома —&lt;br /&gt;</w:t>
        <w:br/>
        <w:t>Й життя коштовного він не складе за неї.</w:t>
      </w:r>
    </w:p>
    <w:p>
      <w:r>
        <w:br/>
        <w:t>127&lt;br /&gt;</w:t>
        <w:br/>
        <w:t>Я вивчив образи живого й неживого,&lt;br /&gt;</w:t>
        <w:br/>
        <w:t>Проник у саму суть високого й низького,&lt;br /&gt;</w:t>
        <w:br/>
        <w:t>Але без сорому я визнаю, що досі&lt;br /&gt;</w:t>
        <w:br/>
        <w:t>Від хмелю кращого я не знайшов нічого.</w:t>
      </w:r>
    </w:p>
    <w:p>
      <w:r>
        <w:br/>
        <w:t>128&lt;br /&gt;</w:t>
        <w:br/>
        <w:t>Цій чаші мудрий похвалу співає,&lt;br /&gt;</w:t>
        <w:br/>
        <w:t>Цілунками чоло її вкриває,&lt;br /&gt;</w:t>
        <w:br/>
        <w:t>А всесвіту гончар цю дивну чашу,&lt;br /&gt;</w:t>
        <w:br/>
        <w:t>Оздобивши, об камінь розбиває.</w:t>
      </w:r>
    </w:p>
    <w:p>
      <w:r>
        <w:br/>
        <w:t>129&lt;br /&gt;</w:t>
        <w:br/>
        <w:t>Всі смутки випередь, гукни на чорноброву,&lt;br /&gt;</w:t>
        <w:br/>
        <w:t>Щоб з хати винесла вологу пурпурову:&lt;br /&gt;</w:t>
        <w:br/>
        <w:t>Хіба ти золото, недоуме, щоб люди&lt;br /&gt;</w:t>
        <w:br/>
        <w:t>Тебе поклали в прах і викопали знову?</w:t>
      </w:r>
    </w:p>
    <w:p>
      <w:r>
        <w:br/>
        <w:t>130&lt;br /&gt;</w:t>
        <w:br/>
        <w:t>Підчаший! Чим тепер я серце заспокою?&lt;br /&gt;</w:t>
        <w:br/>
        <w:t>Від хмелю дивного я на ногах не встою!&lt;br /&gt;</w:t>
        <w:br/>
        <w:t>Від пуху юного, що на твоїм обличчі,&lt;br /&gt;</w:t>
        <w:br/>
        <w:t>Зима життя мого зробилася весною.</w:t>
      </w:r>
    </w:p>
    <w:p>
      <w:r>
        <w:br/>
        <w:t>131&lt;br /&gt;</w:t>
        <w:br/>
        <w:t>Що небо? Ретязьок на нашім схудлім тілі.&lt;br /&gt;</w:t>
        <w:br/>
        <w:t>Що море? Наших сліз потоки обмілілі.&lt;br /&gt;</w:t>
        <w:br/>
        <w:t>Що пекло? Наших мук вогні перегорілі.&lt;br /&gt;</w:t>
        <w:br/>
        <w:t>Що рай? Спочинку мить, коли впадем зомлілі.</w:t>
      </w:r>
    </w:p>
    <w:p>
      <w:r>
        <w:br/>
        <w:t>132&lt;br /&gt;</w:t>
        <w:br/>
        <w:t>Для нас — вино й любов, для вас — монастирі;&lt;br /&gt;</w:t>
        <w:br/>
        <w:t>Ми в пеклі будемо, ви — в райському шатрі.&lt;br /&gt;</w:t>
        <w:br/>
        <w:t>Де ж проступили ми? Ніде: в скрижалях Долі&lt;br /&gt;</w:t>
        <w:br/>
        <w:t>Так спередвіку нам записано вгорі.</w:t>
      </w:r>
    </w:p>
    <w:p>
      <w:r>
        <w:br/>
        <w:t>133&lt;br /&gt;</w:t>
        <w:br/>
        <w:t>Із тих, що рушили в дорогу невідому,&lt;br /&gt;</w:t>
        <w:br/>
        <w:t>Хто звістку нам подав, хто повернув додому?&lt;br /&gt;</w:t>
        <w:br/>
        <w:t>Нічого не лишай на цім розпутті спраги,&lt;br /&gt;</w:t>
        <w:br/>
        <w:t>Бо повернутися не пощастить нікому!</w:t>
      </w:r>
    </w:p>
    <w:p>
      <w:r>
        <w:br/>
        <w:t>134&lt;br /&gt;</w:t>
        <w:br/>
        <w:t>Ще кості, жили, кров у тілі є твоїм.&lt;br /&gt;</w:t>
        <w:br/>
        <w:t>Живи й не покидай своєї Долі дім.&lt;br /&gt;</w:t>
        <w:br/>
        <w:t>З Рустамом зіткнешся — борися до останку!&lt;br /&gt;</w:t>
        <w:br/>
        <w:t>З Хотамом здружишся — не підлягай ні в чім!</w:t>
      </w:r>
    </w:p>
    <w:p>
      <w:r>
        <w:br/>
        <w:t>135&lt;br /&gt;</w:t>
        <w:br/>
        <w:t>Коли напровесні красуня біля гаю&lt;br /&gt;</w:t>
        <w:br/>
        <w:t>Мені в коновочку наллє вина до краю,&lt;br /&gt;</w:t>
        <w:br/>
        <w:t>(Хай вибачать мені це непристойне слово) —&lt;br /&gt;</w:t>
        <w:br/>
        <w:t>Будь я собакою, коли про рай згадаю!</w:t>
      </w:r>
    </w:p>
    <w:p>
      <w:r>
        <w:br/>
        <w:t>136&lt;br /&gt;</w:t>
        <w:br/>
        <w:t>Недаром Бога ми за милосердя славим:&lt;br /&gt;</w:t>
        <w:br/>
        <w:t>Не замкне брами він перед рабом лукавим.&lt;br /&gt;</w:t>
        <w:br/>
        <w:t>Якщо й підпилий ти валяєшся сьогодні,&lt;br /&gt;</w:t>
        <w:br/>
        <w:t>Він завтра все простить твоїм кісткам трухлявим.</w:t>
      </w:r>
    </w:p>
    <w:p>
      <w:r>
        <w:br/>
        <w:t>137&lt;br /&gt;</w:t>
        <w:br/>
        <w:t>Не треба й ласощів, як є корець вина,&lt;br /&gt;</w:t>
        <w:br/>
        <w:t>Та як налле його красуня чарівна.&lt;br /&gt;</w:t>
        <w:br/>
        <w:t>Пиячити весь вік, блукати, де попало —&lt;br /&gt;</w:t>
        <w:br/>
        <w:t>Немає кращого від Риби до Овна!</w:t>
      </w:r>
    </w:p>
    <w:p>
      <w:r>
        <w:br/>
        <w:t>138&lt;br /&gt;</w:t>
        <w:br/>
        <w:t>Нагадує мені берегова травиця&lt;br /&gt;</w:t>
        <w:br/>
        <w:t>Ту косу, що плела колись небеснолиця.&lt;br /&gt;</w:t>
        <w:br/>
        <w:t>Тож не топчи стебла: воно в останках, може,&lt;br /&gt;</w:t>
        <w:br/>
        <w:t>Тюльпановидої красуні корениться.</w:t>
      </w:r>
    </w:p>
    <w:p>
      <w:r>
        <w:br/>
        <w:t>139&lt;br /&gt;</w:t>
        <w:br/>
        <w:t>Мене не радує тверезість, а пиття&lt;br /&gt;</w:t>
        <w:br/>
        <w:t>Вселяє в мозок мій шкідливе сум'яття.&lt;br /&gt;</w:t>
        <w:br/>
        <w:t>Та є середній стан — не перше і не друге.&lt;br /&gt;</w:t>
        <w:br/>
        <w:t>Я вічний раб його, бо він і є життя.</w:t>
      </w:r>
    </w:p>
    <w:p>
      <w:r>
        <w:br/>
        <w:t>140&lt;br /&gt;</w:t>
        <w:br/>
        <w:t>Цілую глечика, розпалений жагою,&lt;br /&gt;</w:t>
        <w:br/>
        <w:t>Жду віку довгого від п'яного напою.&lt;br /&gt;</w:t>
        <w:br/>
        <w:t>Уста до уст моїх він притулив і мовив:&lt;br /&gt;</w:t>
        <w:br/>
        <w:t>"Я був таким, як ти... побудь, побудь зі мною!"</w:t>
      </w:r>
    </w:p>
    <w:p>
      <w:r>
        <w:br/>
        <w:t>141&lt;br /&gt;</w:t>
        <w:br/>
        <w:t>В одній руці — вина рубін, у другій — милої коса,&lt;br /&gt;</w:t>
        <w:br/>
        <w:t>Сидить щасливий у саду, де на квітках блищить роса,&lt;br /&gt;</w:t>
        <w:br/>
        <w:t>I попиває з піали, аж поки солодко сп'яніє,&lt;br /&gt;</w:t>
        <w:br/>
        <w:t>И не хоче думати, хмільний, про непостійні небеса.</w:t>
      </w:r>
    </w:p>
    <w:p>
      <w:r>
        <w:br/>
        <w:t>142&lt;br /&gt;</w:t>
        <w:br/>
        <w:t>Це небо множити уміє тільки втрати:&lt;br /&gt;</w:t>
        <w:br/>
        <w:t>Приводить одного, щоб іншого забрати.&lt;br /&gt;</w:t>
        <w:br/>
        <w:t>Якби народжені про наше лихо знали,&lt;br /&gt;</w:t>
        <w:br/>
        <w:t>Чи хто погодився б на землю завітати?</w:t>
      </w:r>
    </w:p>
    <w:p>
      <w:r>
        <w:br/>
        <w:t>143&lt;br /&gt;</w:t>
        <w:br/>
        <w:t>Блажен, хто ці часи прожив на вольній волі,&lt;br /&gt;</w:t>
        <w:br/>
        <w:t>Нічим не дорікав ні Богові, ні Долі,&lt;br /&gt;</w:t>
        <w:br/>
        <w:t>Хто кожну мить життя приймав як подарунок,&lt;br /&gt;</w:t>
        <w:br/>
        <w:t>Не спав, шукав забав і мав вина доволі.</w:t>
      </w:r>
    </w:p>
    <w:p>
      <w:r>
        <w:br/>
        <w:t>144&lt;br /&gt;</w:t>
        <w:br/>
        <w:t>Та доки ж ганити себе за незнання,&lt;br /&gt;</w:t>
        <w:br/>
        <w:t>Від безпорадності томитися щодня?&lt;br /&gt;</w:t>
        <w:br/>
        <w:t>Підпережуся я від сорому зуннаром,&lt;br /&gt;</w:t>
        <w:br/>
        <w:t>Що я гріхи творю, що мусульманин я!</w:t>
      </w:r>
    </w:p>
    <w:p>
      <w:r>
        <w:br/>
        <w:t>145&lt;br /&gt;</w:t>
        <w:br/>
        <w:t>Як пурхну я тепер на іншу рожу&lt;br /&gt;</w:t>
        <w:br/>
        <w:t>I знову муками свій біль примножу,&lt;br /&gt;</w:t>
        <w:br/>
        <w:t>Коли за слізьми, що крізь вії ринуть,&lt;br /&gt;</w:t>
        <w:br/>
        <w:t>Тепер я й глянути на світ не можу?</w:t>
      </w:r>
    </w:p>
    <w:p>
      <w:r>
        <w:br/>
        <w:t>146&lt;br /&gt;</w:t>
        <w:br/>
        <w:t>Для наших чистих душ уже не рік, не два&lt;br /&gt;</w:t>
        <w:br/>
        <w:t>Готує злигодні безодня кругова.&lt;br /&gt;</w:t>
        <w:br/>
        <w:t>Тож сядьмо на траву й вина скуштуймо, поки&lt;br /&gt;</w:t>
        <w:br/>
        <w:t>Із праху нашого не виросла трава.</w:t>
      </w:r>
    </w:p>
    <w:p>
      <w:r>
        <w:br/>
        <w:t>147&lt;br /&gt;</w:t>
        <w:br/>
        <w:t>Чому вславляються в легендах і сьогодні&lt;br /&gt;</w:t>
        <w:br/>
        <w:t>Лілея й кипарис, коханці благородні?&lt;br /&gt;</w:t>
        <w:br/>
        <w:t>Ця має десять уст, а промовлять не хоче,&lt;br /&gt;</w:t>
        <w:br/>
        <w:t>А в того двісті їх від сорому німотні.</w:t>
      </w:r>
    </w:p>
    <w:p>
      <w:r>
        <w:br/>
        <w:t>148&lt;br /&gt;</w:t>
        <w:br/>
        <w:t>До чари дивної, що сяє так розкішно,&lt;br /&gt;</w:t>
        <w:br/>
        <w:t>Рукою тлінною і доторкнутись грішно.&lt;br /&gt;</w:t>
        <w:br/>
        <w:t>А скільки ніжних лиць, очей живих цей Майстер&lt;br /&gt;</w:t>
        <w:br/>
        <w:t>Любовно створюе й розтрощує зловтішно!</w:t>
      </w:r>
    </w:p>
    <w:p>
      <w:r>
        <w:br/>
        <w:t>149&lt;br /&gt;</w:t>
        <w:br/>
        <w:t>Мерцям однаково, що оцет, а що мед,&lt;br /&gt;</w:t>
        <w:br/>
        <w:t>Хмільному все одно, що Балх, а що Мешхед.&lt;br /&gt;</w:t>
        <w:br/>
        <w:t>Лий повно в піалу, бо й після тебе місяць,&lt;br /&gt;</w:t>
        <w:br/>
        <w:t>Невпинно мінячись, летітиме вперед.</w:t>
      </w:r>
    </w:p>
    <w:p>
      <w:r>
        <w:br/>
        <w:t>150&lt;br /&gt;</w:t>
        <w:br/>
        <w:t>Чи не знайду собі я душу хоч єдину,&lt;br /&gt;</w:t>
        <w:br/>
        <w:t>Щоб розповісти їй про світ і про людину?&lt;br /&gt;</w:t>
        <w:br/>
        <w:t>У муках створена з гіркої глини горя,&lt;br /&gt;</w:t>
        <w:br/>
        <w:t>Лиш мить живе вона — й вертає знов у глину.</w:t>
      </w:r>
    </w:p>
    <w:p>
      <w:r>
        <w:br/>
        <w:t>151&lt;br /&gt;</w:t>
        <w:br/>
        <w:t>Прекрасний отроче, вже день устав із тьми!&lt;br /&gt;</w:t>
        <w:br/>
        <w:t>Тож винеси вина й дзвінкий барбат візьми!&lt;br /&gt;</w:t>
        <w:br/>
        <w:t>О, скільки вверг у прах Джемшідів і султанів&lt;br /&gt;</w:t>
        <w:br/>
        <w:t>Цей осені прихід і цей відхід зими!</w:t>
      </w:r>
    </w:p>
    <w:p>
      <w:r>
        <w:br/>
        <w:t>152&lt;br /&gt;</w:t>
        <w:br/>
        <w:t>Ті, що мандруючи собі набили п'яти,&lt;br /&gt;</w:t>
        <w:br/>
        <w:t>Два світи прагнучи в одному відшукати,-&lt;br /&gt;</w:t>
        <w:br/>
        <w:t>Не знаю, чи про те, який він є насправді,&lt;br /&gt;</w:t>
        <w:br/>
        <w:t>Вдалось хоч крихітку нового їм узнати?</w:t>
      </w:r>
    </w:p>
    <w:p>
      <w:r>
        <w:br/>
        <w:t>153&lt;br /&gt;</w:t>
        <w:br/>
        <w:t>Навіщо капища, мечеті на майдані,&lt;br /&gt;</w:t>
        <w:br/>
        <w:t>Про пекло та про рай розмови безнастанні?&lt;br /&gt;</w:t>
        <w:br/>
        <w:t>У Книгу Долі глянь, о друже мій: усе там,&lt;br /&gt;</w:t>
        <w:br/>
        <w:t>Що з нами станеться, записане зарані.</w:t>
      </w:r>
    </w:p>
    <w:p>
      <w:r>
        <w:br/>
        <w:t>154&lt;br /&gt;</w:t>
        <w:br/>
        <w:t>Неси вина того, що оновляє нас!&lt;br /&gt;</w:t>
        <w:br/>
        <w:t>Лий повно, запали той вогник, що погас!&lt;br /&gt;</w:t>
        <w:br/>
        <w:t>Дай і мені, бо ждать нам нічого від світу!&lt;br /&gt;</w:t>
        <w:br/>
        <w:t>Спіши, бо не стоїть скороминущий час!</w:t>
      </w:r>
    </w:p>
    <w:p>
      <w:r>
        <w:br/>
        <w:t>155&lt;br /&gt;</w:t>
        <w:br/>
        <w:t>В тісному колі, де ввесь вік блукаєм,&lt;br /&gt;</w:t>
        <w:br/>
        <w:t>Ми входу й виходу дарма шукаєм.&lt;br /&gt;</w:t>
        <w:br/>
        <w:t>Ніхто ще правди не сказав, звідкіль ми&lt;br /&gt;</w:t>
        <w:br/>
        <w:t>У нього входимо й куди зникаєм.</w:t>
      </w:r>
    </w:p>
    <w:p>
      <w:r>
        <w:br/>
        <w:t>156&lt;br /&gt;</w:t>
        <w:br/>
        <w:t>Тюльпанам весняним дощ обмиває лиця.&lt;br /&gt;</w:t>
        <w:br/>
        <w:t>Встань, бо прийшла пора й тобі опохмелиться!&lt;br /&gt;</w:t>
        <w:br/>
        <w:t>Спіши на зіллячко весняне надивиться,&lt;br /&gt;</w:t>
        <w:br/>
        <w:t>Бо завтра й на тобі підійметься травиця!</w:t>
      </w:r>
    </w:p>
    <w:p>
      <w:r>
        <w:br/>
        <w:t>157&lt;br /&gt;</w:t>
        <w:br/>
        <w:t>Безглуздо мучити себе самого — хай&lt;br /&gt;</w:t>
        <w:br/>
        <w:t>Малий достаток твій, ти лишку не шукай:&lt;br /&gt;</w:t>
        <w:br/>
        <w:t>Тим, що од вічності записане тобі,&lt;br /&gt;</w:t>
        <w:br/>
        <w:t>Будь задоволений, бо це ж і є твій пай!</w:t>
      </w:r>
    </w:p>
    <w:p>
      <w:r>
        <w:br/>
        <w:t>158&lt;br /&gt;</w:t>
        <w:br/>
        <w:t>Коли в заховане ти мислю прозираєш,&lt;br /&gt;</w:t>
        <w:br/>
        <w:t>Чому дарма собі журбою серце краєш?&lt;br /&gt;</w:t>
        <w:br/>
        <w:t>Адже по-твоєму не зробиться, ти знаєш!&lt;br /&gt;</w:t>
        <w:br/>
        <w:t>Живи хвилиною — добром, що зараз маєш!</w:t>
      </w:r>
    </w:p>
    <w:p>
      <w:r>
        <w:br/>
        <w:t>159&lt;br /&gt;</w:t>
        <w:br/>
        <w:t>О небо мовчазне! В твоему лоні згас&lt;br /&gt;</w:t>
        <w:br/>
        <w:t>Вже не один Махмуд і не один Айяз!&lt;br /&gt;</w:t>
        <w:br/>
        <w:t>Тож пиймо, бо життя ненадовго дається,&lt;br /&gt;</w:t>
        <w:br/>
        <w:t>І ті, що відійшли, не вернуться до нас!</w:t>
      </w:r>
    </w:p>
    <w:p>
      <w:r>
        <w:br/>
        <w:t>160&lt;br /&gt;</w:t>
        <w:br/>
        <w:t>Є рай на березі небесної ріки...&lt;br /&gt;</w:t>
        <w:br/>
        <w:t>А я кажу: там рай, де ллють вино в чарки.&lt;br /&gt;</w:t>
        <w:br/>
        <w:t>Бери готівку лиш, наплюй на обіцянки,&lt;br /&gt;</w:t>
        <w:br/>
        <w:t>Бо бубни слухати приємно здалеки.</w:t>
      </w:r>
    </w:p>
    <w:p>
      <w:r>
        <w:br/>
        <w:t>161&lt;br /&gt;</w:t>
        <w:br/>
        <w:t>Будь весел, не марнуй свого життя у горі,&lt;br /&gt;</w:t>
        <w:br/>
        <w:t>Бо в небі довго ще зіходитимуть зорі!&lt;br /&gt;</w:t>
        <w:br/>
        <w:t>Ти прахом зробишся, і піде прах на цеглу,&lt;br /&gt;</w:t>
        <w:br/>
        <w:t>I муром станеш ти в сусідовій коморі.</w:t>
      </w:r>
    </w:p>
    <w:p>
      <w:r>
        <w:br/>
        <w:t>162&lt;br /&gt;</w:t>
        <w:br/>
        <w:t>Не вічно житимем: урветься волокно!&lt;br /&gt;</w:t>
        <w:br/>
        <w:t>Найкраще думати про любку та вино.&lt;br /&gt;</w:t>
        <w:br/>
        <w:t>Навіщо міркувать про вічне й про минуще?&lt;br /&gt;</w:t>
        <w:br/>
        <w:t>Коли розлучимось, нам буде все одно!</w:t>
      </w:r>
    </w:p>
    <w:p>
      <w:r>
        <w:br/>
        <w:t>163&lt;br /&gt;</w:t>
        <w:br/>
        <w:t>О Доле! Злочини ти твориш — і сама&lt;br /&gt;</w:t>
        <w:br/>
        <w:t>Їх потім визнаєш! Даруєш ти сліпма&lt;br /&gt;</w:t>
        <w:br/>
        <w:t>Добро мерзотнику, а праведному — кару.&lt;br /&gt;</w:t>
        <w:br/>
        <w:t>Чи одуріла ти? Чи вижила з ума?</w:t>
      </w:r>
    </w:p>
    <w:p>
      <w:r>
        <w:br/>
        <w:t>164&lt;br /&gt;</w:t>
        <w:br/>
        <w:t>Щодня змагаюся, борюся сам з собою,&lt;br /&gt;</w:t>
        <w:br/>
        <w:t>Живу й не відаю ні втіхи, ні спокою!&lt;br /&gt;</w:t>
        <w:br/>
        <w:t>Хай ти простиш мене... Та сором лютий палить&lt;br /&gt;</w:t>
        <w:br/>
        <w:t>Мене за помилки, що коїв я і кою!</w:t>
      </w:r>
    </w:p>
    <w:p>
      <w:r>
        <w:br/>
        <w:t>165&lt;br /&gt;</w:t>
        <w:br/>
        <w:t>Ми в нашому шинку гостюєм невиводно,&lt;br /&gt;</w:t>
        <w:br/>
        <w:t>I всесвіт гудимо, і лаєм принародно.&lt;br /&gt;</w:t>
        <w:br/>
        <w:t>Запитуєш: куди ми підемо по смерті?&lt;br /&gt;</w:t>
        <w:br/>
        <w:t>Налий вина мені — і йди куди завгодно!</w:t>
      </w:r>
    </w:p>
    <w:p>
      <w:r>
        <w:br/>
        <w:t>166&lt;br /&gt;</w:t>
        <w:br/>
        <w:t>Якщо в нас істина — іносказання,&lt;br /&gt;</w:t>
        <w:br/>
        <w:t>Навіщо, серце, всі твої терзання?&lt;br /&gt;</w:t>
        <w:br/>
        <w:t>Змирися з долею! Заради тебе&lt;br /&gt;</w:t>
        <w:br/>
        <w:t>Не змінять небеса свого писання!</w:t>
      </w:r>
    </w:p>
    <w:p>
      <w:r>
        <w:br/>
        <w:t>167&lt;br /&gt;</w:t>
        <w:br/>
        <w:t>З тобою нарізно я знову затужив.&lt;br /&gt;</w:t>
        <w:br/>
        <w:t>Усюди буду я з тобою, поки жив.&lt;br /&gt;</w:t>
        <w:br/>
        <w:t>Пішов — і тисяча сердець без тебе тужить,&lt;br /&gt;</w:t>
        <w:br/>
        <w:t>Прийшов — і тисячу нових заполонив.</w:t>
      </w:r>
    </w:p>
    <w:p>
      <w:r>
        <w:br/>
        <w:t>168&lt;br /&gt;</w:t>
        <w:br/>
        <w:t>Всі таємниці пильно зберігай,&lt;br /&gt;</w:t>
        <w:br/>
        <w:t>Щоб не дізнався нелюд і шахрай.&lt;br /&gt;</w:t>
        <w:br/>
        <w:t>I зваж: як з іншими ти поведешся,&lt;br /&gt;</w:t>
        <w:br/>
        <w:t>Того від інших і собі чекай.</w:t>
      </w:r>
    </w:p>
    <w:p>
      <w:r>
        <w:br/>
        <w:t>169&lt;br /&gt;</w:t>
        <w:br/>
        <w:t>Ланцюг від милої і навіть рана — щастя.&lt;br /&gt;</w:t>
        <w:br/>
        <w:t>Буть курявою там, де йде кохана,— щастя.&lt;br /&gt;</w:t>
        <w:br/>
        <w:t>Коли й ущипливе тобі словечко кине,&lt;br /&gt;</w:t>
        <w:br/>
        <w:t>Радій, бо кожна річ, від неї дана,— щастя.</w:t>
      </w:r>
    </w:p>
    <w:p>
      <w:r>
        <w:br/>
        <w:t>170&lt;br /&gt;</w:t>
        <w:br/>
        <w:t>На вулиці красунь блукаємо сьогодні,&lt;br /&gt;</w:t>
        <w:br/>
        <w:t>Кохання та вино вславляємо сьогодні!&lt;br /&gt;</w:t>
        <w:br/>
        <w:t>Ми увільнилися назавжди від буття —&lt;br /&gt;</w:t>
        <w:br/>
        <w:t>I в царство Вишнього вступаємо сьогодні.</w:t>
      </w:r>
    </w:p>
    <w:p>
      <w:r>
        <w:br/>
        <w:t>171&lt;br /&gt;</w:t>
        <w:br/>
        <w:t>Я змарнував життя, мій подих зіпсувався,&lt;br /&gt;</w:t>
        <w:br/>
        <w:t>I хліб гірчить мені, і з горем я спізнався.&lt;br /&gt;</w:t>
        <w:br/>
        <w:t>Веління Вишнього сповняти не спішив я,&lt;br /&gt;</w:t>
        <w:br/>
        <w:t>А недозволене... я завжди в нім кохався!</w:t>
      </w:r>
    </w:p>
    <w:p>
      <w:r>
        <w:br/>
        <w:t>172&lt;br /&gt;</w:t>
        <w:br/>
        <w:t>Хоч я не шліфував покірності перлину&lt;br /&gt;</w:t>
        <w:br/>
        <w:t>I тягаря гріхів з плечей своїх не скину,&lt;br /&gt;</w:t>
        <w:br/>
        <w:t>Все ж не пускаюся я берега надії,&lt;br /&gt;</w:t>
        <w:br/>
        <w:t>Бо тільки істину я визнаю єдину.</w:t>
      </w:r>
    </w:p>
    <w:p>
      <w:r>
        <w:br/>
        <w:t>173&lt;br /&gt;</w:t>
        <w:br/>
        <w:t>Про рай розказують, про гурій молодих,&lt;br /&gt;</w:t>
        <w:br/>
        <w:t>Про мед і про вино... Ну, що ж! Тоді не гріх&lt;br /&gt;</w:t>
        <w:br/>
        <w:t>I тут потішитись небесними дарами,&lt;br /&gt;</w:t>
        <w:br/>
        <w:t>Адже ж усе одно ми прийдемо до них.</w:t>
      </w:r>
    </w:p>
    <w:p>
      <w:r>
        <w:br/>
        <w:t>174&lt;br /&gt;</w:t>
        <w:br/>
        <w:t>Коли пшеничної перепічки дістану&lt;br /&gt;</w:t>
        <w:br/>
        <w:t>Та шмат баранини, та в келиха загляну,&lt;br /&gt;</w:t>
        <w:br/>
        <w:t>Та сяду з милою серед руїн — це втіха,&lt;br /&gt;</w:t>
        <w:br/>
        <w:t>Приступна, далебі, не кожному султану.</w:t>
      </w:r>
    </w:p>
    <w:p>
      <w:r>
        <w:br/>
        <w:t>175&lt;br /&gt;</w:t>
        <w:br/>
        <w:t>Коли безгрішний дух розлучиться з життям,&lt;br /&gt;</w:t>
        <w:br/>
        <w:t>Із праху людського нам зліплять гроб, а там,&lt;br /&gt;</w:t>
        <w:br/>
        <w:t>Після недовгого спочинку, доведеться&lt;br /&gt;</w:t>
        <w:br/>
        <w:t>Такою ж глиною для інших стати й нам.</w:t>
      </w:r>
    </w:p>
    <w:p>
      <w:r>
        <w:br/>
        <w:t>176&lt;br /&gt;</w:t>
        <w:br/>
        <w:t>Я чув, що праведні підіймуться з могили&lt;br /&gt;</w:t>
        <w:br/>
        <w:t>В тім самім образі, в якому опочили.&lt;br /&gt;</w:t>
        <w:br/>
        <w:t>Тому я з милою й вином не розлучаюсь,&lt;br /&gt;</w:t>
        <w:br/>
        <w:t>Щоб нас і в судний день, бува, не розлучили.</w:t>
      </w:r>
    </w:p>
    <w:p>
      <w:r>
        <w:br/>
        <w:t>177&lt;br /&gt;</w:t>
        <w:br/>
        <w:t>О небо! В злигоднях повинне тільки ти,&lt;br /&gt;</w:t>
        <w:br/>
        <w:t>Старе вмістилище ненависті і мсти!&lt;br /&gt;</w:t>
        <w:br/>
        <w:t>А ти, о земле, ти... Якби в тобі копнути,&lt;br /&gt;</w:t>
        <w:br/>
        <w:t>Які б коштовності вдалося віднайти!</w:t>
      </w:r>
    </w:p>
    <w:p>
      <w:r>
        <w:br/>
        <w:t>178&lt;br /&gt;</w:t>
        <w:br/>
        <w:t>На муки, кажуть нам, засуджений п'яниця.&lt;br /&gt;</w:t>
        <w:br/>
        <w:t>Не вірте: вирок той ніколи не справдиться!&lt;br /&gt;</w:t>
        <w:br/>
        <w:t>Якщо поглине ад закоханих і п'яних,&lt;br /&gt;</w:t>
        <w:br/>
        <w:t>То завтра ж у раю нікого не лишиться.</w:t>
      </w:r>
    </w:p>
    <w:p>
      <w:r>
        <w:br/>
        <w:t>179&lt;br /&gt;</w:t>
        <w:br/>
        <w:t>Цю пишну піалу, що сяяла, як жар,&lt;br /&gt;</w:t>
        <w:br/>
        <w:t>Розбито й кинуто... Минатимеш базар —&lt;br /&gt;</w:t>
        <w:br/>
        <w:t>Під ноги поглядай, не наступай на неї:&lt;br /&gt;</w:t>
        <w:br/>
        <w:t>З піал голів людських її зліпив гончар.</w:t>
      </w:r>
    </w:p>
    <w:p>
      <w:r>
        <w:br/>
        <w:t>180&lt;br /&gt;</w:t>
        <w:br/>
        <w:t>Що в мудрості тепер? Як догоджати їй,&lt;br /&gt;</w:t>
        <w:br/>
        <w:t>То краще йди в сарай та бугая подій!&lt;br /&gt;</w:t>
        <w:br/>
        <w:t>Сьогодні вигідно носити глупства лахи,&lt;br /&gt;</w:t>
        <w:br/>
        <w:t>Бо розум ціниться дешевше за пирій.</w:t>
      </w:r>
    </w:p>
    <w:p>
      <w:r>
        <w:br/>
        <w:t>181&lt;br /&gt;</w:t>
        <w:br/>
        <w:t>Хайяме-грішнику, ти вбрався в темні шати —&lt;br /&gt;</w:t>
        <w:br/>
        <w:t>Й журбою думаєш гріхи із себе зняти?&lt;br /&gt;</w:t>
        <w:br/>
        <w:t>Хіба не для гріхів існує всепрощення?&lt;br /&gt;</w:t>
        <w:br/>
        <w:t>Воно для грішника, тож годі вболівати!</w:t>
      </w:r>
    </w:p>
    <w:p>
      <w:r>
        <w:br/>
        <w:t>182&lt;br /&gt;</w:t>
        <w:br/>
        <w:t>Соннивче, скоро день! Жени з очей дрімоту!&lt;br /&gt;</w:t>
        <w:br/>
        <w:t>До музики й вина збуди в собі охоту!&lt;br /&gt;</w:t>
        <w:br/>
        <w:t>Тим, хто живе тепер, недовго обертатись,&lt;br /&gt;</w:t>
        <w:br/>
        <w:t>А тим, хто відійшов, немає повороту!</w:t>
      </w:r>
    </w:p>
    <w:p>
      <w:r>
        <w:br/>
        <w:t>183&lt;br /&gt;</w:t>
        <w:br/>
        <w:t>Коли, опатравши, як птицю степову,&lt;br /&gt;</w:t>
        <w:br/>
        <w:t>Назавжди смерть мене утопче у траву,&lt;br /&gt;</w:t>
        <w:br/>
        <w:t>Зберіть тоді мій прах, зробіть сулію з нього —&lt;br /&gt;</w:t>
        <w:br/>
        <w:t>I, вчувши смак вина, я знову оживу.</w:t>
      </w:r>
    </w:p>
    <w:p>
      <w:r>
        <w:br/>
        <w:t>184&lt;br /&gt;</w:t>
        <w:br/>
        <w:t>Коли сконаю я, вином мене обмийте&lt;br /&gt;</w:t>
        <w:br/>
        <w:t>I поминального у келихи налийте!&lt;br /&gt;</w:t>
        <w:br/>
        <w:t>Як хочете знайти мій прах у день спасіння,&lt;br /&gt;</w:t>
        <w:br/>
        <w:t>Долівку заступом у кабаку розрийте!</w:t>
      </w:r>
    </w:p>
    <w:p>
      <w:r>
        <w:br/>
        <w:t>185&lt;br /&gt;</w:t>
        <w:br/>
        <w:t>Не пий, наказують, твоя вина в вині:&lt;br /&gt;</w:t>
        <w:br/>
        <w:t>Настане судний день — і будеш ти в огні.&lt;br /&gt;</w:t>
        <w:br/>
        <w:t>Це так... Та з радістю б віддав я землю й небо,&lt;br /&gt;</w:t>
        <w:br/>
        <w:t>За мить, коли в шинку ми сидимо хмільні.</w:t>
      </w:r>
    </w:p>
    <w:p>
      <w:r>
        <w:br/>
        <w:t>186&lt;br /&gt;</w:t>
        <w:br/>
        <w:t>Ми — зібрання ляльок, нас крутить як хотя&lt;br /&gt;</w:t>
        <w:br/>
        <w:t>Небесний витівник. На килимку життя&lt;br /&gt;</w:t>
        <w:br/>
        <w:t>Ми витанцьовуєм (це правда, а не казка) —&lt;br /&gt;</w:t>
        <w:br/>
        <w:t>I потім падаєм у ящик небуття.</w:t>
      </w:r>
    </w:p>
    <w:p>
      <w:r>
        <w:br/>
        <w:t>187&lt;br /&gt;</w:t>
        <w:br/>
        <w:t>Я птаха спостеріг на древній вежі Туса,&lt;br /&gt;</w:t>
        <w:br/>
        <w:t>Що пильно роздивлявсь на череп Кай-Ковуса.&lt;br /&gt;</w:t>
        <w:br/>
        <w:t>Я чув, як черепу він мовив: "Леле, леле!&lt;br /&gt;</w:t>
        <w:br/>
        <w:t>Де тулумбасів гук, де горді чола й вуса?"</w:t>
      </w:r>
    </w:p>
    <w:p>
      <w:r>
        <w:br/>
        <w:t>188&lt;br /&gt;</w:t>
        <w:br/>
        <w:t>Як буде в тебе жбан іскристого напою,&lt;br /&gt;</w:t>
        <w:br/>
        <w:t>Розпий з людьми його, з якою хоч юрбою,&lt;br /&gt;</w:t>
        <w:br/>
        <w:t>Той, хто життя нам дав, не журиться нітрохи&lt;br /&gt;</w:t>
        <w:br/>
        <w:t>Твоїми вусами й моєю бородою.</w:t>
      </w:r>
    </w:p>
    <w:p>
      <w:r>
        <w:br/>
        <w:t>189&lt;br /&gt;</w:t>
        <w:br/>
        <w:t>О небо! Тугою мені ти серце краєш,&lt;br /&gt;</w:t>
        <w:br/>
        <w:t>Сорочку радості з плечей моїх зриваєш!&lt;br /&gt;</w:t>
        <w:br/>
        <w:t>Вітрець, яким дишу, ти полум'ям проймаєш,&lt;br /&gt;</w:t>
        <w:br/>
        <w:t>А воду, що я п'ю, ти в попіл обертаєш!</w:t>
      </w:r>
    </w:p>
    <w:p>
      <w:r>
        <w:br/>
        <w:t>190&lt;br /&gt;</w:t>
        <w:br/>
        <w:t>Багатства прагнеш ти... Та чи в багатстві суть&lt;br /&gt;</w:t>
        <w:br/>
        <w:t>Короткого життя? Всі, хто живе, умруть.&lt;br /&gt;</w:t>
        <w:br/>
        <w:t>Життя у позику тобі даеться — отже,&lt;br /&gt;</w:t>
        <w:br/>
        <w:t>З ним розлучитися щодня готовий будь!</w:t>
      </w:r>
    </w:p>
    <w:p>
      <w:r>
        <w:br/>
        <w:t>191&lt;br /&gt;</w:t>
        <w:br/>
        <w:t>Ми поряд з келихом тримаємо Коран,&lt;br /&gt;</w:t>
        <w:br/>
        <w:t>То йдем у праведний, то знов у грішний стан.&lt;br /&gt;</w:t>
        <w:br/>
        <w:t>Під синім небом цим не зовсім ми кафіри&lt;br /&gt;</w:t>
        <w:br/>
        <w:t>I не належимо цілком до мусульман.</w:t>
      </w:r>
    </w:p>
    <w:p>
      <w:r>
        <w:br/>
        <w:t>192&lt;br /&gt;</w:t>
        <w:br/>
        <w:t>Немало і до нас було ночей і днів,&lt;br /&gt;</w:t>
        <w:br/>
        <w:t>Так само небосхил танок одвічний вів.&lt;br /&gt;</w:t>
        <w:br/>
        <w:t>Тихесенько ступай, бо глина під ногами&lt;br /&gt;</w:t>
        <w:br/>
        <w:t>Була зіницями місяцевидих дів.</w:t>
      </w:r>
    </w:p>
    <w:p>
      <w:r>
        <w:br/>
        <w:t>193&lt;br /&gt;</w:t>
        <w:br/>
        <w:t>Із глека повного, із наших повних чар&lt;br /&gt;</w:t>
        <w:br/>
        <w:t>Скуштуймо в затишку лози солодкий дар!&lt;br /&gt;</w:t>
        <w:br/>
        <w:t>Живім, поки живі — і поки пару глеків&lt;br /&gt;</w:t>
        <w:br/>
        <w:t>Із праху нашого не виліпив гончар!</w:t>
      </w:r>
    </w:p>
    <w:p>
      <w:r>
        <w:br/>
        <w:t>194&lt;br /&gt;</w:t>
        <w:br/>
        <w:t>Над марним світом цим не треба вболівати,&lt;br /&gt;</w:t>
        <w:br/>
        <w:t>Хай серця не смутять його розкішні шати.&lt;br /&gt;</w:t>
        <w:br/>
        <w:t>Минуле відійшло, майбутнього не видно!&lt;br /&gt;</w:t>
        <w:br/>
        <w:t>Тож майся весело — і не зважай на втрати!</w:t>
      </w:r>
    </w:p>
    <w:p>
      <w:r>
        <w:br/>
        <w:t>195&lt;br /&gt;</w:t>
        <w:br/>
        <w:t>Встань, серце, візьмем чанг і вип'ємо вина,&lt;br /&gt;</w:t>
        <w:br/>
        <w:t>I добрії свої збезчестим імена!&lt;br /&gt;</w:t>
        <w:br/>
        <w:t>Як треба — й підстилку пропиймо молитовну!&lt;br /&gt;</w:t>
        <w:br/>
        <w:t>А сором... нащо він, коли душа хмільна!</w:t>
      </w:r>
    </w:p>
    <w:p>
      <w:r>
        <w:br/>
        <w:t>196&lt;br /&gt;</w:t>
        <w:br/>
        <w:t>Святковий місяць наш іще засяє ново.&lt;br /&gt;</w:t>
        <w:br/>
        <w:t>Тож веселись і ти! Все убране святково.&lt;br /&gt;</w:t>
        <w:br/>
        <w:t>Старий від слабості поблід і зажурився —&lt;br /&gt;</w:t>
        <w:br/>
        <w:t>I, виболівши, в тьму спаде обов'язково.</w:t>
      </w:r>
    </w:p>
    <w:p>
      <w:r>
        <w:br/>
        <w:t>197&lt;br /&gt;</w:t>
        <w:br/>
        <w:t>Що я закоханий, у тім гріха не бачу.&lt;br /&gt;</w:t>
        <w:br/>
        <w:t>Про це з невігласом я й слів дарма не трачу.&lt;br /&gt;</w:t>
        <w:br/>
        <w:t>Адже кохання мед лікує тільки мужніх,&lt;br /&gt;</w:t>
        <w:br/>
        <w:t>Непомічний він тим, хто має іншу вдачу.</w:t>
      </w:r>
    </w:p>
    <w:p>
      <w:r>
        <w:br/>
        <w:t>198&lt;br /&gt;</w:t>
        <w:br/>
        <w:t>У світі нашому, в його ділах&lt;br /&gt;</w:t>
        <w:br/>
        <w:t>Я тільки марність бачу, тільки прах.&lt;br /&gt;</w:t>
        <w:br/>
        <w:t>Куди не гляну, бачу я для себе&lt;br /&gt;</w:t>
        <w:br/>
        <w:t>Лише біду... Хвала тобі, Аллах!</w:t>
      </w:r>
    </w:p>
    <w:p>
      <w:r>
        <w:br/>
        <w:t>199&lt;br /&gt;</w:t>
        <w:br/>
        <w:t>Аж поки рук своїх ми дружбою не зв'яжем,&lt;br /&gt;</w:t>
        <w:br/>
        <w:t>Ми лиха нашого не вб'єм, не переважим.&lt;br /&gt;</w:t>
        <w:br/>
        <w:t>Хоч не розвиднілось, ми випиймо, бо сонце&lt;br /&gt;</w:t>
        <w:br/>
        <w:t>Вставатиме й тоді, як ми у землю ляжем.</w:t>
      </w:r>
    </w:p>
    <w:p>
      <w:r>
        <w:br/>
        <w:t>200&lt;br /&gt;</w:t>
        <w:br/>
        <w:t>У місті вславишся — не обминеш огуди.&lt;br /&gt;</w:t>
        <w:br/>
        <w:t>В кутку сидітимеш — назвуть зловмисним люди.&lt;br /&gt;</w:t>
        <w:br/>
        <w:t>Ільясом, Хизром будь — не пощадять, тож краще&lt;br /&gt;</w:t>
        <w:br/>
        <w:t>Живи самотником і не ходи нікуди.</w:t>
      </w:r>
    </w:p>
    <w:p>
      <w:r>
        <w:br/>
        <w:t>201&lt;br /&gt;</w:t>
        <w:br/>
        <w:t>О Майстре, нашого життя первопричина!&lt;br /&gt;</w:t>
        <w:br/>
        <w:t>Чом стільки має вад твій первотвір — людина?&lt;br /&gt;</w:t>
        <w:br/>
        <w:t>Як добре виліпив, навіщо розбиваєш?&lt;br /&gt;</w:t>
        <w:br/>
        <w:t>А вийшла помилка — чия ж у тім провина?</w:t>
      </w:r>
    </w:p>
    <w:p>
      <w:r>
        <w:br/>
        <w:t>202&lt;br /&gt;</w:t>
        <w:br/>
        <w:t>Своєї долі ми не зменшим, не примножим —&lt;br /&gt;</w:t>
        <w:br/>
        <w:t>Стрічаймо ж суджене із настроєм погожим!&lt;br /&gt;</w:t>
        <w:br/>
        <w:t>Твої й мої діла, оскільки нам відомо,&lt;br /&gt;</w:t>
        <w:br/>
        <w:t>Переінакшити ми все одно не зможем.</w:t>
      </w:r>
    </w:p>
    <w:p>
      <w:r>
        <w:br/>
        <w:t>203&lt;br /&gt;</w:t>
        <w:br/>
        <w:t>Коли в тобі самім добра і зла зерно&lt;br /&gt;</w:t>
        <w:br/>
        <w:t>I Долею твій шлях накреслений давно,&lt;br /&gt;</w:t>
        <w:br/>
        <w:t>Ти неба не картай, а розміркуй: за тебе&lt;br /&gt;</w:t>
        <w:br/>
        <w:t>У тисячу разів нещасніше воно!</w:t>
      </w:r>
    </w:p>
    <w:p>
      <w:r>
        <w:br/>
        <w:t>204&lt;br /&gt;</w:t>
        <w:br/>
        <w:t>Поглянь на випнутий угору небосхил,&lt;br /&gt;</w:t>
        <w:br/>
        <w:t>Що найкмітливіших утоптує у пил!&lt;br /&gt;</w:t>
        <w:br/>
        <w:t>На дружбу келиха й сулії, що устами&lt;br /&gt;</w:t>
        <w:br/>
        <w:t>Стулились, поки кров їй витікає з жил!</w:t>
      </w:r>
    </w:p>
    <w:p>
      <w:r>
        <w:br/>
        <w:t>205&lt;br /&gt;</w:t>
        <w:br/>
        <w:t>О серце, все збери, що маєш! Край води&lt;br /&gt;</w:t>
        <w:br/>
        <w:t>Садочок радості собі опоряди —&lt;br /&gt;</w:t>
        <w:br/>
        <w:t>Й побувши у ньому вечірньою росою,&lt;br /&gt;</w:t>
        <w:br/>
        <w:t>Знімись удосвіта й назавжди пропади!</w:t>
      </w:r>
    </w:p>
    <w:p>
      <w:r>
        <w:br/>
        <w:t>206&lt;br /&gt;</w:t>
        <w:br/>
        <w:t>Розумним і твердим у цьому світі будь&lt;br /&gt;</w:t>
        <w:br/>
        <w:t>І завжди мовчазним у цьому світі будь!&lt;br /&gt;</w:t>
        <w:br/>
        <w:t>I, поки очі є, язик і вуха в тебе,&lt;br /&gt;</w:t>
        <w:br/>
        <w:t>Сліпим, німим, глухим у цьому світі будь!</w:t>
      </w:r>
    </w:p>
    <w:p>
      <w:r>
        <w:br/>
        <w:t>207&lt;br /&gt;</w:t>
        <w:br/>
        <w:t>Приємніш пить вино, до гарних залицятись,&lt;br /&gt;</w:t>
        <w:br/>
        <w:t>Аніж в удаваній побожності вправлятись.&lt;br /&gt;</w:t>
        <w:br/>
        <w:t>Коли усіх п'яниць поглинуть має пекло,&lt;br /&gt;</w:t>
        <w:br/>
        <w:t>Хто ж із людей тоді зуміє в рай дістатись?</w:t>
      </w:r>
    </w:p>
    <w:p>
      <w:r>
        <w:br/>
        <w:t>208&lt;br /&gt;</w:t>
        <w:br/>
        <w:t>Найкраще пить вино у віці молодім,&lt;br /&gt;</w:t>
        <w:br/>
        <w:t>Укупі з милою, з товаришем своїм.&lt;br /&gt;</w:t>
        <w:br/>
        <w:t>Цей ненадійний світ на сон і пустку схожий,&lt;br /&gt;</w:t>
        <w:br/>
        <w:t>I пить без просипу — єдине щастя в нім.</w:t>
      </w:r>
    </w:p>
    <w:p>
      <w:r>
        <w:br/>
        <w:t>209&lt;br /&gt;</w:t>
        <w:br/>
        <w:t>Доволі мріяти про барви й аромати,&lt;br /&gt;</w:t>
        <w:br/>
        <w:t>Гидкого й доброго у всесвіті шукати!&lt;br /&gt;</w:t>
        <w:br/>
        <w:t>Хоч ти Земземом* будь і джерелом життя,&lt;br /&gt;</w:t>
        <w:br/>
        <w:t>А прийдеться й тобі нікчемним прахом стати!</w:t>
      </w:r>
    </w:p>
    <w:p>
      <w:r>
        <w:br/>
        <w:t>* Священна криниця.</w:t>
      </w:r>
    </w:p>
    <w:p>
      <w:r>
        <w:br/>
        <w:t>210&lt;br /&gt;</w:t>
        <w:br/>
        <w:t>Ця піала вина — всіх вір і раю варта,&lt;br /&gt;</w:t>
        <w:br/>
        <w:t>А крапелька його — вінця Китаю варта.&lt;br /&gt;</w:t>
        <w:br/>
        <w:t>Всіх радощів життя ця дивна гіркота,&lt;br /&gt;</w:t>
        <w:br/>
        <w:t>Що в чарку з глечика я наливаю, варта.</w:t>
      </w:r>
    </w:p>
    <w:p>
      <w:r>
        <w:br/>
        <w:t>211&lt;br /&gt;</w:t>
        <w:br/>
        <w:t>У час, коли роса тюльпан укриє сиво&lt;br /&gt;</w:t>
        <w:br/>
        <w:t>Й фіалка хилиться, трави таємне диво,&lt;br /&gt;</w:t>
        <w:br/>
        <w:t>Як любо глянути на пуп'янок зелений,&lt;br /&gt;</w:t>
        <w:br/>
        <w:t>Що зборочки свої підтикує дбайливо!</w:t>
      </w:r>
    </w:p>
    <w:p>
      <w:r>
        <w:br/>
        <w:t>212&lt;br /&gt;</w:t>
        <w:br/>
        <w:t>Під старість хилиться і кипарис гіллястий.&lt;br /&gt;</w:t>
        <w:br/>
        <w:t>Мій вид гранатовий зробився попелястий.&lt;br /&gt;</w:t>
        <w:br/>
        <w:t>Чотири підпірки і дах мого буття&lt;br /&gt;</w:t>
        <w:br/>
        <w:t>Вже похилилися й загрожують упасти.</w:t>
      </w:r>
    </w:p>
    <w:p>
      <w:r>
        <w:br/>
        <w:t>213&lt;br /&gt;</w:t>
        <w:br/>
        <w:t>Про вчора не гадай — воно навік зів'яло,&lt;br /&gt;</w:t>
        <w:br/>
        <w:t>Про завтра не журись — воно ще не настало.&lt;br /&gt;</w:t>
        <w:br/>
        <w:t>Минуле й завтрашнє — підпора ненадійна!&lt;br /&gt;</w:t>
        <w:br/>
        <w:t>Живи хвилинами, бо в тебе їх так мало!</w:t>
      </w:r>
    </w:p>
    <w:p>
      <w:r>
        <w:br/>
        <w:t>214&lt;br /&gt;</w:t>
        <w:br/>
        <w:t>Це так, ніколи я тверезим не буваю&lt;br /&gt;</w:t>
        <w:br/>
        <w:t>I в Ніч Призначення дарма часу не гаю:&lt;br /&gt;</w:t>
        <w:br/>
        <w:t>На бочку спершися, уста в уста із кухлем,&lt;br /&gt;</w:t>
        <w:br/>
        <w:t>Я шию глечика із рук не випускаю.</w:t>
      </w:r>
    </w:p>
    <w:p>
      <w:r>
        <w:br/>
        <w:t>215&lt;br /&gt;</w:t>
        <w:br/>
        <w:t>Тверезий, не картай хмільного чоловіка!&lt;br /&gt;</w:t>
        <w:br/>
        <w:t>Наскучила йому непрохана опіка.&lt;br /&gt;</w:t>
        <w:br/>
        <w:t>Ти гордий, що не п'єш, але вершиш ділами,&lt;br /&gt;</w:t>
        <w:br/>
        <w:t>Що проти них ніщо найгірша пиятика!</w:t>
      </w:r>
    </w:p>
    <w:p>
      <w:r>
        <w:br/>
        <w:t>216&lt;br /&gt;</w:t>
        <w:br/>
        <w:t>Пий, поки голову вино не отуманить,&lt;br /&gt;</w:t>
        <w:br/>
        <w:t>Забудь зловмисного, що гнівається й ганить!&lt;br /&gt;</w:t>
        <w:br/>
        <w:t>Що в тій тверезості? Вона немилосердно&lt;br /&gt;</w:t>
        <w:br/>
        <w:t>Думками про кінець у тебе серце ранить!</w:t>
      </w:r>
    </w:p>
    <w:p>
      <w:r>
        <w:br/>
        <w:t>217&lt;br /&gt;</w:t>
        <w:br/>
        <w:t>О, вислухай мене, найкращий друже мій!&lt;br /&gt;</w:t>
        <w:br/>
        <w:t>На небеса хисткі не покладай надій!&lt;br /&gt;</w:t>
        <w:br/>
        <w:t>Присядь у закутку вдоволення малим&lt;br /&gt;</w:t>
        <w:br/>
        <w:t>I стеж за іграми на сцені світовій!</w:t>
      </w:r>
    </w:p>
    <w:p>
      <w:r>
        <w:br/>
        <w:t>218&lt;br /&gt;</w:t>
        <w:br/>
        <w:t>Барило дервішським заткнули ми дрантям,&lt;br /&gt;</w:t>
        <w:br/>
        <w:t>А обмивалися піском і прахом з ям —&lt;br /&gt;</w:t>
        <w:br/>
        <w:t>I може статися, що у пилу винарні&lt;br /&gt;</w:t>
        <w:br/>
        <w:t>Ми знову стрінемся з прогуляним життям.</w:t>
      </w:r>
    </w:p>
    <w:p>
      <w:r>
        <w:br/>
        <w:t>219&lt;br /&gt;</w:t>
        <w:br/>
        <w:t>Таємне виявить, що в зошиті моїм,&lt;br /&gt;</w:t>
        <w:br/>
        <w:t>Це значить голову занапастить. А втім,&lt;br /&gt;</w:t>
        <w:br/>
        <w:t>Не бачу й гідних я серед людей учених,&lt;br /&gt;</w:t>
        <w:br/>
        <w:t>Щоб те, що знаю я, переказати їм.</w:t>
      </w:r>
    </w:p>
    <w:p>
      <w:r>
        <w:br/>
        <w:t>220&lt;br /&gt;</w:t>
        <w:br/>
        <w:t>У мене тайна є — і тайну ту єдину&lt;br /&gt;</w:t>
        <w:br/>
        <w:t>Я зараз виявлю (прости мою провину):&lt;br /&gt;</w:t>
        <w:br/>
        <w:t>Тебе кохаючи, я ляжу в домовину,&lt;br /&gt;</w:t>
        <w:br/>
        <w:t>Тебе кохаючи, у небеса полину!</w:t>
      </w:r>
    </w:p>
    <w:p>
      <w:r>
        <w:br/>
        <w:t>221&lt;br /&gt;</w:t>
        <w:br/>
        <w:t>Не заздри іншому, щодня веселий будь!&lt;br /&gt;</w:t>
        <w:br/>
        <w:t>Забудь усе, що в нас добром і злом зовуть!&lt;br /&gt;</w:t>
        <w:br/>
        <w:t>Тримайся келиха і локона коханки,&lt;br /&gt;</w:t>
        <w:br/>
        <w:t>Бо й не зоглядишся, як дні твої минуть!</w:t>
      </w:r>
    </w:p>
    <w:p>
      <w:r>
        <w:br/>
        <w:t>222&lt;br /&gt;</w:t>
        <w:br/>
        <w:t>Хоч Небеса у дар тобі цей світ дають,&lt;br /&gt;</w:t>
        <w:br/>
        <w:t>Відома мудрому його облудна суть.&lt;br /&gt;</w:t>
        <w:br/>
        <w:t>Такі, як ти, щодня приходять і відходять.&lt;br /&gt;</w:t>
        <w:br/>
        <w:t>Тож уривай свій пай, бо і тебе урвуть!</w:t>
      </w:r>
    </w:p>
    <w:p>
      <w:r>
        <w:br/>
        <w:t>223&lt;br /&gt;</w:t>
        <w:br/>
        <w:t>Коли своїх бажань нам здійснити не дано,&lt;br /&gt;</w:t>
        <w:br/>
        <w:t>Що ж нам із мріями робити? Безнастанно&lt;br /&gt;</w:t>
        <w:br/>
        <w:t>Ми побиваємось і тужимо над тим,&lt;br /&gt;</w:t>
        <w:br/>
        <w:t>Що пізно в світ прийшли і що відходим рано.</w:t>
      </w:r>
    </w:p>
    <w:p>
      <w:r>
        <w:br/>
        <w:t>224&lt;br /&gt;</w:t>
        <w:br/>
        <w:t>Чудовий нині день: не холод, не жара...&lt;br /&gt;</w:t>
        <w:br/>
        <w:t>Змиває хмарка пил з квітчастого бугра.&lt;br /&gt;</w:t>
        <w:br/>
        <w:t>Троянди жовтої сусіда, соловейко,&lt;br /&gt;</w:t>
        <w:br/>
        <w:t>Гукає потай нам, що випити пора.</w:t>
      </w:r>
    </w:p>
    <w:p>
      <w:r>
        <w:br/>
        <w:t>225&lt;br /&gt;</w:t>
        <w:br/>
        <w:t>Чи є людина, щоб не мала плями,&lt;br /&gt;</w:t>
        <w:br/>
        <w:t>Не ошерхалась у рови та ями?&lt;br /&gt;</w:t>
        <w:br/>
        <w:t>Якщо за зло мене ти злом караєш,&lt;br /&gt;</w:t>
        <w:br/>
        <w:t>Яка різниця, пресвятий, між нами?</w:t>
      </w:r>
    </w:p>
    <w:p>
      <w:r>
        <w:br/>
        <w:t>226&lt;br /&gt;</w:t>
        <w:br/>
        <w:t>О, як мені, Творець, увірилось нести&lt;br /&gt;</w:t>
        <w:br/>
        <w:t>Тягар цих злигоднів, цієї пустоти!&lt;br /&gt;</w:t>
        <w:br/>
        <w:t>Ти вічну пустоту позолотив зірками?&lt;br /&gt;</w:t>
        <w:br/>
        <w:t>I в мене є така: візьми й позолоти!</w:t>
      </w:r>
    </w:p>
    <w:p>
      <w:r>
        <w:br/>
        <w:t>227&lt;br /&gt;</w:t>
        <w:br/>
        <w:t>Це ти таким, Господь, створив мене,&lt;br /&gt;</w:t>
        <w:br/>
        <w:t>Щоб я любив пісні й вино хмільне!&lt;br /&gt;</w:t>
        <w:br/>
        <w:t>Якщо провина ця твоя, чому ж&lt;br /&gt;</w:t>
        <w:br/>
        <w:t>Тепер ти в пекло засудив мене?</w:t>
      </w:r>
    </w:p>
    <w:p>
      <w:r>
        <w:br/>
        <w:t>228&lt;br /&gt;</w:t>
        <w:br/>
        <w:t>Що світ міняється — чи варто цим журитись?&lt;br /&gt;</w:t>
        <w:br/>
        <w:t>Нехай міняється — ми будем веселитись!&lt;br /&gt;</w:t>
        <w:br/>
        <w:t>Якби незмінною була природа, друже,&lt;br /&gt;</w:t>
        <w:br/>
        <w:t>Ніколи б не діждав ти черги народитись!</w:t>
      </w:r>
    </w:p>
    <w:p>
      <w:r>
        <w:br/>
        <w:t>229&lt;br /&gt;</w:t>
        <w:br/>
        <w:t>Щодня журитися — цього ще не хватало!&lt;br /&gt;</w:t>
        <w:br/>
        <w:t>О, скільки Небо нас посіяло й пожало!&lt;br /&gt;</w:t>
        <w:br/>
        <w:t>Налий вина повніш, давай у руки келих!&lt;br /&gt;</w:t>
        <w:br/>
        <w:t>Я знаю: сталося усе, що статись мало.</w:t>
      </w:r>
    </w:p>
    <w:p>
      <w:r>
        <w:br/>
        <w:t>230&lt;br /&gt;</w:t>
        <w:br/>
        <w:t>Ти добрий, Господи, легка твоя рука,&lt;br /&gt;</w:t>
        <w:br/>
        <w:t>Але в Ірам* не всіх пускаєш! Не яка&lt;br /&gt;</w:t>
        <w:br/>
        <w:t>Потрібна лагідність — покірного простити!&lt;br /&gt;</w:t>
        <w:br/>
        <w:t>А спробуй-но прости мене, бунтівника!</w:t>
      </w:r>
    </w:p>
    <w:p>
      <w:r>
        <w:br/>
        <w:t>* Рай.</w:t>
      </w:r>
    </w:p>
    <w:p>
      <w:r>
        <w:br/>
        <w:t>231&lt;br /&gt;</w:t>
        <w:br/>
        <w:t>Якщо й премудрому не подолати Долі,-&lt;br /&gt;</w:t>
        <w:br/>
        <w:t>Що хочеш уявляй собі в небеснім колі,&lt;br /&gt;</w:t>
        <w:br/>
        <w:t>А смерті не минеш! Хіба не все одно,&lt;br /&gt;</w:t>
        <w:br/>
        <w:t>Чи з'їсть тебе хробак, чи лютий звір у полі?</w:t>
      </w:r>
    </w:p>
    <w:p>
      <w:r>
        <w:br/>
        <w:t>232&lt;br /&gt;</w:t>
        <w:br/>
        <w:t>Я гину, чашнику! Журба мене зв'ялила!&lt;br /&gt;</w:t>
        <w:br/>
        <w:t>Я заздрю навіть тим, кого взяла могила,&lt;br /&gt;</w:t>
        <w:br/>
        <w:t>Гріхи покутую, криваві сльози ллю,&lt;br /&gt;</w:t>
        <w:br/>
        <w:t>В болоті бабраюсь, а вилізти несила!</w:t>
      </w:r>
    </w:p>
    <w:p>
      <w:r>
        <w:br/>
        <w:t>233&lt;br /&gt;</w:t>
        <w:br/>
        <w:t>Щоб з дерева життя собі діждати плоду&lt;br /&gt;</w:t>
        <w:br/>
        <w:t>I хоч на мить одну знайти душі догоду,&lt;br /&gt;</w:t>
        <w:br/>
        <w:t>Ніколи з келихом не розлучайся, друже,-&lt;br /&gt;</w:t>
        <w:br/>
        <w:t>Й тоді відчуєш ти найвищу насолоду.</w:t>
      </w:r>
    </w:p>
    <w:p>
      <w:r>
        <w:br/>
        <w:t>234&lt;br /&gt;</w:t>
        <w:br/>
        <w:t>Для смутку труйного — вино протиотрута:&lt;br /&gt;</w:t>
        <w:br/>
        <w:t>Хильнеш коновочку — і вже печаль забута.&lt;br /&gt;</w:t>
        <w:br/>
        <w:t>На молодій траві пий з молодими, поки&lt;br /&gt;</w:t>
        <w:br/>
        <w:t>I над тобою теж зазеленіє рута.</w:t>
      </w:r>
    </w:p>
    <w:p>
      <w:r>
        <w:br/>
        <w:t>235&lt;br /&gt;</w:t>
        <w:br/>
        <w:t>Покинь вагатися, обряди занедбай,&lt;br /&gt;</w:t>
        <w:br/>
        <w:t>Навчись ділитися, не берегти свій пай!&lt;br /&gt;</w:t>
        <w:br/>
        <w:t>На душу іншого й на грунт не важся! Той світ&lt;br /&gt;</w:t>
        <w:br/>
        <w:t>Беру на себе я, а ти вино давай!</w:t>
      </w:r>
    </w:p>
    <w:p>
      <w:r>
        <w:br/>
        <w:t>236&lt;br /&gt;</w:t>
        <w:br/>
        <w:t>Мені щовечора тривога серце крає,&lt;br /&gt;</w:t>
        <w:br/>
        <w:t>На груди перел дощ з очей моїх спадає.&lt;br /&gt;</w:t>
        <w:br/>
        <w:t>Коновку голови журба вином не сповнить,&lt;br /&gt;</w:t>
        <w:br/>
        <w:t>Бо що схиляється, те повним не буває.</w:t>
      </w:r>
    </w:p>
    <w:p>
      <w:r>
        <w:br/>
        <w:t>237&lt;br /&gt;</w:t>
        <w:br/>
        <w:t>Мене єретиком ти охрестив, спідлоба&lt;br /&gt;</w:t>
        <w:br/>
        <w:t>На мене зиркаєш, в очах у тебе злоба.&lt;br /&gt;</w:t>
        <w:br/>
        <w:t>Я добре знаю й сам, що правий ти... Та тільки&lt;br /&gt;</w:t>
        <w:br/>
        <w:t>Подумай: чи тобі судить мене подоба?</w:t>
      </w:r>
    </w:p>
    <w:p>
      <w:r>
        <w:br/>
        <w:t>238&lt;br /&gt;</w:t>
        <w:br/>
        <w:t>До тебе дух прийшов, якому чуждий прах&lt;br /&gt;</w:t>
        <w:br/>
        <w:t>Нечистої землі. Йому ти попервах&lt;br /&gt;</w:t>
        <w:br/>
        <w:t>Дай доброго вина, щоб покріпився гість&lt;br /&gt;</w:t>
        <w:br/>
        <w:t>I потім вимовив: "Щасти тобі Аллах!"</w:t>
      </w:r>
    </w:p>
    <w:p>
      <w:r>
        <w:br/>
        <w:t>239&lt;br /&gt;</w:t>
        <w:br/>
        <w:t>Хмаринка сльози ллє на поле, на попас.&lt;br /&gt;</w:t>
        <w:br/>
        <w:t>Без чистого вина ми тільки гаєм час!&lt;br /&gt;</w:t>
        <w:br/>
        <w:t>Ми тут милуємось на зілля, що зростає...&lt;br /&gt;</w:t>
        <w:br/>
        <w:t>Хто ж бачитиме те, що виросте із нас?</w:t>
      </w:r>
    </w:p>
    <w:p>
      <w:r>
        <w:br/>
        <w:t>240&lt;br /&gt;</w:t>
        <w:br/>
        <w:t>Чому оплакуєш майбутні недогоди,&lt;br /&gt;</w:t>
        <w:br/>
        <w:t>Даремно завдаєш душі і серцю шкоди?&lt;br /&gt;</w:t>
        <w:br/>
        <w:t>Втішайся світом цим, бо створено його&lt;br /&gt;</w:t>
        <w:br/>
        <w:t>Без тебе, друже мій, і без твоєї згоди!</w:t>
      </w:r>
    </w:p>
    <w:p>
      <w:r>
        <w:br/>
        <w:t>241&lt;br /&gt;</w:t>
        <w:br/>
        <w:t>Якби Творцем я був, я б ці коловоротні&lt;br /&gt;</w:t>
        <w:br/>
        <w:t>Мінливі небеса у світові безодні&lt;br /&gt;</w:t>
        <w:br/>
        <w:t>Повергнув без жалю й такі створив, щоб завжди&lt;br /&gt;</w:t>
        <w:br/>
        <w:t>Могли сповнятися бажання благородні.</w:t>
      </w:r>
    </w:p>
    <w:p>
      <w:r>
        <w:br/>
        <w:t>242&lt;br /&gt;</w:t>
        <w:br/>
        <w:t>О мудрий, подивись, як дітлахів громада&lt;br /&gt;</w:t>
        <w:br/>
        <w:t>Дорожню куряву трусить під ноги рада!&lt;br /&gt;</w:t>
        <w:br/>
        <w:t>Скажи, щоб стереглись топтать її: то прах&lt;br /&gt;</w:t>
        <w:br/>
        <w:t>Очей Парвізових і мозку Кай-Кубада.</w:t>
      </w:r>
    </w:p>
    <w:p>
      <w:r>
        <w:br/>
        <w:t>243&lt;br /&gt;</w:t>
        <w:br/>
        <w:t>Я п'ю щодня вино — і все здається мало;&lt;br /&gt;</w:t>
        <w:br/>
        <w:t>Я хочу, щоб кругом усе співало й грало.&lt;br /&gt;</w:t>
        <w:br/>
        <w:t>Коли зберуть мій прах і зліплять глек із нього,&lt;br /&gt;</w:t>
        <w:br/>
        <w:t>Я хочу, щоб вино в ньому не вибувало.</w:t>
      </w:r>
    </w:p>
    <w:p>
      <w:r>
        <w:br/>
        <w:t>244&lt;br /&gt;</w:t>
        <w:br/>
        <w:t>Оскільки мудрому наш вік ціни не знає,&lt;br /&gt;</w:t>
        <w:br/>
        <w:t>Усі плоди його недоум пожинає.&lt;br /&gt;</w:t>
        <w:br/>
        <w:t>Неси ж мені того, що розум відбирає,-&lt;br /&gt;</w:t>
        <w:br/>
        <w:t>I може, й нас тоді цей вік не занедбає!</w:t>
      </w:r>
    </w:p>
    <w:p>
      <w:r>
        <w:br/>
        <w:t>245&lt;br /&gt;</w:t>
        <w:br/>
        <w:t>Юсуфом нареклась троянда у садочку,&lt;br /&gt;</w:t>
        <w:br/>
        <w:t>Вказавши на свою барвисту оторочку.&lt;br /&gt;</w:t>
        <w:br/>
        <w:t>"Що ж, покажи тоді його прикмету в себе!"&lt;br /&gt;</w:t>
        <w:br/>
        <w:t>"Глянь,— каже,— на мою розтерзану сорочку!"</w:t>
      </w:r>
    </w:p>
    <w:p>
      <w:r>
        <w:br/>
        <w:t>246&lt;br /&gt;</w:t>
        <w:br/>
        <w:t>З вином і милою в руїнах жить, не знати&lt;br /&gt;</w:t>
        <w:br/>
        <w:t>Надії на той світ, ані страху відплати!&lt;br /&gt;</w:t>
        <w:br/>
        <w:t>Від чотирьох стихій звільнившись, віддали ми&lt;br /&gt;</w:t>
        <w:br/>
        <w:t>В заставу за вино і душу, й тіло, й шати!</w:t>
      </w:r>
    </w:p>
    <w:p>
      <w:r>
        <w:br/>
        <w:t>247&lt;br /&gt;</w:t>
        <w:br/>
        <w:t>Усе, що в світі є, пуста мана.&lt;br /&gt;</w:t>
        <w:br/>
        <w:t>Той не аріф*, кому це новина.&lt;br /&gt;</w:t>
        <w:br/>
        <w:t>Звільнись од мудрувань, присядь із нами,&lt;br /&gt;</w:t>
        <w:br/>
        <w:t>Веселим будь і не цурайсь вина!</w:t>
      </w:r>
    </w:p>
    <w:p>
      <w:r>
        <w:br/>
        <w:t>* Мудрець.</w:t>
      </w:r>
    </w:p>
    <w:p>
      <w:r>
        <w:br/>
        <w:t>248&lt;br /&gt;</w:t>
        <w:br/>
        <w:t>З істоти нашої ти чудо-всесвіт вилив.&lt;br /&gt;</w:t>
        <w:br/>
        <w:t>Ми помилялися, де сам ти нас обмилив.&lt;br /&gt;</w:t>
        <w:br/>
        <w:t>Я кращим, аніж є, зробитися не можу,&lt;br /&gt;</w:t>
        <w:br/>
        <w:t>Бо ти таким мене в своєму тиглі вилив.</w:t>
      </w:r>
    </w:p>
    <w:p>
      <w:r>
        <w:br/>
        <w:t>249&lt;br /&gt;</w:t>
        <w:br/>
        <w:t>Я б за старе вино не взяв нову державу!&lt;br /&gt;</w:t>
        <w:br/>
        <w:t>Воно єдине путь тобі покаже праву.&lt;br /&gt;</w:t>
        <w:br/>
        <w:t>Цей жбан — коштовніший за царство Ферідуна,&lt;br /&gt;</w:t>
        <w:br/>
        <w:t>А черепок його — за Кай-Хосрова славу!</w:t>
      </w:r>
    </w:p>
    <w:p>
      <w:r>
        <w:br/>
        <w:t>250&lt;br /&gt;</w:t>
        <w:br/>
        <w:t>Чи знаєте, чому, як тьма тікає пріч,&lt;br /&gt;</w:t>
        <w:br/>
        <w:t>Звучить невесело ранковий півня клич?&lt;br /&gt;</w:t>
        <w:br/>
        <w:t>У Дзеркалі зорі він бачить, як даремно&lt;br /&gt;</w:t>
        <w:br/>
        <w:t>Минає ще одна неповоротна ніч.</w:t>
      </w:r>
    </w:p>
    <w:p>
      <w:r>
        <w:br/>
        <w:t>251&lt;br /&gt;</w:t>
        <w:br/>
        <w:t>Серед невігласів, упевнених, що путь&lt;br /&gt;</w:t>
        <w:br/>
        <w:t>Знання правдивого лиш їм відкрита, будь&lt;br /&gt;</w:t>
        <w:br/>
        <w:t>Ослом, як і вони, бо довговухі судді&lt;br /&gt;</w:t>
        <w:br/>
        <w:t>Усіх, хто не осли, кафірами зовуть.</w:t>
      </w:r>
    </w:p>
    <w:p>
      <w:r>
        <w:br/>
        <w:t>252&lt;br /&gt;</w:t>
        <w:br/>
        <w:t>Цей глек, як і мене, колись любов проймала,&lt;br /&gt;</w:t>
        <w:br/>
        <w:t>В кайдани кучерів розкішних завдавала.&lt;br /&gt;</w:t>
        <w:br/>
        <w:t>Ця ручка, що її ти бачиш біля шийки,-&lt;br /&gt;</w:t>
        <w:br/>
        <w:t>Рука, що дівчину за шию обіймала.</w:t>
      </w:r>
    </w:p>
    <w:p>
      <w:r>
        <w:br/>
        <w:t>253&lt;br /&gt;</w:t>
        <w:br/>
        <w:t>Я прагну свіжості рожевоюних щік,&lt;br /&gt;</w:t>
        <w:br/>
        <w:t>Томлюсь, побачивши лози прозорий сік,&lt;br /&gt;</w:t>
        <w:br/>
        <w:t>В усьому сущому волію частку мати,&lt;br /&gt;</w:t>
        <w:br/>
        <w:t>До того, як у прах я повернусь навік.</w:t>
      </w:r>
    </w:p>
    <w:p>
      <w:r>
        <w:br/>
        <w:t>254&lt;br /&gt;</w:t>
        <w:br/>
        <w:t>Хайяме, ти хмільний щодня бредеш — радій же!&lt;br /&gt;</w:t>
        <w:br/>
        <w:t>З місяцевидою ти річ ведеш — радій же!&lt;br /&gt;</w:t>
        <w:br/>
        <w:t>Все, що на світі є, спадає в небуття!&lt;br /&gt;</w:t>
        <w:br/>
        <w:t>Ти міг би прахом буть, а ти живеш — радій же!</w:t>
      </w:r>
    </w:p>
    <w:p>
      <w:r>
        <w:br/>
        <w:t>255&lt;br /&gt;</w:t>
        <w:br/>
        <w:t>Пий, поки сила є, душею не болій!&lt;br /&gt;</w:t>
        <w:br/>
        <w:t>Не згадуй давнього, відмовся від надій!&lt;br /&gt;</w:t>
        <w:br/>
        <w:t>Із цього захистку хвилинного в дорогу&lt;br /&gt;</w:t>
        <w:br/>
        <w:t>Й зерна ячмінного не візьме багатій!</w:t>
      </w:r>
    </w:p>
    <w:p>
      <w:r>
        <w:br/>
        <w:t>256&lt;br /&gt;</w:t>
        <w:br/>
        <w:t>Хай буде радістю тобі хвилина кожна!&lt;br /&gt;</w:t>
        <w:br/>
        <w:t>На трон утіхи сядь! Навіщо ця побожна&lt;br /&gt;</w:t>
        <w:br/>
        <w:t>Данина Небові — гріхи й покути? Треба&lt;br /&gt;</w:t>
        <w:br/>
        <w:t>Од світу брати все, що тільки взяти можна!</w:t>
      </w:r>
    </w:p>
    <w:p>
      <w:r>
        <w:br/>
        <w:t>257&lt;br /&gt;</w:t>
        <w:br/>
        <w:t>Я спав — і от мудрець мені у сні прорік:&lt;br /&gt;</w:t>
        <w:br/>
        <w:t>"Немає радощів для заспаних повік!&lt;br /&gt;</w:t>
        <w:br/>
        <w:t>Соннивче, ти забув, що сон — подоба смерті?&lt;br /&gt;</w:t>
        <w:br/>
        <w:t>Збудись, бо прийде час — і ти заснеш навік!"</w:t>
      </w:r>
    </w:p>
    <w:p>
      <w:r>
        <w:br/>
        <w:t>258&lt;br /&gt;</w:t>
        <w:br/>
        <w:t>Чи й далі житимеш серед турботи й нуди,&lt;br /&gt;</w:t>
        <w:br/>
        <w:t>Добро стягаючи, щоб вік прожить, як люди?&lt;br /&gt;</w:t>
        <w:br/>
        <w:t>Наповни келиха! Хто зна, чи встигнеш знову&lt;br /&gt;</w:t>
        <w:br/>
        <w:t>Повітря видихнуть, що увібрав у груди?</w:t>
      </w:r>
    </w:p>
    <w:p>
      <w:r>
        <w:br/>
        <w:t>259&lt;br /&gt;</w:t>
        <w:br/>
        <w:t>Творець, благослови мене добром твоїм,&lt;br /&gt;</w:t>
        <w:br/>
        <w:t>Щоб я не дякував за той кусок, що їм,&lt;br /&gt;</w:t>
        <w:br/>
        <w:t>Дурному й підлому! Щоб був я завжди п'яний,&lt;br /&gt;</w:t>
        <w:br/>
        <w:t>Щоб я про все забув, не турбувавсь нічим!</w:t>
      </w:r>
    </w:p>
    <w:p>
      <w:r>
        <w:br/>
        <w:t>260&lt;br /&gt;</w:t>
        <w:br/>
        <w:t>Тюльпани та троянди пурпурові —&lt;br /&gt;</w:t>
        <w:br/>
        <w:t>Тим пурпурові, що зросли із крові&lt;br /&gt;</w:t>
        <w:br/>
        <w:t>Мужів великих. А ота фіалка&lt;br /&gt;</w:t>
        <w:br/>
        <w:t>Із ока дівчини зросла в діброві.</w:t>
      </w:r>
    </w:p>
    <w:p>
      <w:r>
        <w:br/>
        <w:t>261&lt;br /&gt;</w:t>
        <w:br/>
        <w:t>Як тільки ранок прожене пітьму,&lt;br /&gt;</w:t>
        <w:br/>
        <w:t>Я знову келих із вином візьму.&lt;br /&gt;</w:t>
        <w:br/>
        <w:t>Відомо, що в вині є гіркота...&lt;br /&gt;</w:t>
        <w:br/>
        <w:t>Це значить: істина сама в ньому.</w:t>
      </w:r>
    </w:p>
    <w:p>
      <w:r>
        <w:br/>
        <w:t>262&lt;br /&gt;</w:t>
        <w:br/>
        <w:t>Душі жалобного не накидай убрання,&lt;br /&gt;</w:t>
        <w:br/>
        <w:t>Із книги радості не припиняй читання,&lt;br /&gt;</w:t>
        <w:br/>
        <w:t>Пий келихом вино, сповняй свої бажання,&lt;br /&gt;</w:t>
        <w:br/>
        <w:t>Бо може статися, що мить оця — остання.</w:t>
      </w:r>
    </w:p>
    <w:p>
      <w:r>
        <w:br/>
        <w:t>263&lt;br /&gt;</w:t>
        <w:br/>
        <w:t>На Долю нетривку не покладай надій&lt;br /&gt;</w:t>
        <w:br/>
        <w:t>I Часу гострий меч розпізнавати вмій!&lt;br /&gt;</w:t>
        <w:br/>
        <w:t>Халву, що покладе тобі Фортуна в рота,&lt;br /&gt;</w:t>
        <w:br/>
        <w:t>Ковтать не поспішай, бо є отрута в ній.</w:t>
      </w:r>
    </w:p>
    <w:p>
      <w:r>
        <w:br/>
        <w:t>264&lt;br /&gt;</w:t>
        <w:br/>
        <w:t>Цей караван-сарай із парою воріт&lt;br /&gt;</w:t>
        <w:br/>
        <w:t>Готує муки нам і квапить наш відхід.&lt;br /&gt;</w:t>
        <w:br/>
        <w:t>Щасливий тільки той, хто не прийшов на землю,&lt;br /&gt;</w:t>
        <w:br/>
        <w:t>Блаженний тільки той, хто не родивсь на світ.</w:t>
      </w:r>
    </w:p>
    <w:p>
      <w:r>
        <w:br/>
        <w:t>265&lt;br /&gt;</w:t>
        <w:br/>
        <w:t>Пожалься, Господи, душі, що потерпає&lt;br /&gt;</w:t>
        <w:br/>
        <w:t>В полоні давньому, звідкіль путі немає!&lt;br /&gt;</w:t>
        <w:br/>
        <w:t>Ніг, що самі несуть мене в полон, пожалься!&lt;br /&gt;</w:t>
        <w:br/>
        <w:t>На руку згляньсь мою, що піали шукає!</w:t>
      </w:r>
    </w:p>
    <w:p>
      <w:r>
        <w:br/>
        <w:t>266&lt;br /&gt;</w:t>
        <w:br/>
        <w:t>Не слухай голосу продажного піїти,&lt;br /&gt;</w:t>
        <w:br/>
        <w:t>Будь там, де п'ють вино, де є красуні й квіти!&lt;br /&gt;</w:t>
        <w:br/>
        <w:t>Один по одному ідуть у безвість люди —&lt;br /&gt;</w:t>
        <w:br/>
        <w:t>Й немає жодного, хто б повернувся звідти.</w:t>
      </w:r>
    </w:p>
    <w:p>
      <w:r>
        <w:br/>
        <w:t>267&lt;br /&gt;</w:t>
        <w:br/>
        <w:t>О раб семи планет і чотирьох стихій,&lt;br /&gt;</w:t>
        <w:br/>
        <w:t>Що вічно трусишся в пропасниці лихій!&lt;br /&gt;</w:t>
        <w:br/>
        <w:t>Зречися радості! На цім розпутті спраги&lt;br /&gt;</w:t>
        <w:br/>
        <w:t>Про поворот назад і думати не смій!</w:t>
      </w:r>
    </w:p>
    <w:p>
      <w:r>
        <w:br/>
        <w:t>268&lt;br /&gt;</w:t>
        <w:br/>
        <w:t>І грудочка землі, й пилиночка мала&lt;br /&gt;</w:t>
        <w:br/>
        <w:t>Були частинами прекрасного чола.&lt;br /&gt;</w:t>
        <w:br/>
        <w:t>Легенько ж куряву стирай з лиця красуні,&lt;br /&gt;</w:t>
        <w:br/>
        <w:t>Бо й курява колись красунею була.</w:t>
      </w:r>
    </w:p>
    <w:p>
      <w:r>
        <w:br/>
        <w:t>269&lt;br /&gt;</w:t>
        <w:br/>
        <w:t>На жбан, з якого п'є поденщина проста,&lt;br /&gt;</w:t>
        <w:br/>
        <w:t>Пішла султана плоть, дастура кров свята,&lt;br /&gt;</w:t>
        <w:br/>
        <w:t>А на коновочку, з якої п'ють гуляки,-&lt;br /&gt;</w:t>
        <w:br/>
        <w:t>Щока опиуса і дівчини уста.</w:t>
      </w:r>
    </w:p>
    <w:p>
      <w:r>
        <w:br/>
        <w:t>270&lt;br /&gt;</w:t>
        <w:br/>
        <w:t>Так мало радості в цьому земному колі!&lt;br /&gt;</w:t>
        <w:br/>
        <w:t>Тож не схиляй чола, будь весел і в неволі!&lt;br /&gt;</w:t>
        <w:br/>
        <w:t>Тримайся з мудрими, бо й сам ти тільки легіт,&lt;br /&gt;</w:t>
        <w:br/>
        <w:t>Вода, вогонь та пил, що віється у полі.</w:t>
      </w:r>
    </w:p>
    <w:p>
      <w:r>
        <w:br/>
        <w:t>271&lt;br /&gt;</w:t>
        <w:br/>
        <w:t>Іде життя моє безрадісно і вбого,&lt;br /&gt;</w:t>
        <w:br/>
        <w:t>Роблю без виробу й не зароблю нічого.&lt;br /&gt;</w:t>
        <w:br/>
        <w:t>Спасибі Вишньому, що хоч біди та злиднів&lt;br /&gt;</w:t>
        <w:br/>
        <w:t>Нам не доводиться випрохувать ні в кого.</w:t>
      </w:r>
    </w:p>
    <w:p>
      <w:r>
        <w:br/>
        <w:t>272&lt;br /&gt;</w:t>
        <w:br/>
        <w:t>Одні по кручах бід усе життя блукають&lt;br /&gt;</w:t>
        <w:br/>
        <w:t>I хто вирішує всі справи їх — не знають.&lt;br /&gt;</w:t>
        <w:br/>
        <w:t>А ці вишукують нагоду лиш — і потім&lt;br /&gt;</w:t>
        <w:br/>
        <w:t>Усе доконують, що загодя рішають.</w:t>
      </w:r>
    </w:p>
    <w:p>
      <w:r>
        <w:br/>
        <w:t>273&lt;br /&gt;</w:t>
        <w:br/>
        <w:t>Аж поки з бідними біди не наберешся&lt;br /&gt;</w:t>
        <w:br/>
        <w:t>I кров'ю власною не раз, не два заллєшся,&lt;br /&gt;</w:t>
        <w:br/>
        <w:t>Добра не діждешся... Не діждешся, хіба що,&lt;br /&gt;</w:t>
        <w:br/>
        <w:t>Немов закоханий, ти сам себе зречешся,</w:t>
      </w:r>
    </w:p>
    <w:p>
      <w:r>
        <w:br/>
        <w:t>274&lt;br /&gt;</w:t>
        <w:br/>
        <w:t>Коли нова весна вбере долини дно,&lt;br /&gt;</w:t>
        <w:br/>
        <w:t>О люба, міркою хай цідять нам вино!&lt;br /&gt;</w:t>
        <w:br/>
        <w:t>На пекло, гурій, рай не дуже розраховуй,&lt;br /&gt;</w:t>
        <w:br/>
        <w:t>Адже у нас про них говорять не в одно.</w:t>
      </w:r>
    </w:p>
    <w:p>
      <w:r>
        <w:br/>
        <w:t>275&lt;br /&gt;</w:t>
        <w:br/>
        <w:t>Коли у мудрого є тайна будь-яка,&lt;br /&gt;</w:t>
        <w:br/>
        <w:t>Хай в серці криється у нього, як Анк&amp;#225;*.&lt;br /&gt;</w:t>
        <w:br/>
        <w:t>З малої рісочки стає перлина в мушлі,&lt;br /&gt;</w:t>
        <w:br/>
        <w:t>Коли глибінь її оточує морська.</w:t>
      </w:r>
    </w:p>
    <w:p>
      <w:r>
        <w:br/>
        <w:t>* Казковий птах.</w:t>
      </w:r>
    </w:p>
    <w:p>
      <w:r>
        <w:br/>
        <w:t>276&lt;br /&gt;</w:t>
        <w:br/>
        <w:t>Я тільки й знаю, що знання шукаю,&lt;br /&gt;</w:t>
        <w:br/>
        <w:t>В найглибші таємниці проникаю.&lt;br /&gt;</w:t>
        <w:br/>
        <w:t>Я думаю вже сімдесят два роки —&lt;br /&gt;</w:t>
        <w:br/>
        <w:t>I бачу, що нічого я не знаю.</w:t>
      </w:r>
    </w:p>
    <w:p>
      <w:r>
        <w:br/>
        <w:t>277&lt;br /&gt;</w:t>
        <w:br/>
        <w:t>Надії зернятко серед зерна зостанеться.&lt;br /&gt;</w:t>
        <w:br/>
        <w:t>Не буде нас, а дім і глек вина зостанеться.&lt;br /&gt;</w:t>
        <w:br/>
        <w:t>Пропий із друзями все золото, що маєш!&lt;br /&gt;</w:t>
        <w:br/>
        <w:t>А ні, то ворогу твоя казна дістанеться.</w:t>
      </w:r>
    </w:p>
    <w:p>
      <w:r>
        <w:br/>
        <w:t>278&lt;br /&gt;</w:t>
        <w:br/>
        <w:t>Мене всі недруги філософом зовуть.&lt;br /&gt;</w:t>
        <w:br/>
        <w:t>Бог свідок, що обрав собі я іншу путь.&lt;br /&gt;</w:t>
        <w:br/>
        <w:t>Прийшовши з безвісті у цю долину горя,&lt;br /&gt;</w:t>
        <w:br/>
        <w:t>Принаймні знаю я, ким сам я хочу буть.</w:t>
      </w:r>
    </w:p>
    <w:p>
      <w:r>
        <w:br/>
        <w:t>279&lt;br /&gt;</w:t>
        <w:br/>
        <w:t>Цей світ і дня мені не дав прожить на волі,&lt;br /&gt;</w:t>
        <w:br/>
        <w:t>Своїми втіхами не тамував він болі.&lt;br /&gt;</w:t>
        <w:br/>
        <w:t>Довгенько вчився я в його суворій школі,&lt;br /&gt;</w:t>
        <w:br/>
        <w:t>Та не скінчив її, не став я майстром Долі.</w:t>
      </w:r>
    </w:p>
    <w:p>
      <w:r>
        <w:br/>
        <w:t>280&lt;br /&gt;</w:t>
        <w:br/>
        <w:t>Не можу сонця я сховать за рожі-квіти,&lt;br /&gt;</w:t>
        <w:br/>
        <w:t>Ні тайну виявить, яку привик таїти.&lt;br /&gt;</w:t>
        <w:br/>
        <w:t>У океані дум знайшов перлину — розум,&lt;br /&gt;</w:t>
        <w:br/>
        <w:t>I я перлину ту не смію провертіти.</w:t>
      </w:r>
    </w:p>
    <w:p>
      <w:r>
        <w:br/>
        <w:t>281&lt;br /&gt;</w:t>
        <w:br/>
        <w:t>Ми — сонце щастя й горя океан.&lt;br /&gt;</w:t>
        <w:br/>
        <w:t>Ми справедливість любим — і обман.&lt;br /&gt;</w:t>
        <w:br/>
        <w:t>Злі й добрі ми, довершені й нікчемні,&lt;br /&gt;</w:t>
        <w:br/>
        <w:t>Іржаве дзеркало й Джемшідів жбан.</w:t>
      </w:r>
    </w:p>
    <w:p>
      <w:r>
        <w:br/>
        <w:t>282&lt;br /&gt;</w:t>
        <w:br/>
        <w:t>Я не по бідності обходжусь без вина.&lt;br /&gt;</w:t>
        <w:br/>
        <w:t>Мені ні суд людський, ні кара не страшна.&lt;br /&gt;</w:t>
        <w:br/>
        <w:t>Я п'ю лише тоді, коли на серці радість.&lt;br /&gt;</w:t>
        <w:br/>
        <w:t>А нині в серці ти — і я не п'ю вина!</w:t>
      </w:r>
    </w:p>
    <w:p>
      <w:r>
        <w:br/>
        <w:t>283&lt;br /&gt;</w:t>
        <w:br/>
        <w:t>Хто-небудь виступить і всім гукає: "Ось я!"&lt;br /&gt;</w:t>
        <w:br/>
        <w:t>Сріблом і золотом у вічі сяє: "Ось я!"&lt;br /&gt;</w:t>
        <w:br/>
        <w:t>Та тільки, тільки-но налагодиться жити,&lt;br /&gt;</w:t>
        <w:br/>
        <w:t>Як Смерть із засідки вже виступає: "Ось я!"</w:t>
      </w:r>
    </w:p>
    <w:p>
      <w:r>
        <w:br/>
        <w:t>284&lt;br /&gt;</w:t>
        <w:br/>
        <w:t>Назавжди вийшов я з недоброго житла,&lt;br /&gt;</w:t>
        <w:br/>
        <w:t>Де порохом стають усі людські діла.&lt;br /&gt;</w:t>
        <w:br/>
        <w:t>Хай той потішиться, що смерть мене взяла,&lt;br /&gt;</w:t>
        <w:br/>
        <w:t>Хто вигулькне живий із-під її крила.</w:t>
      </w:r>
    </w:p>
    <w:p>
      <w:r>
        <w:br/>
        <w:t>285&lt;br /&gt;</w:t>
        <w:br/>
        <w:t>Ще вчора виспіли плоди твоїх надій,&lt;br /&gt;</w:t>
        <w:br/>
        <w:t>Усе одержав ти, чого жадав, радій!&lt;br /&gt;</w:t>
        <w:br/>
        <w:t>Та знай: без тебе все рішається зарані,&lt;br /&gt;</w:t>
        <w:br/>
        <w:t>Що потім на путі трапляється твоїй.</w:t>
      </w:r>
    </w:p>
    <w:p>
      <w:r>
        <w:br/>
        <w:t>286&lt;br /&gt;</w:t>
        <w:br/>
        <w:t>Купив я глечика у гончара в крамниці,&lt;br /&gt;</w:t>
        <w:br/>
        <w:t>I він одкрив мені предивні таємниці.&lt;br /&gt;</w:t>
        <w:br/>
        <w:t>Він мовив: "Був я шах, мав щирозлотний келих&lt;br /&gt;</w:t>
        <w:br/>
        <w:t>I став я глечиком для кожного п'яниці!"</w:t>
      </w:r>
    </w:p>
    <w:p>
      <w:r>
        <w:br/>
        <w:t>287&lt;br /&gt;</w:t>
        <w:br/>
        <w:t>З гілля надій моїх діждавши урожаю,&lt;br /&gt;</w:t>
        <w:br/>
        <w:t>Своєї долі нить простежу я до краю.&lt;br /&gt;</w:t>
        <w:br/>
        <w:t>Чи довго скнітиму в тіснім життя затворі?&lt;br /&gt;</w:t>
        <w:br/>
        <w:t>Коли до небуття я двері відшукаю?</w:t>
      </w:r>
    </w:p>
    <w:p>
      <w:r>
        <w:br/>
        <w:t>288&lt;br /&gt;</w:t>
        <w:br/>
        <w:t>Якби в ділах Небес неправди не було,&lt;br /&gt;</w:t>
        <w:br/>
        <w:t>Ніхто б не докоряв їм за щоденне зло.&lt;br /&gt;</w:t>
        <w:br/>
        <w:t>Якби над Долею стояла справедливість,&lt;br /&gt;</w:t>
        <w:br/>
        <w:t>Чому б у мудрого схилялося чоло?</w:t>
      </w:r>
    </w:p>
    <w:p>
      <w:r>
        <w:br/>
        <w:t>289&lt;br /&gt;</w:t>
        <w:br/>
        <w:t>Для тебе загадки в житті на кожнім кроці,&lt;br /&gt;</w:t>
        <w:br/>
        <w:t>Ти в мислях плаваєш, як тріска у потоці.&lt;br /&gt;</w:t>
        <w:br/>
        <w:t>Із квітів та вина влаштуй для себе рай,&lt;br /&gt;</w:t>
        <w:br/>
        <w:t>Бо хто зна, чи його ти знайдеш на тім боці.</w:t>
      </w:r>
    </w:p>
    <w:p>
      <w:r>
        <w:br/>
        <w:t>290&lt;br /&gt;</w:t>
        <w:br/>
        <w:t>Цей океан буття прийшов із тьми віків.&lt;br /&gt;</w:t>
        <w:br/>
        <w:t>Перлину тайн його ніхто не провертів.&lt;br /&gt;</w:t>
        <w:br/>
        <w:t>Ми розмовляємо про наші власні справи,&lt;br /&gt;</w:t>
        <w:br/>
        <w:t>А перед тим, що є, ми не знаходим слів.</w:t>
      </w:r>
    </w:p>
    <w:p>
      <w:r>
        <w:br/>
        <w:t>291&lt;br /&gt;</w:t>
        <w:br/>
        <w:t>Вставай і серце нам розвесели, кохана!&lt;br /&gt;</w:t>
        <w:br/>
        <w:t>Від погляду твого зціліє в серці рана.&lt;br /&gt;</w:t>
        <w:br/>
        <w:t>Налий вина, а ми — укупі вип'єм, поки&lt;br /&gt;</w:t>
        <w:br/>
        <w:t>Із праху нашого не виліпили жбана.</w:t>
      </w:r>
    </w:p>
    <w:p>
      <w:r>
        <w:br/>
        <w:t>292&lt;br /&gt;</w:t>
        <w:br/>
        <w:t>Приводять одного, щоб іншого забрати,&lt;br /&gt;</w:t>
        <w:br/>
        <w:t>Щоб тайни вічної нікому не пізнати.&lt;br /&gt;</w:t>
        <w:br/>
        <w:t>Ми помацки йдемо: життя — це тільки чаша,&lt;br /&gt;</w:t>
        <w:br/>
        <w:t>Призначена вино п'яницям одміряти.</w:t>
      </w:r>
    </w:p>
    <w:p>
      <w:r>
        <w:br/>
        <w:t>293&lt;br /&gt;</w:t>
        <w:br/>
        <w:t>Це лихо грається зі мною не з учора.&lt;br /&gt;</w:t>
        <w:br/>
        <w:t>Ти щастям чванишся... Та чи тривка ж підпора&lt;br /&gt;</w:t>
        <w:br/>
        <w:t>Те щастя? Не стоїть на місці небо. Доля&lt;br /&gt;</w:t>
        <w:br/>
        <w:t>На всякі витівки, на всякі штуки скора.</w:t>
      </w:r>
    </w:p>
    <w:p>
      <w:r>
        <w:br/>
        <w:t>294&lt;br /&gt;</w:t>
        <w:br/>
        <w:t>Людина муками звільняється з оков.&lt;br /&gt;</w:t>
        <w:br/>
        <w:t>I крапелька води, в тісний попавши схов,&lt;br /&gt;</w:t>
        <w:br/>
        <w:t>Стає перлиною. Хто втратив, той добуде —&lt;br /&gt;</w:t>
        <w:br/>
        <w:t>I келих випитий запорожниться знов.</w:t>
      </w:r>
    </w:p>
    <w:p>
      <w:r>
        <w:br/>
        <w:t>295&lt;br /&gt;</w:t>
        <w:br/>
        <w:t>Від чорної землі до зоряної тверді&lt;br /&gt;</w:t>
        <w:br/>
        <w:t>Й на мить не припиняв я пошуки уперті.&lt;br /&gt;</w:t>
        <w:br/>
        <w:t>Я мислю гострою усі вузли розплутав —&lt;br /&gt;</w:t>
        <w:br/>
        <w:t>I тільки не зумів розплутать вузол смерті.</w:t>
      </w:r>
    </w:p>
    <w:p>
      <w:r>
        <w:br/>
        <w:t>296&lt;br /&gt;</w:t>
        <w:br/>
        <w:t>Як парість вічного зросла з твого садочка,&lt;br /&gt;</w:t>
        <w:br/>
        <w:t>Як надокучила тісна життя сорочка,-&lt;br /&gt;</w:t>
        <w:br/>
        <w:t>Шатру тілесному хисткому не звіряйся:&lt;br /&gt;</w:t>
        <w:br/>
        <w:t>Немає жодного тривкого в нім кілочка.</w:t>
      </w:r>
    </w:p>
    <w:p>
      <w:r>
        <w:br/>
        <w:t>297&lt;br /&gt;</w:t>
        <w:br/>
        <w:t>Плює услід мені судьба моя проклята.&lt;br /&gt;</w:t>
        <w:br/>
        <w:t>Як не стараюся, дарма, все йде до ката.&lt;br /&gt;</w:t>
        <w:br/>
        <w:t>Душа збирається. "Побудь",— кажу — і чую:&lt;br /&gt;</w:t>
        <w:br/>
        <w:t>"Де ж я тулитимусь? Розвалюється хата!"</w:t>
      </w:r>
    </w:p>
    <w:p>
      <w:r>
        <w:br/>
        <w:t>298&lt;br /&gt;</w:t>
        <w:br/>
        <w:t>Усе, що в тебе є, туманом розтає.&lt;br /&gt;</w:t>
        <w:br/>
        <w:t>Нікчемністю стає, що маєш за своє.&lt;br /&gt;</w:t>
        <w:br/>
        <w:t>Вважай, що все, що є, на світі не існує,&lt;br /&gt;</w:t>
        <w:br/>
        <w:t>А те, чого нема на цьому світі, є.</w:t>
      </w:r>
    </w:p>
    <w:p>
      <w:r>
        <w:br/>
        <w:t>299&lt;br /&gt;</w:t>
        <w:br/>
        <w:t>Не зупиняється небесна колісниця,&lt;br /&gt;</w:t>
        <w:br/>
        <w:t>Не насищається людьми земля-землиця.&lt;br /&gt;</w:t>
        <w:br/>
        <w:t>Ти радий, що тебе вона ще не пожерла?&lt;br /&gt;</w:t>
        <w:br/>
        <w:t>Не поспішай радіть: вона не забариться.</w:t>
      </w:r>
    </w:p>
    <w:p>
      <w:r>
        <w:br/>
        <w:t>300&lt;br /&gt;</w:t>
        <w:br/>
        <w:t>Якщо одним коржем я можу два дні жить&lt;br /&gt;</w:t>
        <w:br/>
        <w:t>I пити з черепка, що на землі лежить,-&lt;br /&gt;</w:t>
        <w:br/>
        <w:t>Навіщо меншому за себе підклонятись,&lt;br /&gt;</w:t>
        <w:br/>
        <w:t>Навіщо наймитом у рівного служить?</w:t>
      </w:r>
    </w:p>
    <w:p>
      <w:r>
        <w:br/>
        <w:t>301&lt;br /&gt;</w:t>
        <w:br/>
        <w:t>Погляньте, очі, на тісні могили,&lt;br /&gt;</w:t>
        <w:br/>
        <w:t>На світ, де діють зловорожі сили!&lt;br /&gt;</w:t>
        <w:br/>
        <w:t>Царі, князі — в грязі, осяйні лиця&lt;br /&gt;</w:t>
        <w:br/>
        <w:t>Жерущі хробаки заполонили.</w:t>
      </w:r>
    </w:p>
    <w:p>
      <w:r>
        <w:br/>
        <w:t>302&lt;br /&gt;</w:t>
        <w:br/>
        <w:t>Чи ще служитимеш для підлості людської?&lt;br /&gt;</w:t>
        <w:br/>
        <w:t>Не квапся мухою до страви будь-якої!&lt;br /&gt;</w:t>
        <w:br/>
        <w:t>На два дні корж купуй, ні перед ким не гнися,&lt;br /&gt;</w:t>
        <w:br/>
        <w:t>Пий краще власну кров, аніж чужі напої!</w:t>
      </w:r>
    </w:p>
    <w:p>
      <w:r>
        <w:br/>
        <w:t>303&lt;br /&gt;</w:t>
        <w:br/>
        <w:t>Я б краще вороном копався у ріллі,&lt;br /&gt;</w:t>
        <w:br/>
        <w:t>Ніж у негідника живився при столі.&lt;br /&gt;</w:t>
        <w:br/>
        <w:t>Сухим окрайчиком задовольнятись краще,&lt;br /&gt;</w:t>
        <w:br/>
        <w:t>Ніж губи мазати в чужому киселі.</w:t>
      </w:r>
    </w:p>
    <w:p>
      <w:r>
        <w:br/>
        <w:t>304&lt;br /&gt;</w:t>
        <w:br/>
        <w:t>Цей топче стежечку до монастирських брам,&lt;br /&gt;</w:t>
        <w:br/>
        <w:t>Той шлях до Істини собі торує сам...&lt;br /&gt;</w:t>
        <w:br/>
        <w:t>Боюсь, настане день і пролунає голос:&lt;br /&gt;</w:t>
        <w:br/>
        <w:t>"Ви блудите, сліпці! Не тут вона й не там!"</w:t>
      </w:r>
    </w:p>
    <w:p>
      <w:r>
        <w:br/>
        <w:t>305&lt;br /&gt;</w:t>
        <w:br/>
        <w:t>На учті мудрості зняв мову друг вина&lt;br /&gt;</w:t>
        <w:br/>
        <w:t>(Рум і Аравію збентежила вона):&lt;br /&gt;</w:t>
        <w:br/>
        <w:t>"Не вірю твердженню, що є вина в вині,&lt;br /&gt;</w:t>
        <w:br/>
        <w:t>Коли сам Бог сказав, що проститься вина!"</w:t>
      </w:r>
    </w:p>
    <w:p>
      <w:r>
        <w:br/>
        <w:t>306&lt;br /&gt;</w:t>
        <w:br/>
        <w:t>Ні втоми ти не знав, ні голоду не чув;&lt;br /&gt;</w:t>
        <w:br/>
        <w:t>Ти все, чим томишся, від чотирьох здобув *.&lt;br /&gt;</w:t>
        <w:br/>
        <w:t>Та кожний забере свій дар у тебе — й знову&lt;br /&gt;</w:t>
        <w:br/>
        <w:t>Ти зробишся таким, яким спочатку був.</w:t>
      </w:r>
    </w:p>
    <w:p>
      <w:r>
        <w:br/>
        <w:t>* Ідеться про чотири стихії.</w:t>
      </w:r>
    </w:p>
    <w:p>
      <w:r>
        <w:br/>
        <w:t>307&lt;br /&gt;</w:t>
        <w:br/>
        <w:t>Кульгава старість, юність бистронога —&lt;br /&gt;</w:t>
        <w:br/>
        <w:t>Все товпиться до вічного порога.&lt;br /&gt;</w:t>
        <w:br/>
        <w:t>Недовго світом тішаться живі:&lt;br /&gt;</w:t>
        <w:br/>
        <w:t>Всі підем геть, у всіх — одна дорога.</w:t>
      </w:r>
    </w:p>
    <w:p>
      <w:r>
        <w:br/>
        <w:t>308&lt;br /&gt;</w:t>
        <w:br/>
        <w:t>В сулії лал вина — як в рудні потайній;&lt;br /&gt;</w:t>
        <w:br/>
        <w:t>У тілі нашім дух — як в піалі напій;&lt;br /&gt;</w:t>
        <w:br/>
        <w:t>А світлий келих той, що від вина сміється,-&lt;br /&gt;</w:t>
        <w:br/>
        <w:t>Сльоза, що кров лози захована у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