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Русалка</w:t>
      </w:r>
    </w:p>
    <w:p>
      <w:r>
        <w:br/>
        <w:t xml:space="preserve"> (ПОЕМА В НАРОДНОМУ СТИЛІ)</w:t>
      </w:r>
    </w:p>
    <w:p>
      <w:r>
        <w:br/>
        <w:t>1</w:t>
      </w:r>
    </w:p>
    <w:p>
      <w:r>
        <w:br/>
        <w:t>Коло річки, у садочку&lt;br /&gt;</w:t>
        <w:br/>
        <w:t>Маленька хатина, –&lt;br /&gt;</w:t>
        <w:br/>
        <w:t>У хатині чорнобрива&lt;br /&gt;</w:t>
        <w:br/>
        <w:t>Молода дівчина.</w:t>
      </w:r>
    </w:p>
    <w:p>
      <w:r>
        <w:br/>
        <w:t>Щовечора, як зіронька&lt;br /&gt;</w:t>
        <w:br/>
        <w:t>До місяця сходить,&lt;br /&gt;</w:t>
        <w:br/>
        <w:t>Молодая дівчинонька&lt;br /&gt;</w:t>
        <w:br/>
        <w:t>В садочок виходить.</w:t>
      </w:r>
    </w:p>
    <w:p>
      <w:r>
        <w:br/>
        <w:t>Тож виходить сама з хати&lt;br /&gt;</w:t>
        <w:br/>
        <w:t>У ясную нічку, –&lt;br /&gt;</w:t>
        <w:br/>
        <w:t>А тим часом козаченько&lt;br /&gt;</w:t>
        <w:br/>
        <w:t>Перепливе річку,</w:t>
      </w:r>
    </w:p>
    <w:p>
      <w:r>
        <w:br/>
        <w:t>Як приверне к бережечку,&lt;br /&gt;</w:t>
        <w:br/>
        <w:t>Човничок прив’яже, –&lt;br /&gt;</w:t>
        <w:br/>
        <w:t>Уклониться дівчиноньці,&lt;br /&gt;</w:t>
        <w:br/>
        <w:t>"Добривечір" скаже.</w:t>
      </w:r>
    </w:p>
    <w:p>
      <w:r>
        <w:br/>
        <w:t>По садочку собі ходять,&lt;br /&gt;</w:t>
        <w:br/>
        <w:t>За руки візьмуться,&lt;br /&gt;</w:t>
        <w:br/>
        <w:t>Розмовляють та радяться,&lt;br /&gt;</w:t>
        <w:br/>
        <w:t>Коли поберуться.</w:t>
      </w:r>
    </w:p>
    <w:p>
      <w:r>
        <w:br/>
        <w:t>"Ой коли ж ми поберемось,&lt;br /&gt;</w:t>
        <w:br/>
        <w:t>Дівчинонько-роже?" –&lt;br /&gt;</w:t>
        <w:br/>
        <w:t>"Уосени, козаченьку,&lt;br /&gt;</w:t>
        <w:br/>
        <w:t>Як бог нам поможе!.."</w:t>
      </w:r>
    </w:p>
    <w:p>
      <w:r>
        <w:br/>
        <w:t>У коханій розмовоньці&lt;br /&gt;</w:t>
        <w:br/>
        <w:t>Швидко ніч проходить,&lt;br /&gt;</w:t>
        <w:br/>
        <w:t>Блідне місяць, гаснуть зорі,&lt;br /&gt;</w:t>
        <w:br/>
        <w:t>І сонечко сходить…</w:t>
      </w:r>
    </w:p>
    <w:p>
      <w:r>
        <w:br/>
        <w:t>Сіда хлопець у свій човник&lt;br /&gt;</w:t>
        <w:br/>
        <w:t>Та бере весельце;&lt;br /&gt;</w:t>
        <w:br/>
        <w:t>Стиснув ручку, махнув веслом:&lt;br /&gt;</w:t>
        <w:br/>
        <w:t>"Прощай, Ксеню, серце!"</w:t>
      </w:r>
    </w:p>
    <w:p>
      <w:r>
        <w:br/>
        <w:t>2</w:t>
      </w:r>
    </w:p>
    <w:p>
      <w:r>
        <w:br/>
        <w:t>Осінь надходить, літо минає,&lt;br /&gt;</w:t>
        <w:br/>
        <w:t>Вже ж за дівчину козак не дбає.&lt;br /&gt;</w:t>
        <w:br/>
        <w:t>Вже старостоньки скрізь походжають,&lt;br /&gt;</w:t>
        <w:br/>
        <w:t>Ксенину ж хату вони минають.</w:t>
      </w:r>
    </w:p>
    <w:p>
      <w:r>
        <w:br/>
        <w:t>Йдуть до сусіда в новую хату, –&lt;br /&gt;</w:t>
        <w:br/>
        <w:t>Сватають в його дочку багату!..&lt;br /&gt;</w:t>
        <w:br/>
        <w:t>Чує Оксеня смутну новину, –&lt;br /&gt;</w:t>
        <w:br/>
        <w:t>Що свата милий іншу дівчину;</w:t>
      </w:r>
    </w:p>
    <w:p>
      <w:r>
        <w:br/>
        <w:t>Уже сьогодні їх заручають,&lt;br /&gt;</w:t>
        <w:br/>
        <w:t>А через тиждень і повінчають…&lt;br /&gt;</w:t>
        <w:br/>
        <w:t>Наче байдужа дівчина ходить, –&lt;br /&gt;</w:t>
        <w:br/>
        <w:t>Вийде ж в садочок та й сльози ронить.</w:t>
      </w:r>
    </w:p>
    <w:p>
      <w:r>
        <w:br/>
        <w:t>Рушнички шиті лежать у скрині,&lt;br /&gt;</w:t>
        <w:br/>
        <w:t>Вже не клопочуть вони дівчини!&lt;br /&gt;</w:t>
        <w:br/>
        <w:t>В журбі та в тузі тиждень минає,&lt;br /&gt;</w:t>
        <w:br/>
        <w:t>По селу ж ходить та "молодая",</w:t>
      </w:r>
    </w:p>
    <w:p>
      <w:r>
        <w:br/>
        <w:t>У кожду хату вона вступає,&lt;br /&gt;</w:t>
        <w:br/>
        <w:t>На дівич-вечір дружок збирає,&lt;br /&gt;</w:t>
        <w:br/>
        <w:t>І до Оксені заходить в хату, –&lt;br /&gt;</w:t>
        <w:br/>
        <w:t>Тож на весілля її прохати:</w:t>
      </w:r>
    </w:p>
    <w:p>
      <w:r>
        <w:br/>
        <w:t>"Прошу, сестрице, тебе, голубко,&lt;br /&gt;</w:t>
        <w:br/>
        <w:t>За старшу дружку до мене, любко!" –&lt;br /&gt;</w:t>
        <w:br/>
        <w:t>"Не можу, серце!.. я б і радніша;&lt;br /&gt;</w:t>
        <w:br/>
        <w:t>За дружку в тебе хай стане інша".</w:t>
      </w:r>
    </w:p>
    <w:p>
      <w:r>
        <w:br/>
        <w:t>"Отак, сестрице! отак мовляєш!&lt;br /&gt;</w:t>
        <w:br/>
        <w:t>Певне, мене ти більш не кохаєш!" –&lt;br /&gt;</w:t>
        <w:br/>
        <w:t>"Не гнівайсь, серце, за мої речі…&lt;br /&gt;</w:t>
        <w:br/>
        <w:t>Прийду сьогодні на дівич-вечір!</w:t>
      </w:r>
    </w:p>
    <w:p>
      <w:r>
        <w:br/>
        <w:t>Тебе, сестрице, я не забуду, –&lt;br /&gt;</w:t>
        <w:br/>
        <w:t>За старшу дружку у тебе буду".</w:t>
      </w:r>
    </w:p>
    <w:p>
      <w:r>
        <w:br/>
        <w:t>(Згодилась, прийде, хоч тяжко дуже.&lt;br /&gt;</w:t>
        <w:br/>
        <w:t>Вдасть перед милим, що їй байдуже).&lt;br /&gt;</w:t>
        <w:br/>
        <w:t>Йде молодая весела з хати, –&lt;br /&gt;</w:t>
        <w:br/>
        <w:t>Смутна Оксеня випроводжати…</w:t>
      </w:r>
    </w:p>
    <w:p>
      <w:r>
        <w:br/>
        <w:t>3</w:t>
      </w:r>
    </w:p>
    <w:p>
      <w:r>
        <w:br/>
        <w:t>У суботу в молодої&lt;br /&gt;</w:t>
        <w:br/>
        <w:t>Та великий збір,&lt;br /&gt;</w:t>
        <w:br/>
        <w:t>То ж сходяться подруженьки&lt;br /&gt;</w:t>
        <w:br/>
        <w:t>До неї у двір.</w:t>
      </w:r>
    </w:p>
    <w:p>
      <w:r>
        <w:br/>
        <w:t>За столом вже молодая&lt;br /&gt;</w:t>
        <w:br/>
        <w:t>Сіла на посад,&lt;br /&gt;</w:t>
        <w:br/>
        <w:t>На лавочках всі дружечки&lt;br /&gt;</w:t>
        <w:br/>
        <w:t>Посідали вряд.</w:t>
      </w:r>
    </w:p>
    <w:p>
      <w:r>
        <w:br/>
        <w:t>Старша дружка жалібної&lt;br /&gt;</w:t>
        <w:br/>
        <w:t>Почина співать, –&lt;br /&gt;</w:t>
        <w:br/>
        <w:t>Виспівує і на очах&lt;br /&gt;</w:t>
        <w:br/>
        <w:t>Слізоньки тремтять.</w:t>
      </w:r>
    </w:p>
    <w:p>
      <w:r>
        <w:br/>
        <w:t>"Червоная калинонька,&lt;br /&gt;</w:t>
        <w:br/>
        <w:t>А біленький цвіт;&lt;br /&gt;</w:t>
        <w:br/>
        <w:t>Ой чи не жаль тобі, Галю,&lt;br /&gt;</w:t>
        <w:br/>
        <w:t>Молоденьких літ?.."</w:t>
      </w:r>
    </w:p>
    <w:p>
      <w:r>
        <w:br/>
        <w:t>"Ой час-пора, отець-мати,&lt;br /&gt;</w:t>
        <w:br/>
        <w:t>Поблагословить,&lt;br /&gt;</w:t>
        <w:br/>
        <w:t>Ой час-пора молоденькій&lt;br /&gt;</w:t>
        <w:br/>
        <w:t>Та гіллячко звить!"</w:t>
      </w:r>
    </w:p>
    <w:p>
      <w:r>
        <w:br/>
        <w:t>І гіллячко, і віночок&lt;br /&gt;</w:t>
        <w:br/>
        <w:t>Вже вити пора,&lt;br /&gt;</w:t>
        <w:br/>
        <w:t>А іще ж то барвіночку&lt;br /&gt;</w:t>
        <w:br/>
        <w:t>Для вінка нема.</w:t>
      </w:r>
    </w:p>
    <w:p>
      <w:r>
        <w:br/>
        <w:t>Старша дружка по барвінок&lt;br /&gt;</w:t>
        <w:br/>
        <w:t>Додому піде,&lt;br /&gt;</w:t>
        <w:br/>
        <w:t>Бо кращого барвіночку&lt;br /&gt;</w:t>
        <w:br/>
        <w:t>Немає ніде.</w:t>
      </w:r>
    </w:p>
    <w:p>
      <w:r>
        <w:br/>
        <w:t>Пішла з жалем дівчинонька&lt;br /&gt;</w:t>
        <w:br/>
        <w:t>Та у свій садок,&lt;br /&gt;</w:t>
        <w:br/>
        <w:t>Щоб нарвати барвіночку&lt;br /&gt;</w:t>
        <w:br/>
        <w:t>Іншій на вінок;</w:t>
      </w:r>
    </w:p>
    <w:p>
      <w:r>
        <w:br/>
        <w:t>Рвучи його, журливую&lt;br /&gt;</w:t>
        <w:br/>
        <w:t>Пісеньку співа,&lt;br /&gt;</w:t>
        <w:br/>
        <w:t>За сльозами ледве може&lt;br /&gt;</w:t>
        <w:br/>
        <w:t>Вимовлять слова:</w:t>
      </w:r>
    </w:p>
    <w:p>
      <w:r>
        <w:br/>
        <w:t>"Барвіночку мій хрещатий,&lt;br /&gt;</w:t>
        <w:br/>
        <w:t>Зелений, дрібний,&lt;br /&gt;</w:t>
        <w:br/>
        <w:t>Ой, я ж тебе викохала,&lt;br /&gt;</w:t>
        <w:br/>
        <w:t>Хороший, рясний!</w:t>
      </w:r>
    </w:p>
    <w:p>
      <w:r>
        <w:br/>
        <w:t>Я ж садила, поливала&lt;br /&gt;</w:t>
        <w:br/>
        <w:t>Тебе навесні,&lt;br /&gt;</w:t>
        <w:br/>
        <w:t>Я ж думала, на віночок&lt;br /&gt;</w:t>
        <w:br/>
        <w:t>Здасися мені!</w:t>
      </w:r>
    </w:p>
    <w:p>
      <w:r>
        <w:br/>
        <w:t>Здався тепер, барвіночку,&lt;br /&gt;</w:t>
        <w:br/>
        <w:t>Не мені, другій, –&lt;br /&gt;</w:t>
        <w:br/>
        <w:t>Бодай би зсох, бодай зов’яв,&lt;br /&gt;</w:t>
        <w:br/>
        <w:t>Барвіночку мій!.."</w:t>
      </w:r>
    </w:p>
    <w:p>
      <w:r>
        <w:br/>
        <w:t>Тож нарвала барвіночку,&lt;br /&gt;</w:t>
        <w:br/>
        <w:t>Віночок звила,&lt;br /&gt;</w:t>
        <w:br/>
        <w:t>Походила по садочку,&lt;br /&gt;</w:t>
        <w:br/>
        <w:t>Над річку пішла.</w:t>
      </w:r>
    </w:p>
    <w:p>
      <w:r>
        <w:br/>
        <w:t>Подивилась у водицю&lt;br /&gt;</w:t>
        <w:br/>
        <w:t>На личко своє,&lt;br /&gt;</w:t>
        <w:br/>
        <w:t>Тихо, тихо промовила:&lt;br /&gt;</w:t>
        <w:br/>
        <w:t>"Горенько ж моє!</w:t>
      </w:r>
    </w:p>
    <w:p>
      <w:r>
        <w:br/>
        <w:t>Вродо моя хорошая,&lt;br /&gt;</w:t>
        <w:br/>
        <w:t>Нащо ти цвітеш?&lt;br /&gt;</w:t>
        <w:br/>
        <w:t>Без доленьки на сім світі&lt;br /&gt;</w:t>
        <w:br/>
        <w:t>Марне пропадеш!</w:t>
      </w:r>
    </w:p>
    <w:p>
      <w:r>
        <w:br/>
        <w:t>Нема щастя, нема долі,&lt;br /&gt;</w:t>
        <w:br/>
        <w:t>Лиш врода сама…&lt;br /&gt;</w:t>
        <w:br/>
        <w:t>І кохання зневажене,&lt;br /&gt;</w:t>
        <w:br/>
        <w:t>Дружини нема!</w:t>
      </w:r>
    </w:p>
    <w:p>
      <w:r>
        <w:br/>
        <w:t>Забув мене мій миленький,&lt;br /&gt;</w:t>
        <w:br/>
        <w:t>Іншу полюбив,&lt;br /&gt;</w:t>
        <w:br/>
        <w:t>І навіки мою долю&lt;br /&gt;</w:t>
        <w:br/>
        <w:t>Та й занапастив!</w:t>
      </w:r>
    </w:p>
    <w:p>
      <w:r>
        <w:br/>
        <w:t>То ж він завтра із другою&lt;br /&gt;</w:t>
        <w:br/>
        <w:t>Піде під вінець…&lt;br /&gt;</w:t>
        <w:br/>
        <w:t>А я собі під водою&lt;br /&gt;</w:t>
        <w:br/>
        <w:t>Знайду вже кінець!"</w:t>
      </w:r>
    </w:p>
    <w:p>
      <w:r>
        <w:br/>
        <w:t>Промовила теє слово,&lt;br /&gt;</w:t>
        <w:br/>
        <w:t>Стала на горбок…&lt;br /&gt;</w:t>
        <w:br/>
        <w:t>Нема, нема дівчиноньки,&lt;br /&gt;</w:t>
        <w:br/>
        <w:t>Лиш плавле вінок.</w:t>
      </w:r>
    </w:p>
    <w:p>
      <w:r>
        <w:br/>
        <w:t>4</w:t>
      </w:r>
    </w:p>
    <w:p>
      <w:r>
        <w:br/>
        <w:t>Вже ж минуло з того часу&lt;br /&gt;</w:t>
        <w:br/>
        <w:t>Аж три довгі роки,&lt;br /&gt;</w:t>
        <w:br/>
        <w:t>Як втопилась дівчинонька&lt;br /&gt;</w:t>
        <w:br/>
        <w:t>У річці глибокій.</w:t>
      </w:r>
    </w:p>
    <w:p>
      <w:r>
        <w:br/>
        <w:t>Гуля всюди тая слава,&lt;br /&gt;</w:t>
        <w:br/>
        <w:t>Та вже перестала,&lt;br /&gt;</w:t>
        <w:br/>
        <w:t>А дівчина під водою&lt;br /&gt;</w:t>
        <w:br/>
        <w:t>Русалкою стала.</w:t>
      </w:r>
    </w:p>
    <w:p>
      <w:r>
        <w:br/>
        <w:t>Та не має русалонька&lt;br /&gt;</w:t>
        <w:br/>
        <w:t>І там супокою:&lt;br /&gt;</w:t>
        <w:br/>
        <w:t>Не втопила свого лиха&lt;br /&gt;</w:t>
        <w:br/>
        <w:t>Навіть під водою!</w:t>
      </w:r>
    </w:p>
    <w:p>
      <w:r>
        <w:br/>
        <w:t>Чи таночок з русалками&lt;br /&gt;</w:t>
        <w:br/>
        <w:t>При місяцю водить,&lt;br /&gt;</w:t>
        <w:br/>
        <w:t>То все їй той козаченько&lt;br /&gt;</w:t>
        <w:br/>
        <w:t>З мислоньків не сходить.</w:t>
      </w:r>
    </w:p>
    <w:p>
      <w:r>
        <w:br/>
        <w:t>Або сяде, чеше коси&lt;br /&gt;</w:t>
        <w:br/>
        <w:t>У темному гаю,&lt;br /&gt;</w:t>
        <w:br/>
        <w:t>Її ж думка круг хатини&lt;br /&gt;</w:t>
        <w:br/>
        <w:t>Милого витає.</w:t>
      </w:r>
    </w:p>
    <w:p>
      <w:r>
        <w:br/>
        <w:t>Всі русалки, мов рибоньки,&lt;br /&gt;</w:t>
        <w:br/>
        <w:t>Веселії грають,&lt;br /&gt;</w:t>
        <w:br/>
        <w:t>А у неї завжди хмари&lt;br /&gt;</w:t>
        <w:br/>
        <w:t>Чоло укривають.</w:t>
      </w:r>
    </w:p>
    <w:p>
      <w:r>
        <w:br/>
        <w:t>Тільки ж то їй і розваги,&lt;br /&gt;</w:t>
        <w:br/>
        <w:t>Як молодик зійде, –&lt;br /&gt;</w:t>
        <w:br/>
        <w:t>Проти хати миленького&lt;br /&gt;</w:t>
        <w:br/>
        <w:t>На бережок вийде;</w:t>
      </w:r>
    </w:p>
    <w:p>
      <w:r>
        <w:br/>
        <w:t>Вийде, ходить по бережку,&lt;br /&gt;</w:t>
        <w:br/>
        <w:t>Тихенько співає,&lt;br /&gt;</w:t>
        <w:br/>
        <w:t>Чи не вийде милий з хати, –&lt;br /&gt;</w:t>
        <w:br/>
        <w:t>Усе виглядає.</w:t>
      </w:r>
    </w:p>
    <w:p>
      <w:r>
        <w:br/>
        <w:t>А як зайде місяченько,&lt;br /&gt;</w:t>
        <w:br/>
        <w:t>Почина світати, –&lt;br /&gt;</w:t>
        <w:br/>
        <w:t>Тихо пливе русалонька&lt;br /&gt;</w:t>
        <w:br/>
        <w:t>В підводні палати.</w:t>
      </w:r>
    </w:p>
    <w:p>
      <w:r>
        <w:br/>
        <w:t>5</w:t>
      </w:r>
    </w:p>
    <w:p>
      <w:r>
        <w:br/>
        <w:t>Як навесні починає&lt;br /&gt;</w:t>
        <w:br/>
        <w:t>Крига розтавати,&lt;br /&gt;</w:t>
        <w:br/>
        <w:t>Збираються русалоньки&lt;br /&gt;</w:t>
        <w:br/>
        <w:t>До моря гуляти.</w:t>
      </w:r>
    </w:p>
    <w:p>
      <w:r>
        <w:br/>
        <w:t>Пливе з ними і дівчина&lt;br /&gt;</w:t>
        <w:br/>
        <w:t>Гуляти до моря, –&lt;br /&gt;</w:t>
        <w:br/>
        <w:t>У чужий край, у далекий,&lt;br /&gt;</w:t>
        <w:br/>
        <w:t>Тікати од горя…</w:t>
      </w:r>
    </w:p>
    <w:p>
      <w:r>
        <w:br/>
        <w:t>Не втече пак! ніщо її&lt;br /&gt;</w:t>
        <w:br/>
        <w:t>Вже не розважає,&lt;br /&gt;</w:t>
        <w:br/>
        <w:t>Навіть і там, в чудовому&lt;br /&gt;</w:t>
        <w:br/>
        <w:t>Південному краю.</w:t>
      </w:r>
    </w:p>
    <w:p>
      <w:r>
        <w:br/>
        <w:t>Її сестри на дні моря&lt;br /&gt;</w:t>
        <w:br/>
        <w:t>По пісочку ходять&lt;br /&gt;</w:t>
        <w:br/>
        <w:t>Шукать перлів та коралів,&lt;br /&gt;</w:t>
        <w:br/>
        <w:t>І таночки водять.</w:t>
      </w:r>
    </w:p>
    <w:p>
      <w:r>
        <w:br/>
        <w:t>Веселії, безжурнії&lt;br /&gt;</w:t>
        <w:br/>
        <w:t>Ті легкі таночки!&lt;br /&gt;</w:t>
        <w:br/>
        <w:t>То граються із рибками,&lt;br /&gt;</w:t>
        <w:br/>
        <w:t>То роблять віночки;</w:t>
      </w:r>
    </w:p>
    <w:p>
      <w:r>
        <w:br/>
        <w:t>Вона ж сидить геть окремо,&lt;br /&gt;</w:t>
        <w:br/>
        <w:t>До їх не вступає,&lt;br /&gt;</w:t>
        <w:br/>
        <w:t>Та безкраї свої думки&lt;br /&gt;</w:t>
        <w:br/>
        <w:t>Думає, гадає.</w:t>
      </w:r>
    </w:p>
    <w:p>
      <w:r>
        <w:br/>
        <w:t>Дожидає, коли з того&lt;br /&gt;</w:t>
        <w:br/>
        <w:t>Хорошого краю&lt;br /&gt;</w:t>
        <w:br/>
        <w:t>Повернуться русалоньки&lt;br /&gt;</w:t>
        <w:br/>
        <w:t>До рідного гаю.</w:t>
      </w:r>
    </w:p>
    <w:p>
      <w:r>
        <w:br/>
        <w:t>Діждалася, вертаються&lt;br /&gt;</w:t>
        <w:br/>
        <w:t>Русалки додому&lt;br /&gt;</w:t>
        <w:br/>
        <w:t>В темну нічку, серед бурі,&lt;br /&gt;</w:t>
        <w:br/>
        <w:t>Блискавиці й грому.</w:t>
      </w:r>
    </w:p>
    <w:p>
      <w:r>
        <w:br/>
        <w:t>Та й у серці в русалоньки&lt;br /&gt;</w:t>
        <w:br/>
        <w:t>Спокою немає, –&lt;br /&gt;</w:t>
        <w:br/>
        <w:t>І грім отой немов її&lt;br /&gt;</w:t>
        <w:br/>
        <w:t>Трохи розважає.</w:t>
      </w:r>
    </w:p>
    <w:p>
      <w:r>
        <w:br/>
        <w:t>Вернулася, а тим часом&lt;br /&gt;</w:t>
        <w:br/>
        <w:t>Вже й літо настало,&lt;br /&gt;</w:t>
        <w:br/>
        <w:t>А там жнива, бо і жито&lt;br /&gt;</w:t>
        <w:br/>
        <w:t>Поспівати стало.</w:t>
      </w:r>
    </w:p>
    <w:p>
      <w:r>
        <w:br/>
        <w:t>І виходить русалонька&lt;br /&gt;</w:t>
        <w:br/>
        <w:t>В поле виглядати,&lt;br /&gt;</w:t>
        <w:br/>
        <w:t>Чи не вийде її милий&lt;br /&gt;</w:t>
        <w:br/>
        <w:t>На лан жита жати.</w:t>
      </w:r>
    </w:p>
    <w:p>
      <w:r>
        <w:br/>
        <w:t>Вийшов милий з дружиною&lt;br /&gt;</w:t>
        <w:br/>
        <w:t>На лан жито жати,&lt;br /&gt;</w:t>
        <w:br/>
        <w:t>І дитинку під копою&lt;br /&gt;</w:t>
        <w:br/>
        <w:t>Положили спати;</w:t>
      </w:r>
    </w:p>
    <w:p>
      <w:r>
        <w:br/>
        <w:t>А сами серпи побрали&lt;br /&gt;</w:t>
        <w:br/>
        <w:t>І постать займають,&lt;br /&gt;</w:t>
        <w:br/>
        <w:t>Та вдвох собі лагідненько,&lt;br /&gt;</w:t>
        <w:br/>
        <w:t>Любо розмовляють.</w:t>
      </w:r>
    </w:p>
    <w:p>
      <w:r>
        <w:br/>
        <w:t>Русалонька на ту пару&lt;br /&gt;</w:t>
        <w:br/>
        <w:t>Тільки подивилась,&lt;br /&gt;</w:t>
        <w:br/>
        <w:t>Змінилася у личеньку,&lt;br /&gt;</w:t>
        <w:br/>
        <w:t>За серце схопилась;</w:t>
      </w:r>
    </w:p>
    <w:p>
      <w:r>
        <w:br/>
        <w:t>Потім знову подивилась,&lt;br /&gt;</w:t>
        <w:br/>
        <w:t>Промовила тихо:&lt;br /&gt;</w:t>
        <w:br/>
        <w:t>"Побрався ти, козаченьку,&lt;br /&gt;</w:t>
        <w:br/>
        <w:t>Та на своє лихо!</w:t>
      </w:r>
    </w:p>
    <w:p>
      <w:r>
        <w:br/>
        <w:t>Не завжди там буде щастя,&lt;br /&gt;</w:t>
        <w:br/>
        <w:t>Де твоя хатина, –&lt;br /&gt;</w:t>
        <w:br/>
        <w:t>Зостануться сиротами&lt;br /&gt;</w:t>
        <w:br/>
        <w:t>Жінка і дитина!</w:t>
      </w:r>
    </w:p>
    <w:p>
      <w:r>
        <w:br/>
        <w:t>Будеш знати, козаченьку,&lt;br /&gt;</w:t>
        <w:br/>
        <w:t>Як русалка любить,&lt;br /&gt;</w:t>
        <w:br/>
        <w:t>Скоро ж тебе те кохання&lt;br /&gt;</w:t>
        <w:br/>
        <w:t>З сього світу згубить!"</w:t>
      </w:r>
    </w:p>
    <w:p>
      <w:r>
        <w:br/>
        <w:t>Те мовляла, одпливала&lt;br /&gt;</w:t>
        <w:br/>
        <w:t>У свої палати&lt;br /&gt;</w:t>
        <w:br/>
        <w:t>І милого не ходила&lt;br /&gt;</w:t>
        <w:br/>
        <w:t>Більше виглядати…</w:t>
      </w:r>
    </w:p>
    <w:p>
      <w:r>
        <w:br/>
        <w:t>6</w:t>
      </w:r>
    </w:p>
    <w:p>
      <w:r>
        <w:br/>
        <w:t>Стала слава на все село,&lt;br /&gt;</w:t>
        <w:br/>
        <w:t>Стали поговори, –&lt;br /&gt;</w:t>
        <w:br/>
        <w:t>Все за того козаченька,&lt;br /&gt;</w:t>
        <w:br/>
        <w:t>Що чорнії брови.</w:t>
      </w:r>
    </w:p>
    <w:p>
      <w:r>
        <w:br/>
        <w:t>Ой казали, говорили&lt;br /&gt;</w:t>
        <w:br/>
        <w:t>По всім селі люде:&lt;br /&gt;</w:t>
        <w:br/>
        <w:t>"Та вже з того козаченька&lt;br /&gt;</w:t>
        <w:br/>
        <w:t>Нічого не буде!</w:t>
      </w:r>
    </w:p>
    <w:p>
      <w:r>
        <w:br/>
        <w:t>Як день божий, смутний ходить&lt;br /&gt;</w:t>
        <w:br/>
        <w:t>Та думку гадає,&lt;br /&gt;</w:t>
        <w:br/>
        <w:t>Та щоночі йде над річку,&lt;br /&gt;</w:t>
        <w:br/>
        <w:t>До темного гаю".</w:t>
      </w:r>
    </w:p>
    <w:p>
      <w:r>
        <w:br/>
        <w:t>Славлять люди – і дружина&lt;br /&gt;</w:t>
        <w:br/>
        <w:t>Журиться, бо знає,&lt;br /&gt;</w:t>
        <w:br/>
        <w:t>Чого милий у гай темний&lt;br /&gt;</w:t>
        <w:br/>
        <w:t>Щораз доходжає.</w:t>
      </w:r>
    </w:p>
    <w:p>
      <w:r>
        <w:br/>
        <w:t>То в гай ходить, то в садочок,&lt;br /&gt;</w:t>
        <w:br/>
        <w:t>Де жила дівчина;&lt;br /&gt;</w:t>
        <w:br/>
        <w:t>Бачить мила й знає добре,&lt;br /&gt;</w:t>
        <w:br/>
        <w:t>Чия то причина…</w:t>
      </w:r>
    </w:p>
    <w:p>
      <w:r>
        <w:br/>
        <w:t>Не вважає козаченько&lt;br /&gt;</w:t>
        <w:br/>
        <w:t>На ті поговори,&lt;br /&gt;</w:t>
        <w:br/>
        <w:t>В його серці туга в’ється&lt;br /&gt;</w:t>
        <w:br/>
        <w:t>Та лютує горе.</w:t>
      </w:r>
    </w:p>
    <w:p>
      <w:r>
        <w:br/>
        <w:t>Пішов якось у садочок&lt;br /&gt;</w:t>
        <w:br/>
        <w:t>У місячну нічку,&lt;br /&gt;</w:t>
        <w:br/>
        <w:t>Походив там коло хати,&lt;br /&gt;</w:t>
        <w:br/>
        <w:t>Потім в гай над річку.</w:t>
      </w:r>
    </w:p>
    <w:p>
      <w:r>
        <w:br/>
        <w:t>Пішов, ходить бережечком&lt;br /&gt;</w:t>
        <w:br/>
        <w:t>Та думку гадає,&lt;br /&gt;</w:t>
        <w:br/>
        <w:t>Все дивиться на річеньку,&lt;br /&gt;</w:t>
        <w:br/>
        <w:t>Очей не спускає.</w:t>
      </w:r>
    </w:p>
    <w:p>
      <w:r>
        <w:br/>
        <w:t>В той час вийшла русалонька&lt;br /&gt;</w:t>
        <w:br/>
        <w:t>Трохи погуляти,&lt;br /&gt;</w:t>
        <w:br/>
        <w:t>Потім сіла коло річки&lt;br /&gt;</w:t>
        <w:br/>
        <w:t>Косоньку чесати;</w:t>
      </w:r>
    </w:p>
    <w:p>
      <w:r>
        <w:br/>
        <w:t>Побачила козаченька,&lt;br /&gt;</w:t>
        <w:br/>
        <w:t>Неначе зраділа,&lt;br /&gt;</w:t>
        <w:br/>
        <w:t>Усміхнулась, – лиш на личку&lt;br /&gt;</w:t>
        <w:br/>
        <w:t>Щось дуже збіліла.</w:t>
      </w:r>
    </w:p>
    <w:p>
      <w:r>
        <w:br/>
        <w:t>Ходить смутний козаченько&lt;br /&gt;</w:t>
        <w:br/>
        <w:t>Та думку гадає,&lt;br /&gt;</w:t>
        <w:br/>
        <w:t>А русалка чеше коси&lt;br /&gt;</w:t>
        <w:br/>
        <w:t>Та пісню співає:</w:t>
      </w:r>
    </w:p>
    <w:p>
      <w:r>
        <w:br/>
        <w:t>"Любий козаче, чого ти ходиш&lt;br /&gt;</w:t>
        <w:br/>
        <w:t>Смутний по темному гаю?&lt;br /&gt;</w:t>
        <w:br/>
        <w:t>Слухай, козаче, пісню русалки, –&lt;br /&gt;</w:t>
        <w:br/>
        <w:t>Тож я для тебе співаю!</w:t>
      </w:r>
    </w:p>
    <w:p>
      <w:r>
        <w:br/>
        <w:t>Ой чи забув ти, серце-козаче,&lt;br /&gt;</w:t>
        <w:br/>
        <w:t>Пісню, що мила співала?&lt;br /&gt;</w:t>
        <w:br/>
        <w:t>Ой чи забув ти тую дівчину,&lt;br /&gt;</w:t>
        <w:br/>
        <w:t>Що тебе вірно кохала?</w:t>
      </w:r>
    </w:p>
    <w:p>
      <w:r>
        <w:br/>
        <w:t>Коли забув ти, – чого ж ти ходиш,&lt;br /&gt;</w:t>
        <w:br/>
        <w:t>Дивишся пильно у воду?&lt;br /&gt;</w:t>
        <w:br/>
        <w:t>Наче шукаєш у тій водиці&lt;br /&gt;</w:t>
        <w:br/>
        <w:t>Згублену милую вроду!</w:t>
      </w:r>
    </w:p>
    <w:p>
      <w:r>
        <w:br/>
        <w:t>Ох не забув ти, серце-козаче,&lt;br /&gt;</w:t>
        <w:br/>
        <w:t>Пісні, що мила співала!&lt;br /&gt;</w:t>
        <w:br/>
        <w:t>Ой не забув же тої дівчини,&lt;br /&gt;</w:t>
        <w:br/>
        <w:t>Котра так щиро кохала!..</w:t>
      </w:r>
    </w:p>
    <w:p>
      <w:r>
        <w:br/>
        <w:t>Як не забув ти, – ходи до мене!&lt;br /&gt;</w:t>
        <w:br/>
        <w:t>Я твоя першая мила!&lt;br /&gt;</w:t>
        <w:br/>
        <w:t>Зраду забуду, любити буду&lt;br /&gt;</w:t>
        <w:br/>
        <w:t>Тебе, як перше любила!</w:t>
      </w:r>
    </w:p>
    <w:p>
      <w:r>
        <w:br/>
        <w:t>Я вже не тая, що була перше&lt;br /&gt;</w:t>
        <w:br/>
        <w:t>(Лиш не забула кохати!), –&lt;br /&gt;</w:t>
        <w:br/>
        <w:t>Я вже русалка – і під водою&lt;br /&gt;</w:t>
        <w:br/>
        <w:t>Маю осяйні палати.</w:t>
      </w:r>
    </w:p>
    <w:p>
      <w:r>
        <w:br/>
        <w:t>В мене палати кращі од царських,&lt;br /&gt;</w:t>
        <w:br/>
        <w:t>Із дорогого кришталю,&lt;br /&gt;</w:t>
        <w:br/>
        <w:t>В мене віночок з чистого злота,&lt;br /&gt;</w:t>
        <w:br/>
        <w:t>З перлів дрібних та коралю:</w:t>
      </w:r>
    </w:p>
    <w:p>
      <w:r>
        <w:br/>
        <w:t>Все те для тебе дам я, козаче,&lt;br /&gt;</w:t>
        <w:br/>
        <w:t>Тії палати й віночок,&lt;br /&gt;</w:t>
        <w:br/>
        <w:t>Всіх зберу подруг, будем для тебе&lt;br /&gt;</w:t>
        <w:br/>
        <w:t>Легкий водити таночок.</w:t>
      </w:r>
    </w:p>
    <w:p>
      <w:r>
        <w:br/>
        <w:t>Любий козаче, йди ж ти до мене!&lt;br /&gt;</w:t>
        <w:br/>
        <w:t>Я твоя першая мила,&lt;br /&gt;</w:t>
        <w:br/>
        <w:t>Зраду забуду, любити буду&lt;br /&gt;</w:t>
        <w:br/>
        <w:t>Тебе, як перше любила!"</w:t>
      </w:r>
    </w:p>
    <w:p>
      <w:r>
        <w:br/>
        <w:t>Козак слуха тую пісню,&lt;br /&gt;</w:t>
        <w:br/>
        <w:t>Слуха, умліває, –&lt;br /&gt;</w:t>
        <w:br/>
        <w:t>А русалонька до нього&lt;br /&gt;</w:t>
        <w:br/>
        <w:t>Руки простягає.</w:t>
      </w:r>
    </w:p>
    <w:p>
      <w:r>
        <w:br/>
        <w:t>Біжить милий до русалки,&lt;br /&gt;</w:t>
        <w:br/>
        <w:t>Та й не добігає,&lt;br /&gt;</w:t>
        <w:br/>
        <w:t>Бо із річки – русалочок&lt;br /&gt;</w:t>
        <w:br/>
        <w:t>Юрба випливає;</w:t>
      </w:r>
    </w:p>
    <w:p>
      <w:r>
        <w:br/>
        <w:t>Обступили козаченька,&lt;br /&gt;</w:t>
        <w:br/>
        <w:t>В гаю залунало, –&lt;br /&gt;</w:t>
        <w:br/>
        <w:t>Наче крик, неначе регіт, –&lt;br /&gt;</w:t>
        <w:br/>
        <w:t>Далі тихо стало…</w:t>
      </w:r>
    </w:p>
    <w:p>
      <w:r>
        <w:br/>
        <w:t>Тихо, тихо з неба світить&lt;br /&gt;</w:t>
        <w:br/>
        <w:t>Промінь місяченька,&lt;br /&gt;</w:t>
        <w:br/>
        <w:t>Сидить тая русалонька&lt;br /&gt;</w:t>
        <w:br/>
        <w:t>Біля козаченька.</w:t>
      </w:r>
    </w:p>
    <w:p>
      <w:r>
        <w:br/>
        <w:t>Похолонув козаченько,&lt;br /&gt;</w:t>
        <w:br/>
        <w:t>Не чує, не баче,&lt;br /&gt;</w:t>
        <w:br/>
        <w:t>Як над ним його кохана&lt;br /&gt;</w:t>
        <w:br/>
        <w:t>Вбивається, плаче:</w:t>
      </w:r>
    </w:p>
    <w:p>
      <w:r>
        <w:br/>
        <w:t>"Чи се ж тії карі очі,&lt;br /&gt;</w:t>
        <w:br/>
        <w:t>Що я цілувала,&lt;br /&gt;</w:t>
        <w:br/>
        <w:t>Чи се ж теє біле личко,&lt;br /&gt;</w:t>
        <w:br/>
        <w:t>Що я милувала?&lt;br /&gt;</w:t>
        <w:br/>
        <w:t>Ой чи се ж той козаченько,&lt;br /&gt;</w:t>
        <w:br/>
        <w:t>Що я виглядала?</w:t>
      </w:r>
    </w:p>
    <w:p>
      <w:r>
        <w:br/>
        <w:t>Вже ж не гляне він на мене, –&lt;br /&gt;</w:t>
        <w:br/>
        <w:t>Дарма виглядати!&lt;br /&gt;</w:t>
        <w:br/>
        <w:t>Вже ж моєму миленькому&lt;br /&gt;</w:t>
        <w:br/>
        <w:t>Світу не видати!</w:t>
      </w:r>
    </w:p>
    <w:p>
      <w:r>
        <w:br/>
        <w:t>Не озветься до своєї&lt;br /&gt;</w:t>
        <w:br/>
        <w:t>Любої дівчини –&lt;br /&gt;</w:t>
        <w:br/>
        <w:t>Він німий лежить, холодний&lt;br /&gt;</w:t>
        <w:br/>
        <w:t>З моєї причини.</w:t>
      </w:r>
    </w:p>
    <w:p>
      <w:r>
        <w:br/>
        <w:t>Ой забула б я, мій милий,&lt;br /&gt;</w:t>
        <w:br/>
        <w:t>І горе, і зраду,&lt;br /&gt;</w:t>
        <w:br/>
        <w:t>Лиш устав би ти до мене,&lt;br /&gt;</w:t>
        <w:br/>
        <w:t>Дав мені пораду!</w:t>
      </w:r>
    </w:p>
    <w:p>
      <w:r>
        <w:br/>
        <w:t>Нещаслива годинонько,&lt;br /&gt;</w:t>
        <w:br/>
        <w:t>Що ж я наробила?&lt;br /&gt;</w:t>
        <w:br/>
        <w:t>Ой нащо ж я свою долю&lt;br /&gt;</w:t>
        <w:br/>
        <w:t>Та й занапастила!"</w:t>
      </w:r>
    </w:p>
    <w:p>
      <w:r>
        <w:br/>
        <w:t>І знов тихо, з неба світить&lt;br /&gt;</w:t>
        <w:br/>
        <w:t>Промінь місяченька.&lt;br /&gt;</w:t>
        <w:br/>
        <w:t>Ломить руки русалонька&lt;br /&gt;</w:t>
        <w:br/>
        <w:t>Біля козаченька.</w:t>
      </w:r>
    </w:p>
    <w:p>
      <w:r>
        <w:br/>
        <w:t>[Волинь, с. Колодяжне. 1885 p., 6 грудня]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