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(На біблейську тему)</w:t>
      </w:r>
    </w:p>
    <w:p>
      <w:r>
        <w:br/>
        <w:t>1</w:t>
      </w:r>
    </w:p>
    <w:p>
      <w:r>
        <w:br/>
        <w:t>Кому се так квітками, та вінками,&lt;br /&gt;</w:t>
        <w:br/>
        <w:t>Та віттям гордеє чоло вінчають?&lt;br /&gt;</w:t>
        <w:br/>
        <w:t>Кого то співами веселими й танками&lt;br /&gt;</w:t>
        <w:br/>
        <w:t>Ізраїльські дівчата зустрічають?</w:t>
      </w:r>
    </w:p>
    <w:p>
      <w:r>
        <w:br/>
        <w:t>То йде Самсон, веде потужні лави&lt;br /&gt;</w:t>
        <w:br/>
        <w:t>З кривавого страшного бойовиська;&lt;br /&gt;</w:t>
        <w:br/>
        <w:t>Він залучив собі багато слави, –&lt;br /&gt;</w:t>
        <w:br/>
        <w:t>В сей день розбив він філістимське військо.</w:t>
      </w:r>
    </w:p>
    <w:p>
      <w:r>
        <w:br/>
        <w:t>І бачить він: там під горою в далі&lt;br /&gt;</w:t>
        <w:br/>
        <w:t>Стіна його господи забіліла,&lt;br /&gt;</w:t>
        <w:br/>
        <w:t>Йому назустріч, у жіночому околі,&lt;br /&gt;</w:t>
        <w:br/>
        <w:t>Іде його хорошая Даліла.</w:t>
      </w:r>
    </w:p>
    <w:p>
      <w:r>
        <w:br/>
        <w:t>Стрункий, високий стан, мов пальма в гаю,&lt;br /&gt;</w:t>
        <w:br/>
        <w:t>Мов у газелі, ясні очі чорні&lt;br /&gt;</w:t>
        <w:br/>
        <w:t>У філістимлянки; її з рідного краю&lt;br /&gt;</w:t>
        <w:br/>
        <w:t>Взяли Самсона руки непоборні.</w:t>
      </w:r>
    </w:p>
    <w:p>
      <w:r>
        <w:br/>
        <w:t>Вона веде його з собою у палати,&lt;br /&gt;</w:t>
        <w:br/>
        <w:t>Провадить щиру, любую розмову;&lt;br /&gt;</w:t>
        <w:br/>
        <w:t>Що перемогу славную волів послати,&lt;br /&gt;</w:t>
        <w:br/>
        <w:t>Вона уголос вихваля Єгову.</w:t>
      </w:r>
    </w:p>
    <w:p>
      <w:r>
        <w:br/>
        <w:t>Самсонові дивні здались слова дружини,&lt;br /&gt;</w:t>
        <w:br/>
        <w:t>І він спитав свою Далілу любу:&lt;br /&gt;</w:t>
        <w:br/>
        <w:t>"За теє дякуєш ти бога сеї днини,&lt;br /&gt;</w:t>
        <w:br/>
        <w:t>Що він послав твоєму люду згубу?"</w:t>
      </w:r>
    </w:p>
    <w:p>
      <w:r>
        <w:br/>
        <w:t>"Чужа для мене мого люду доля!&lt;br /&gt;</w:t>
        <w:br/>
        <w:t>Твої для мене стали рідні люде!&lt;br /&gt;</w:t>
        <w:br/>
        <w:t>Твоя, Самсоне, лиш єдина воля&lt;br /&gt;</w:t>
        <w:br/>
        <w:t>Для мене завжди наймиліша буде!</w:t>
      </w:r>
    </w:p>
    <w:p>
      <w:r>
        <w:br/>
        <w:t>Для тебе відцуралась я родини!&lt;br /&gt;</w:t>
        <w:br/>
        <w:t>Хоч би збулася я і батька, й брата, –&lt;br /&gt;</w:t>
        <w:br/>
        <w:t>Кохання нашого щасливії години&lt;br /&gt;</w:t>
        <w:br/>
        <w:t>Були б для мене милая заплата!"</w:t>
      </w:r>
    </w:p>
    <w:p>
      <w:r>
        <w:br/>
        <w:t>"Даліло, мила, за твоє кохання&lt;br /&gt;</w:t>
        <w:br/>
        <w:t>Чим можу я тебе надгородити?&lt;br /&gt;</w:t>
        <w:br/>
        <w:t>Скажи, повідай, моя зоре, те бажання,&lt;br /&gt;</w:t>
        <w:br/>
        <w:t>Хоч би загинуть – мушу я вволити!"</w:t>
      </w:r>
    </w:p>
    <w:p>
      <w:r>
        <w:br/>
        <w:t>"Не хочу, милий, я твоєї згуби!&lt;br /&gt;</w:t>
        <w:br/>
        <w:t>І за любов любові лиш бажаю:&lt;br /&gt;</w:t>
        <w:br/>
        <w:t>Щоб не таїв від мене ти нічого, любий,&lt;br /&gt;</w:t>
        <w:br/>
        <w:t>І щоб усе сказав, що я тепер спитаю".</w:t>
      </w:r>
    </w:p>
    <w:p>
      <w:r>
        <w:br/>
        <w:t>"Даліло! більш, як я, – любить ніхто не може!&lt;br /&gt;</w:t>
        <w:br/>
        <w:t>Яка ж у мене є від тебе таємниця?!&lt;br /&gt;</w:t>
        <w:br/>
        <w:t>Питай! Клянусь тобі у тім на ймення боже,&lt;br /&gt;</w:t>
        <w:br/>
        <w:t>Скажу тобі я все, – ти дум моїх цариця!"</w:t>
      </w:r>
    </w:p>
    <w:p>
      <w:r>
        <w:br/>
        <w:t>"Отож тебе тепер я запитаю,&lt;br /&gt;</w:t>
        <w:br/>
        <w:t>Коли ти дав мені ту обіцянку милу:&lt;br /&gt;</w:t>
        <w:br/>
        <w:t>Чи завжди, як тепер, ти був найдужчий в краю,&lt;br /&gt;</w:t>
        <w:br/>
        <w:t>І звідки маєш ти таку велику силу?</w:t>
      </w:r>
    </w:p>
    <w:p>
      <w:r>
        <w:br/>
        <w:t>Я ще дівчиною була в своїй оселі,&lt;br /&gt;</w:t>
        <w:br/>
        <w:t>Як слава йшла про тебе поміж нами,&lt;br /&gt;</w:t>
        <w:br/>
        <w:t>Тоді ти ще отам у лісі, коло скелі,&lt;br /&gt;</w:t>
        <w:br/>
        <w:t>Пас батьківські стада із пастухами.</w:t>
      </w:r>
    </w:p>
    <w:p>
      <w:r>
        <w:br/>
        <w:t>Мовляли, йшов якось ти гаєм темним з дому,&lt;br /&gt;</w:t>
        <w:br/>
        <w:t>Без зброї у руках, без сагайдака, –&lt;br /&gt;</w:t>
        <w:br/>
        <w:t>Аж ось в гаю від реву, мов від грому,&lt;br /&gt;</w:t>
        <w:br/>
        <w:t>Звірина й птиця затремтіла всяка.</w:t>
      </w:r>
    </w:p>
    <w:p>
      <w:r>
        <w:br/>
        <w:t>Рикаючи й трясучи головою,&lt;br /&gt;</w:t>
        <w:br/>
        <w:t>Спинився лев біля тебе близенько, –&lt;br /&gt;</w:t>
        <w:br/>
        <w:t>Ти ж необорною схопив його рукою&lt;br /&gt;</w:t>
        <w:br/>
        <w:t>Й надвоє розірвав, мов козеня маленьке.</w:t>
      </w:r>
    </w:p>
    <w:p>
      <w:r>
        <w:br/>
        <w:t>А потім, – пам’ятаєш ту годину? –&lt;br /&gt;</w:t>
        <w:br/>
        <w:t>Наш люд напав на вашу Палестину,&lt;br /&gt;</w:t>
        <w:br/>
        <w:t>Тоді надію у тобі єдину&lt;br /&gt;</w:t>
        <w:br/>
        <w:t>Ізраїль мав – і ти обороняв країну.</w:t>
      </w:r>
    </w:p>
    <w:p>
      <w:r>
        <w:br/>
        <w:t>Та далі вже несила боронитись&lt;br /&gt;</w:t>
        <w:br/>
        <w:t>Вам стало, – почали вже знемагати;&lt;br /&gt;</w:t>
        <w:br/>
        <w:t>Пообіцявся ж ворог відступитись,&lt;br /&gt;</w:t>
        <w:br/>
        <w:t>Як згодиться твій люд тебе віддати".</w:t>
      </w:r>
    </w:p>
    <w:p>
      <w:r>
        <w:br/>
        <w:t>"І згодивсь я, бо люд почав благати,&lt;br /&gt;</w:t>
        <w:br/>
        <w:t>Щоб визволив! Хвиль скілька я вагався,&lt;br /&gt;</w:t>
        <w:br/>
        <w:t>А потім дужі руки дав собі зв’язати&lt;br /&gt;</w:t>
        <w:br/>
        <w:t>І сам в неволю ворогам віддався.</w:t>
      </w:r>
    </w:p>
    <w:p>
      <w:r>
        <w:br/>
        <w:t>Як привели мене у стан ворожий&lt;br /&gt;</w:t>
        <w:br/>
        <w:t>І я почув, як вороги знущались,&lt;br /&gt;</w:t>
        <w:br/>
        <w:t>Я розгнівивсь тоді, в мене вступив дух божий,&lt;br /&gt;</w:t>
        <w:br/>
        <w:t>Мов льон горілий, пута всі розпались.</w:t>
      </w:r>
    </w:p>
    <w:p>
      <w:r>
        <w:br/>
        <w:t>Після схопив я щелепи ослині,&lt;br /&gt;</w:t>
        <w:br/>
        <w:t>Що коло мене там лежали долі,&lt;br /&gt;</w:t>
        <w:br/>
        <w:t>Багато ворогів поклав я до долині,&lt;br /&gt;</w:t>
        <w:br/>
        <w:t>Котрі ж зостались, розігнав по полі".</w:t>
      </w:r>
    </w:p>
    <w:p>
      <w:r>
        <w:br/>
        <w:t>"Скажи ж ти, звідки сила та безмірна,&lt;br /&gt;</w:t>
        <w:br/>
        <w:t>Що рівної нема їй в Палестині?&lt;br /&gt;</w:t>
        <w:br/>
        <w:t>Ти обіцяв, – обітниця хай буде вірна!&lt;br /&gt;</w:t>
        <w:br/>
        <w:t>Тепера мусиш ти сказать дружині!"</w:t>
      </w:r>
    </w:p>
    <w:p>
      <w:r>
        <w:br/>
        <w:t>"Ні, милая, лиши своє бажання!&lt;br /&gt;</w:t>
        <w:br/>
        <w:t>Не можу я тобі відповідати:&lt;br /&gt;</w:t>
        <w:br/>
        <w:t>Не відповім нікому я на те питання,&lt;br /&gt;</w:t>
        <w:br/>
        <w:t>Хоч би питала в мене рідна мати".</w:t>
      </w:r>
    </w:p>
    <w:p>
      <w:r>
        <w:br/>
        <w:t>І мовила хорошая Даліла,&lt;br /&gt;</w:t>
        <w:br/>
        <w:t>Схиливши голову на руку гарну:&lt;br /&gt;</w:t>
        <w:br/>
        <w:t>"Казав, що все вволиш, про що б я не просила..&lt;br /&gt;</w:t>
        <w:br/>
        <w:t>Питаю ж я таку дрібницю марну!.."</w:t>
      </w:r>
    </w:p>
    <w:p>
      <w:r>
        <w:br/>
        <w:t>Самсонові докірлива та мова&lt;br /&gt;</w:t>
        <w:br/>
        <w:t>У серці тяжко, гостро віддається,&lt;br /&gt;</w:t>
        <w:br/>
        <w:t>І хоч не мовить він коханій ані слова,&lt;br /&gt;</w:t>
        <w:br/>
        <w:t>Та звага твердая вже подається…</w:t>
      </w:r>
    </w:p>
    <w:p>
      <w:r>
        <w:br/>
        <w:t>Вона ж вмовля його лагідними речами&lt;br /&gt;</w:t>
        <w:br/>
        <w:t>І прилуча до пестощів благання.&lt;br /&gt;</w:t>
        <w:br/>
        <w:t>На личку усміх ясний бореться з сльозами,&lt;br /&gt;</w:t>
        <w:br/>
        <w:t>Що сяють в очах, мов роса порання.</w:t>
      </w:r>
    </w:p>
    <w:p>
      <w:r>
        <w:br/>
        <w:t>Перед сльозами і благанням ревним&lt;br /&gt;</w:t>
        <w:br/>
        <w:t>Холодна втримливість, як віск, розтала, –&lt;br /&gt;</w:t>
        <w:br/>
        <w:t>Самсон зняв річ до неї голосом непевним,&lt;br /&gt;</w:t>
        <w:br/>
        <w:t>І таємничо мова залунала:</w:t>
      </w:r>
    </w:p>
    <w:p>
      <w:r>
        <w:br/>
        <w:t>"Ти хочеш знати, звідки моя сила…&lt;br /&gt;</w:t>
        <w:br/>
        <w:t>Тож знай: я богом змалу був обраний,&lt;br /&gt;</w:t>
        <w:br/>
        <w:t>І вже в той день, як мене мати породила,&lt;br /&gt;</w:t>
        <w:br/>
        <w:t>Я назореєм божим був названий.</w:t>
      </w:r>
    </w:p>
    <w:p>
      <w:r>
        <w:br/>
        <w:t>І кучерів моїх ще з того часу&lt;br /&gt;</w:t>
        <w:br/>
        <w:t>Холоднеє залізо не стинало,&lt;br /&gt;</w:t>
        <w:br/>
        <w:t>І завжди я носив святую ту покрасу,&lt;br /&gt;</w:t>
        <w:br/>
        <w:t>І святобливість то мою з’являло.</w:t>
      </w:r>
    </w:p>
    <w:p>
      <w:r>
        <w:br/>
        <w:t>Мій волос має силу превелику,&lt;br /&gt;</w:t>
        <w:br/>
        <w:t>Мене не подола весь люд ворожий,&lt;br /&gt;</w:t>
        <w:br/>
        <w:t>Хоч би його зібралось тут без ліку, –&lt;br /&gt;</w:t>
        <w:br/>
        <w:t>Бо надо мною дух витає божий!</w:t>
      </w:r>
    </w:p>
    <w:p>
      <w:r>
        <w:br/>
        <w:t>Коли б хто міг ті кучері обтяти,&lt;br /&gt;</w:t>
        <w:br/>
        <w:t>Не вдержав би в руках я й меч булатний;&lt;br /&gt;</w:t>
        <w:br/>
        <w:t>Тоді зломить мене й маленькому дитяти&lt;br /&gt;</w:t>
        <w:br/>
        <w:t>Було б не тяжко, – я б лежав безвладний".</w:t>
      </w:r>
    </w:p>
    <w:p>
      <w:r>
        <w:br/>
        <w:t>Скінчив, умовк і зсунув брови темні,&lt;br /&gt;</w:t>
        <w:br/>
        <w:t>Немов картавсь, що видав таємницю;&lt;br /&gt;</w:t>
        <w:br/>
        <w:t>Та швидко залишив картання ті даремні,&lt;br /&gt;</w:t>
        <w:br/>
        <w:t>Як глянув на Далілу-чарівницю.</w:t>
      </w:r>
    </w:p>
    <w:p>
      <w:r>
        <w:br/>
        <w:t>Вона його так любо пригорнула,&lt;br /&gt;</w:t>
        <w:br/>
        <w:t>В очах такая щира втіха грає,&lt;br /&gt;</w:t>
        <w:br/>
        <w:t>Від чого ж тая радість спалахнула,&lt;br /&gt;</w:t>
        <w:br/>
        <w:t>Самсон того не відає, не знає!..</w:t>
      </w:r>
    </w:p>
    <w:p>
      <w:r>
        <w:br/>
        <w:t>О горе, горе, краю палестинський!&lt;br /&gt;</w:t>
        <w:br/>
        <w:t>Чи знаєш ти, яка тобі недоля?&lt;br /&gt;</w:t>
        <w:br/>
        <w:t>Зрадіє ворог твій, люд філістимський,&lt;br /&gt;</w:t>
        <w:br/>
        <w:t>Бо полягла твоя і влада, й воля!</w:t>
      </w:r>
    </w:p>
    <w:p>
      <w:r>
        <w:br/>
        <w:t>Самсон, заступник твій, надія та єдина,&lt;br /&gt;</w:t>
        <w:br/>
        <w:t>Відкрив чужинці свою міць таємну,&lt;br /&gt;</w:t>
        <w:br/>
        <w:t>Розмовою та поцілунками дружина&lt;br /&gt;</w:t>
        <w:br/>
        <w:t>Зняла заслону з таємниці темну.</w:t>
      </w:r>
    </w:p>
    <w:p>
      <w:r>
        <w:br/>
        <w:t>Від боротьби й від щастя утомившись,&lt;br /&gt;</w:t>
        <w:br/>
        <w:t>Заснув Самсон – і голову думливу&lt;br /&gt;</w:t>
        <w:br/>
        <w:t>Склонив до милої; вона ж, схилившись,&lt;br /&gt;</w:t>
        <w:br/>
        <w:t>Вчиня над ним подію ту зрадливу:</w:t>
      </w:r>
    </w:p>
    <w:p>
      <w:r>
        <w:br/>
        <w:t>Рукою пестить кучері ті чорні,&lt;br /&gt;</w:t>
        <w:br/>
        <w:t>А в другій гостреє залізо має,&lt;br /&gt;</w:t>
        <w:br/>
        <w:t>Одною кучері до себе любо горне,&lt;br /&gt;</w:t>
        <w:br/>
        <w:t>А другою їх з голови здіймає.</w:t>
      </w:r>
    </w:p>
    <w:p>
      <w:r>
        <w:br/>
        <w:t>І підняла з волоссям руку білу,&lt;br /&gt;</w:t>
        <w:br/>
        <w:t>Після на діл покраса пишна впала, –&lt;br /&gt;</w:t>
        <w:br/>
        <w:t>Тож гордую, непереможну силу&lt;br /&gt;</w:t>
        <w:br/>
        <w:t>Рука підступна жінки подолала!</w:t>
      </w:r>
    </w:p>
    <w:p>
      <w:r>
        <w:br/>
        <w:t>"Вставай, Самсоне! Вороги на тебе!" –&lt;br /&gt;</w:t>
        <w:br/>
        <w:t>Покликнула зрадливиця Даліла,&lt;br /&gt;</w:t>
        <w:br/>
        <w:t>Він встав і глянув сміливо навкруги себе, –&lt;br /&gt;</w:t>
        <w:br/>
        <w:t>Не знав, що згинула вже його сила.</w:t>
      </w:r>
    </w:p>
    <w:p>
      <w:r>
        <w:br/>
        <w:t>Як приступили філістимські мужі,</w:t>
      </w:r>
    </w:p>
    <w:p>
      <w:r>
        <w:br/>
        <w:t>Тоді побачив він свою оману.&lt;br /&gt;</w:t>
        <w:br/>
        <w:t>Вони йому зв’язали руки дужі&lt;br /&gt;</w:t>
        <w:br/>
        <w:t>І повели його до свого стану.</w:t>
      </w:r>
    </w:p>
    <w:p>
      <w:r>
        <w:br/>
        <w:t>"Прощай, Самсоне! – крикнула зрадлива. –&lt;br /&gt;</w:t>
        <w:br/>
        <w:t>Ти думав, що для тебе я забуду&lt;br /&gt;</w:t>
        <w:br/>
        <w:t>Родину? Ні! Ти гинеш, – дяка се правдива&lt;br /&gt;</w:t>
        <w:br/>
        <w:t>Від мене за погибель мого люду!"</w:t>
      </w:r>
    </w:p>
    <w:p>
      <w:r>
        <w:br/>
        <w:t>Самсона у кайдани закували,&lt;br /&gt;</w:t>
        <w:br/>
        <w:t>З його недолі ворогам забава!&lt;br /&gt;</w:t>
        <w:br/>
        <w:t>Самсону очі ясні повиймали, –&lt;br /&gt;</w:t>
        <w:br/>
        <w:t>Плач, люд Ізраїля! В темниці твоя слава!</w:t>
      </w:r>
    </w:p>
    <w:p>
      <w:r>
        <w:br/>
        <w:t>2</w:t>
      </w:r>
    </w:p>
    <w:p>
      <w:r>
        <w:br/>
        <w:t>В темній темниці, в кайданах закутий,&lt;br /&gt;</w:t>
        <w:br/>
        <w:t>Сильний колись-то Самсон той сидить,&lt;br /&gt;</w:t>
        <w:br/>
        <w:t>Тяжкую думу гада – й незабутий&lt;br /&gt;</w:t>
        <w:br/>
        <w:t>Жаль його серце знебуле гнітить.</w:t>
      </w:r>
    </w:p>
    <w:p>
      <w:r>
        <w:br/>
        <w:t>Тяжко Самсон проклинає Далілу,&lt;br /&gt;</w:t>
        <w:br/>
        <w:t>Що без вагання згубила його,&lt;br /&gt;</w:t>
        <w:br/>
        <w:t>Жалує тяжко на себе, що силу,&lt;br /&gt;</w:t>
        <w:br/>
        <w:t>Славу віддав і себе самого –</w:t>
      </w:r>
    </w:p>
    <w:p>
      <w:r>
        <w:br/>
        <w:t>Та за кохання єхидне, нікчемне…&lt;br /&gt;</w:t>
        <w:br/>
        <w:t>Серце так рветься! Та нащо той жаль,&lt;br /&gt;</w:t>
        <w:br/>
        <w:t>Нащо ті сльози, картання даремне?&lt;br /&gt;</w:t>
        <w:br/>
        <w:t>Помста лиш може вгасити печаль!</w:t>
      </w:r>
    </w:p>
    <w:p>
      <w:r>
        <w:br/>
        <w:t>Помста… Де ж сила його молодеча?..&lt;br /&gt;</w:t>
        <w:br/>
        <w:t>Він же і зброї в руці не вдержить,&lt;br /&gt;</w:t>
        <w:br/>
        <w:t>Не підійме навіть гострого меча,&lt;br /&gt;</w:t>
        <w:br/>
        <w:t>Сили немає! Невже буде жить</w:t>
      </w:r>
    </w:p>
    <w:p>
      <w:r>
        <w:br/>
        <w:t>Тая підступниця? Ні, хай сконає!&lt;br /&gt;</w:t>
        <w:br/>
        <w:t>Єсть же на небі ще правда свята,&lt;br /&gt;</w:t>
        <w:br/>
        <w:t>За що ж із ним його люд погибає?&lt;br /&gt;</w:t>
        <w:br/>
        <w:t>Боже, що винна країна ота?..</w:t>
      </w:r>
    </w:p>
    <w:p>
      <w:r>
        <w:br/>
        <w:t>Гине безславно Самсон в самотині,&lt;br /&gt;</w:t>
        <w:br/>
        <w:t>Серцем же рветься свій люд визволять.&lt;br /&gt;</w:t>
        <w:br/>
        <w:t>Люд у полоні тепер, на чужині,&lt;br /&gt;</w:t>
        <w:br/>
        <w:t>Легко було ворогам подолать</w:t>
      </w:r>
    </w:p>
    <w:p>
      <w:r>
        <w:br/>
        <w:t>Край Іудейський, його боронити&lt;br /&gt;</w:t>
        <w:br/>
        <w:t>Нікому стало, – в неволі сумній&lt;br /&gt;</w:t>
        <w:br/>
        <w:t>Той оборонець, він лихом прибитий,&lt;br /&gt;</w:t>
        <w:br/>
        <w:t>Він не поможе країні рідній!</w:t>
      </w:r>
    </w:p>
    <w:p>
      <w:r>
        <w:br/>
        <w:t>Він у темниці, в кайдани закутий,&lt;br /&gt;</w:t>
        <w:br/>
        <w:t>Тяжко картаючись серцем, сидить,&lt;br /&gt;</w:t>
        <w:br/>
        <w:t>Жаль нерозважений, жаль незабутий&lt;br /&gt;</w:t>
        <w:br/>
        <w:t>Серце знебуле і рве, і гнітить.</w:t>
      </w:r>
    </w:p>
    <w:p>
      <w:r>
        <w:br/>
        <w:t>3</w:t>
      </w:r>
    </w:p>
    <w:p>
      <w:r>
        <w:br/>
        <w:t>Пишає божая країна&lt;br /&gt;</w:t>
        <w:br/>
        <w:t>І ясні хвилі Іордана, –&lt;br /&gt;</w:t>
        <w:br/>
        <w:t>Хоч і в неволі Палестина,&lt;br /&gt;</w:t>
        <w:br/>
        <w:t>І лютим ворогом забрана…</w:t>
      </w:r>
    </w:p>
    <w:p>
      <w:r>
        <w:br/>
        <w:t>Вже переможці стали станом&lt;br /&gt;</w:t>
        <w:br/>
        <w:t>В долині красній та розкішній, –&lt;br /&gt;</w:t>
        <w:br/>
        <w:t>Під пальмами, над Іорданом,&lt;br /&gt;</w:t>
        <w:br/>
        <w:t>Далеко чуть їх гомін втішний.</w:t>
      </w:r>
    </w:p>
    <w:p>
      <w:r>
        <w:br/>
        <w:t>А ватаг їх? О, як для його&lt;br /&gt;</w:t>
        <w:br/>
        <w:t>Веселий, радісний сей ранок, –&lt;br /&gt;</w:t>
        <w:br/>
        <w:t>Багато злота дорогого.&lt;br /&gt;</w:t>
        <w:br/>
        <w:t>І срібла, і вродливих бранок</w:t>
      </w:r>
    </w:p>
    <w:p>
      <w:r>
        <w:br/>
        <w:t>Добув він. Не війна кривава&lt;br /&gt;</w:t>
        <w:br/>
        <w:t>Йому дала се, – ні, Даліла,&lt;br /&gt;</w:t>
        <w:br/>
        <w:t>Її була се мудра справа, –&lt;br /&gt;</w:t>
        <w:br/>
        <w:t>Вона дух сильний той зломила.</w:t>
      </w:r>
    </w:p>
    <w:p>
      <w:r>
        <w:br/>
        <w:t>Рад філістимець. Гомін, гуки;&lt;br /&gt;</w:t>
        <w:br/>
        <w:t>Радіє люд. Божниці димні&lt;br /&gt;</w:t>
        <w:br/>
        <w:t>Від пахощів; здійнявши руки,&lt;br /&gt;</w:t>
        <w:br/>
        <w:t>Святці співають вдячні гімни</w:t>
      </w:r>
    </w:p>
    <w:p>
      <w:r>
        <w:br/>
        <w:t>Своєму божищу Ваалу.&lt;br /&gt;</w:t>
        <w:br/>
        <w:t>Уголос бога вихваляють,&lt;br /&gt;</w:t>
        <w:br/>
        <w:t>Що він віддав їм на поталу&lt;br /&gt;</w:t>
        <w:br/>
        <w:t>Всю Палестину, і співають</w:t>
      </w:r>
    </w:p>
    <w:p>
      <w:r>
        <w:br/>
        <w:t>Хвалу Далілі, що придбала&lt;br /&gt;</w:t>
        <w:br/>
        <w:t>Для свого люду славу вічну:&lt;br /&gt;</w:t>
        <w:br/>
        <w:t>Вона Самсона подолала,&lt;br /&gt;</w:t>
        <w:br/>
        <w:t>Зломила силу ту величну.</w:t>
      </w:r>
    </w:p>
    <w:p>
      <w:r>
        <w:br/>
        <w:t>І утішається Даліла,&lt;br /&gt;</w:t>
        <w:br/>
        <w:t>Що славою за зраду вкрита.&lt;br /&gt;</w:t>
        <w:br/>
        <w:t>У очах втіха заясніла,&lt;br /&gt;</w:t>
        <w:br/>
        <w:t>Усмішка грає гордовита.</w:t>
      </w:r>
    </w:p>
    <w:p>
      <w:r>
        <w:br/>
        <w:t>Гукає владар: "Приведіте&lt;br /&gt;</w:t>
        <w:br/>
        <w:t>Самсона-бранця у палати,&lt;br /&gt;</w:t>
        <w:br/>
        <w:t>Перед мене постановіте,&lt;br /&gt;</w:t>
        <w:br/>
        <w:t>Його бажаю повидати!"</w:t>
      </w:r>
    </w:p>
    <w:p>
      <w:r>
        <w:br/>
        <w:t>Покірні кинулися слуги,&lt;br /&gt;</w:t>
        <w:br/>
        <w:t>Біжать чинить владаря волю;&lt;br /&gt;</w:t>
        <w:br/>
        <w:t>Ведуть Самсона для наруги, –&lt;br /&gt;</w:t>
        <w:br/>
        <w:t>Хай бачать всі його недолю.</w:t>
      </w:r>
    </w:p>
    <w:p>
      <w:r>
        <w:br/>
        <w:t>Кайдани тяжкі на Самсоні,&lt;br /&gt;</w:t>
        <w:br/>
        <w:t>Сліпий, сумний він і без сили.&lt;br /&gt;</w:t>
        <w:br/>
        <w:t>Ввели його і при колоні&lt;br /&gt;</w:t>
        <w:br/>
        <w:t>В порога там постановили.</w:t>
      </w:r>
    </w:p>
    <w:p>
      <w:r>
        <w:br/>
        <w:t>Розлігся гомін, сміх, наруга,&lt;br /&gt;</w:t>
        <w:br/>
        <w:t>І жарти прикрії чувати:&lt;br /&gt;</w:t>
        <w:br/>
        <w:t>"Самсоне! Де твоя потуга?&lt;br /&gt;</w:t>
        <w:br/>
        <w:t>Чи ти забувся воювати?"</w:t>
      </w:r>
    </w:p>
    <w:p>
      <w:r>
        <w:br/>
        <w:t>Самсон стоїть, мов скам’янілий,&lt;br /&gt;</w:t>
        <w:br/>
        <w:t>Блідий, і мовчки вислухає&lt;br /&gt;</w:t>
        <w:br/>
        <w:t>Оту зневагу: гнів безсилий&lt;br /&gt;</w:t>
        <w:br/>
        <w:t>У грудях стиснутих бурхає.</w:t>
      </w:r>
    </w:p>
    <w:p>
      <w:r>
        <w:br/>
        <w:t>Аж ось зненацька він здригнувся:&lt;br /&gt;</w:t>
        <w:br/>
        <w:t>До його слуху долетіли&lt;br /&gt;</w:t>
        <w:br/>
        <w:t>Слова вразливі, і почувся&lt;br /&gt;</w:t>
        <w:br/>
        <w:t>Єхидний, прикрий сміх Даліли:</w:t>
      </w:r>
    </w:p>
    <w:p>
      <w:r>
        <w:br/>
        <w:t>"Здоров, Самсоне! Твоя мила&lt;br /&gt;</w:t>
        <w:br/>
        <w:t>Тебе вітає!" Тая мова&lt;br /&gt;</w:t>
        <w:br/>
        <w:t>Самсона серце вкрай вразила,&lt;br /&gt;</w:t>
        <w:br/>
        <w:t>Не вдержав він гіркого слова:</w:t>
      </w:r>
    </w:p>
    <w:p>
      <w:r>
        <w:br/>
        <w:t>"О гадино! Моєї муки&lt;br /&gt;</w:t>
        <w:br/>
        <w:t>Тобі, несита, ще не досить?!"&lt;br /&gt;</w:t>
        <w:br/>
        <w:t>Самсон здійняв безсилі руки&lt;br /&gt;</w:t>
        <w:br/>
        <w:t>І вголос бога помсти просить:</w:t>
      </w:r>
    </w:p>
    <w:p>
      <w:r>
        <w:br/>
        <w:t>"О боже помсти, Адонаю!&lt;br /&gt;</w:t>
        <w:br/>
        <w:t>Вволи мою остатню волю:&lt;br /&gt;</w:t>
        <w:br/>
        <w:t>Хай з ворогами й я сконаю,&lt;br /&gt;</w:t>
        <w:br/>
        <w:t>Та дай помститись за недолю,</w:t>
      </w:r>
    </w:p>
    <w:p>
      <w:r>
        <w:br/>
        <w:t>За сором мій і мого люду!&lt;br /&gt;</w:t>
        <w:br/>
        <w:t>Дай силу давню на хвилину!&lt;br /&gt;</w:t>
        <w:br/>
        <w:t>Верни мені її, – хай буду&lt;br /&gt;</w:t>
        <w:br/>
        <w:t>Я знов потужним на годину!"</w:t>
      </w:r>
    </w:p>
    <w:p>
      <w:r>
        <w:br/>
        <w:t>Вмолив він бога тим благанням,&lt;br /&gt;</w:t>
        <w:br/>
        <w:t>В Самсона знову уступила&lt;br /&gt;</w:t>
        <w:br/>
        <w:t>В остатній час перед сконанням&lt;br /&gt;</w:t>
        <w:br/>
        <w:t>Незмірная, нелюдська сила.</w:t>
      </w:r>
    </w:p>
    <w:p>
      <w:r>
        <w:br/>
        <w:t>Тоді, колону обійнявши,&lt;br /&gt;</w:t>
        <w:br/>
        <w:t>Потряс він дужими руками, –&lt;br /&gt;</w:t>
        <w:br/>
        <w:t>І стеля рушилась і, впавши,&lt;br /&gt;</w:t>
        <w:br/>
        <w:t>Його покрила з ворогами!</w:t>
      </w:r>
    </w:p>
    <w:p>
      <w:r>
        <w:br/>
        <w:t>[с. Колодяжне, 1888 p.]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