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Себелюбний велетень</w:t>
      </w:r>
    </w:p>
    <w:p>
      <w:r>
        <w:br/>
        <w:t xml:space="preserve"> &lt;p&gt;Себелюбний велетень</w:t>
      </w:r>
    </w:p>
    <w:p>
      <w:r>
        <w:br/>
        <w:t>Кожного пообіддя дорогою зі школи дітлахи забігали гратися у саду Велетня. Сад той був великий і гарний, зарослий м'якою зеленою травою. З трави піднімалися чудові, мов зірки, квіти, а ще там росли дванадцять персикових дерев, на яких навесні розпускалися ніжні рожево-перлисті пуп'янки, а восени гілки аж гнулися від багатого врожаю плодів. На деревах сиділи пташки і виспівували так солодко, що дітлахи навіть ігри свої припиняли, аби послухати їх. "Які ж ми тут щасливі!" — гукали вони одне до одного.</w:t>
      </w:r>
    </w:p>
    <w:p>
      <w:r>
        <w:br/>
        <w:t>Настав день, коли Велетень повернувся додому. Він гостював у свого приятеля — корнуольського людожера, що мешкав далеко на заході країни, — і провів у нього цілих сім років. По закінченні тих семи років він сказав усе, що заведено говорити, бо був не надто красномовний, і намірився повернутися до свого замку. Приїхавши, він побачив, що в його саду граються діти.</w:t>
      </w:r>
    </w:p>
    <w:p>
      <w:r>
        <w:br/>
        <w:t>— А ви тут що робите? — загарчав він таким страшним голосом, що діти стрімголов повтікали.</w:t>
      </w:r>
    </w:p>
    <w:p>
      <w:r>
        <w:br/>
        <w:t>— Мій сад — це тільки мій сад, — сказав Велетень, — кожний мусить це розуміти, і я нікому не дозволю гратися тут, — окрім самого себе.</w:t>
      </w:r>
    </w:p>
    <w:p>
      <w:r>
        <w:br/>
        <w:t>І він вибудував височенну загорожу довкола саду, та ще й вивісив попередження:</w:t>
      </w:r>
    </w:p>
    <w:p>
      <w:r>
        <w:br/>
        <w:t>СТОРОННІМ ВХІД ЗАБОРОНЕНО — ПОРУШНИКИ БУДУТЬ ПОКАРАНІ.</w:t>
      </w:r>
    </w:p>
    <w:p>
      <w:r>
        <w:br/>
        <w:t>Цей Велетень був самозакоханим скнарою.</w:t>
      </w:r>
    </w:p>
    <w:p>
      <w:r>
        <w:br/>
        <w:t>Бідолашним дітлахам тепер не було де гратися. Спробували вони гратися на дорозі, але там було повно пилу та твердого каміння, і це їм зовсім не сподобалося. Вони ходили попід високою загорожею після уроків і розмовляли про чудовий сад, який за нею ховався. "Які ж ми були там щасливі!" — зітхали вони.</w:t>
      </w:r>
    </w:p>
    <w:p>
      <w:r>
        <w:br/>
        <w:t>Прийшла Весна, і в усьому краї розцвіли квіти і вилупилися пташенята. І тільки в саду Велетня-скнари стояла Зима. Пташки не хотіли там співати, бо в тім саду не було дітей, і дерева забули, як квітнути. Одного разу прекрасна Квітка підняла була голівку з трави, та побачила суворе попередження — і так шкода їй стало тих дітлахів, що вона знову пірнула під землю і заснула. Задоволені були лише Сніг та Мороз. "Весна оминула цей сад, — раділи вони, — і ми пануватимемо тут цілісінький рік". Сніг укрив траву своїм великим простирадлом, а Мороз розмалював усі дерева сріблом. Потім вони запросили у гості Північний Вітер, і той примчав, закутаний у хутро. Він цілісінький день носився над замком і переламав і здув усі димарі.</w:t>
      </w:r>
    </w:p>
    <w:p>
      <w:r>
        <w:br/>
        <w:t>— Яка чудова місцина, — виголосив він. — Треба покликати у гості Град.</w:t>
      </w:r>
    </w:p>
    <w:p>
      <w:r>
        <w:br/>
        <w:t>Прибув і Град. Щодня він три години торохтів по покрівлі замку, доки не порозбивав майже всю черепицю, а потім щодуху носився і кружляв садом. Він мав сірі одежі, а дихання у нього було крижане.</w:t>
      </w:r>
    </w:p>
    <w:p>
      <w:r>
        <w:br/>
        <w:t>— Не збагну, чому це так забарилася Весна, — бідкався Велетень, сидячи біля вікна, що виходило на його промерзлий білий сад. — Сподіваюся, погода переміниться.</w:t>
      </w:r>
    </w:p>
    <w:p>
      <w:r>
        <w:br/>
        <w:t>Але Весна так і не прийшла, вже поминаючи літо. Осінь принесла золоті плоди у кожний сад, — тільки для саду Велетня у неї не знайшлося дарів. "Він надто жадібний", — пояснила вона. І була там вічна Зима, а Північний Вітер, Град, Мороз і Сніг водили нескінченний хоровод поміж дерев.</w:t>
      </w:r>
    </w:p>
    <w:p>
      <w:r>
        <w:br/>
        <w:t>Якось уранці Велетень лежав без сну у своєму ліжку, і раптом почув чарівну мелодію. Вона так солодко звучала в його вухах, і він вирішив, що то королівські музи&amp;#180;ки йдуть повз його замок. А насправді за його вікном співала маленька пташка-коноплянка, проте Велетень так довго не чув у своєму саду пташиних співів, що вони видалися йому найчарівнішою музикою на землі. Раптом Град припинив стукотіти над його головою, Північний Вітер ущух, і тонкі пахощі долинули через розчинені віконниці.</w:t>
      </w:r>
    </w:p>
    <w:p>
      <w:r>
        <w:br/>
        <w:t>— Мабуть, нарешті прийшла Весна, — сказав Велетень, скочив із ліжка й визирнув у вікно.</w:t>
      </w:r>
    </w:p>
    <w:p>
      <w:r>
        <w:br/>
        <w:t>Що ж він побачив?</w:t>
      </w:r>
    </w:p>
    <w:p>
      <w:r>
        <w:br/>
        <w:t>А побачив він дивовижну картину: через невеличку розщелину в стіні до саду пролізли діти і розсілися на гілках дерев. На кожному дереві сиділо мале дитинча. Дерева так зраділи, що до них повернулися діти, що одразу вкрилися квітами, а зараз легенько погойдували своїми руками-гілками над голівками дітей. Повсюди літали пташки і щебетали від великої втіхи, а з трави визирали квіти і весело сміялися. То була прегарна сцена, і тільки в одному куточку саду і досі лишалася Зима. Був це найвіддаленіший куток, і стояв там маленький хлопчик. Такий він був низенький і тендітний, що не міг дотягнутися до гілок дерева і тільки ходив навкруги та гірко плакав. Нещасне дерево було вкрите памороззю і снігом, а над ним задував і гарчав Північний Вітер.</w:t>
      </w:r>
    </w:p>
    <w:p>
      <w:r>
        <w:br/>
        <w:t>— Залізай сюди! Ну ж бо, хлопчику! — говорило Дерево, опускало свої гілки якомога нижче, але хлопчик був надто маленьким.</w:t>
      </w:r>
    </w:p>
    <w:p>
      <w:r>
        <w:br/>
        <w:t>І серце Велетня розчулилося, коли він це все побачив.</w:t>
      </w:r>
    </w:p>
    <w:p>
      <w:r>
        <w:br/>
        <w:t>— Яким же я був себелюбним скнарою! — мовив він. — Тепер я знаю, чому Весна не схотіла сюди прийти. Я посаджу мале хлоп'я на верхівку дерева, а потім зламаю огорожу, і хай у моєму саду граються і гуляють діти на віки вічні.</w:t>
      </w:r>
    </w:p>
    <w:p>
      <w:r>
        <w:br/>
        <w:t>І йому справді стало шкода, що він такого накоїв.</w:t>
      </w:r>
    </w:p>
    <w:p>
      <w:r>
        <w:br/>
        <w:t>Отже він тихесенько зійшов донизу, дуже обережно причинив двері і вийшов у сад.</w:t>
      </w:r>
    </w:p>
    <w:p>
      <w:r>
        <w:br/>
        <w:t>Та коли діти побачили його, вони страшенно злякалися і повтікали, і в саду знову настала Зима. І тільки маленьке хлоп'ятко не втекло, бо очі його аж засліпли від сліз, і воно не побачило, як підходить Велетень. А Велетень підкрався ззаду, обережно підняв малого і посадив на дерево. І дерево одразу ж розквітло, і птахи злетілися й заспівали, а хлопчик простягнув рученята, обняв Велетня за шию і поцілував. Усі інші діти побачили, що Велетень уже більше не злий і не грізний, і побігли до саду знову, а за ними прийшла і Весна.</w:t>
      </w:r>
    </w:p>
    <w:p>
      <w:r>
        <w:br/>
        <w:t>— Тепер це ваш сад, дітлахи, — сказав Велетень, узяв сокиру і зруйнував огорожу.</w:t>
      </w:r>
    </w:p>
    <w:p>
      <w:r>
        <w:br/>
        <w:t>І коли люди йшли на базар опівдні, вони бачили, що Велетень і діти граються у найпрекраснішому саду, який тільки можна уявити.</w:t>
      </w:r>
    </w:p>
    <w:p>
      <w:r>
        <w:br/>
        <w:t>Діти гралися там цілісінький день, а ввечері пішли до Велетня попрощатися.</w:t>
      </w:r>
    </w:p>
    <w:p>
      <w:r>
        <w:br/>
        <w:t>— А де ваш найменший приятель? — запитав Велетень. — Де той хлопчик, якого я підсадив на дерево?</w:t>
      </w:r>
    </w:p>
    <w:p>
      <w:r>
        <w:br/>
        <w:t>Велетень любив його найбільше, бо той поцілував його.</w:t>
      </w:r>
    </w:p>
    <w:p>
      <w:r>
        <w:br/>
        <w:t>— Не знаємо, — відповіли діти, — мабуть, уже пішов.</w:t>
      </w:r>
    </w:p>
    <w:p>
      <w:r>
        <w:br/>
        <w:t>— Перекажіть йому, щоб він неодмінно приходив завтра, — попросив Велетень. Але діти сказали, що не знають, де він живе, і що ніколи його раніше не бачили. І Велетень дуже засмутився.</w:t>
      </w:r>
    </w:p>
    <w:p>
      <w:r>
        <w:br/>
        <w:t>Кожного пообіддя після уроків діти приходили до Велетня і гралися. Проте маленький хлопчина, якого так любив Велетень, десь зник. Велетень був дуже добрий до всіх дітей, але страшенно скучав за своїм маленьким другом.</w:t>
      </w:r>
    </w:p>
    <w:p>
      <w:r>
        <w:br/>
        <w:t>— Як я хотів би його побачити! — повторював він.</w:t>
      </w:r>
    </w:p>
    <w:p>
      <w:r>
        <w:br/>
        <w:t>Минали роки, і Велетень дуже постарів і заслаб. Він уже не міг гратися, а просто сидів у своєму величезному кріслі, дивився на ігри дітей і милувався своїм садом.</w:t>
      </w:r>
    </w:p>
    <w:p>
      <w:r>
        <w:br/>
        <w:t>— Я маю багато прекрасних квітів, — говорив він, — але найпрекрасніші з усіх квітів — це діти.</w:t>
      </w:r>
    </w:p>
    <w:p>
      <w:r>
        <w:br/>
        <w:t>Одного зимового ранку Велетень визирнув у вікно. Зараз він уже не відчував ненависті до Зими, бо знав, що Весна просто спить, а квіти відпочивають.</w:t>
      </w:r>
    </w:p>
    <w:p>
      <w:r>
        <w:br/>
        <w:t>Раптом він зачудовано протер очі і задивився. Видовище справді вражало. У найвіддаленішому куточку саду стояло дерево, рясно уквітчане білим цвітом. Із його золотавих гілок звисали срібні плоди, а попід ними стояв малесенький хлопчик, якого Велетень так полюбив.</w:t>
      </w:r>
    </w:p>
    <w:p>
      <w:r>
        <w:br/>
        <w:t>Безмежно зрадів Велетень, кинувся сходами донизу, вибіг у сад. Він мчав по траві і зупинився біля дитини. І тут раптом його обличчя почервоніло від гніву, і він скрикнув: "Хто посмів тебе поранити?" Бо на долоньках хлопчика були рани від двох цвяхів, і були такі ж рани від двох цвяхів на його маленьких ніжках.</w:t>
      </w:r>
    </w:p>
    <w:p>
      <w:r>
        <w:br/>
        <w:t>— Хто посмів поранити тебе? — вигукнув Велетень. — Скажи мені, я візьму гострий меч і вб'ю його!</w:t>
      </w:r>
    </w:p>
    <w:p>
      <w:r>
        <w:br/>
        <w:t>— Не треба, — відповіло дитя, — це рани любові.</w:t>
      </w:r>
    </w:p>
    <w:p>
      <w:r>
        <w:br/>
        <w:t>— Хто ти такий? — спитав Велетень, і його охопив благоговійний страх, і він схилив коліна перед дитиною.</w:t>
      </w:r>
    </w:p>
    <w:p>
      <w:r>
        <w:br/>
        <w:t>Але дитя усміхнулося до Велетня і промовило:</w:t>
      </w:r>
    </w:p>
    <w:p>
      <w:r>
        <w:br/>
        <w:t>— Одного разу ти пустив мене гратися у своєму саду, а сьогодні я забираю тебе до свого саду, який називається Раєм.</w:t>
      </w:r>
    </w:p>
    <w:p>
      <w:r>
        <w:br/>
        <w:t>І коли дітлахи прибігли до саду того пообіддя, вони знайшли Велетня під деревом мертвим, і тіло його покривали білі пелюстки квітів.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Себелюбний велетень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