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Сентиментальна історія</w:t>
      </w:r>
    </w:p>
    <w:p>
      <w:r>
        <w:br/>
        <w:t xml:space="preserve"> &lt;p&gt;І</w:t>
      </w:r>
    </w:p>
    <w:p>
      <w:r>
        <w:br/>
        <w:t>...Вікно було чорне, як атрамент, але по темних садках уже брів тихий провінціальний світанок.</w:t>
      </w:r>
    </w:p>
    <w:p>
      <w:r>
        <w:br/>
        <w:t>"Ну, пора",— подумала я й вийшла з кімнати.</w:t>
      </w:r>
    </w:p>
    <w:p>
      <w:r>
        <w:br/>
        <w:t>Біля ґанку стояла підвода, і ледве чутно іржав кінь. Мама плакала й казала, що я зовсім неможливо поводжуся з нею. Ну, навіщо, мовляв, їхати кудись у невідомий край? Ну, навіщо? Мама прожила свій вік у чотирьох стінах нашого біленького домика, і для неї все, що простягається далі Загадайського мосту, все було темною й страшною загадкою. Я поцілувала маму й сказала їй, що я все-таки не можу зостатися дома. Невже вона не уявляє собі, як мене тягне в даль? Невже вона бачить тут самодурство. Пам'ятаю, я схопила її в обійми й майже простогнала:</w:t>
      </w:r>
    </w:p>
    <w:p>
      <w:r>
        <w:br/>
        <w:t>— Моя ти милуська! Милу-усько!</w:t>
      </w:r>
    </w:p>
    <w:p>
      <w:r>
        <w:br/>
        <w:t>Мама перелякано подивилася на мене і ахнула. Тоді я зареготала й ще раз поцілувала її. Потім узяла букет квітів із нашої маленької оранжереї й сіла на підводу. Золотий півник злетів на флюгер і голосно закукурікав. Провінціальний домик, ґанок і мама з тоскою подивилися на мене. Я сказала їхати. Потім упала на свіже пахуче сіно і вже сказала сама собі: "Навіки". Я прикусила губу й так боляче, що аж сльози покотилися мені по щоці. Але хіба можна було відмовитися від цієї поїздки?</w:t>
      </w:r>
    </w:p>
    <w:p>
      <w:r>
        <w:br/>
        <w:t>Пам'ятаю дитинство, його передчуття й неясну тривогу. Коли мені було щось біля шести років, я сама тягла маму до церкви, щоб стати десь у темному закутку й прислухатися до таємного шамотіння.</w:t>
      </w:r>
    </w:p>
    <w:p>
      <w:r>
        <w:br/>
        <w:t>Бабуся розповідала мені про катакомби, і здавалось, що я стою в катакомбах. Я любила ходити й на луки, любила запах осоки й це зелене море трав, що хлюпотіло за рікою, я безумно любила вечорові кучугури, і червінькову шелюгу, і димки над нашою оселею. Але я ненавиділа наших провінціальних людей, таких темних і диких, як дичавина тамерланівщини, і завжди тоскувала за тим незнайомим, що загубилося десь у далеких краях. Колись небіжчик-брат (він був страшенний мрійник, і він загинув на барикадах), колись він патетично декламував мені.</w:t>
      </w:r>
    </w:p>
    <w:p>
      <w:r>
        <w:br/>
        <w:t>— Б'янко, я вже, мабуть, не повернусь додому, і багато нас, очевидно, не повернуться. Але йдемо ми з такою радістю, ніби чекає нас не смерть, а якесь надзвичайне безсмертя.</w:t>
      </w:r>
    </w:p>
    <w:p>
      <w:r>
        <w:br/>
        <w:t>Потім він говорив мені про світові пожари, про невідомий фантастичний край. Я довго слухала його, і перед моїми очима виростало химерне коло, і я вже бачила внутрішніми очима нових людей якоїсь ідеальної країни. Пам'ятаю, я випрямилась на ввесь свій дитячий зріст (я й справді тоді була ще дитиною) і сказала надхненно:</w:t>
      </w:r>
    </w:p>
    <w:p>
      <w:r>
        <w:br/>
        <w:t>— Клянусь тобі, брате!</w:t>
      </w:r>
    </w:p>
    <w:p>
      <w:r>
        <w:br/>
        <w:t>Більше нічого не сказала, бо знала, що далі не треба говорити, і він зрозумів мене.</w:t>
      </w:r>
    </w:p>
    <w:p>
      <w:r>
        <w:br/>
        <w:t>Але потім раптом побачила (тоді вже брата давно не було), що прийшла якась нова дичавина, і над нашою провінцією зашуміла модернізована тайга азіятщини, і тільки зрідка проривалися молоді вітерці. Тоді почала вірити, що десь живуть інші люди, і мене неможливо тягнуло до них.</w:t>
      </w:r>
    </w:p>
    <w:p>
      <w:r>
        <w:br/>
        <w:t>Очевидно, і це зміцнювало моє бажання полетіти кудись, до того ж і журавлі принесли мені сімнадцяту весну. Я виходила вночі в садок і вже не могла спокійно слухати їхнього крику. Ця весна так затривожила мене, ніби я була перелітною птицею й мусіла летіти кудись за море.</w:t>
      </w:r>
    </w:p>
    <w:p>
      <w:r>
        <w:br/>
        <w:t>Я не оглядалася назад і вже не бачила (це візниця мені говорив), як мама випроводжала мене білою хустиною, і не бачила (це теж візниця говорив мені), як повз нас пройшов наш маленький дячок і здивовано подивився на мене.</w:t>
      </w:r>
    </w:p>
    <w:p>
      <w:r>
        <w:br/>
        <w:t>— Кукуріку,— стояло мені в ушах, але коник біг жваво, і жваво куріла дорога.</w:t>
      </w:r>
    </w:p>
    <w:p>
      <w:r>
        <w:br/>
        <w:t>Ми вже давно проминули провінціальний виконком, потім ми залишили за собою й комсомольський клуб. "Ах ти, клуб, ти мій клуб, зелененький клубе",— подумала я й зідхнула. Це місце нашої оселі я обминала з якоюсь полегкістю. Мені було відкрито дорогу до комолу, але я рішуче відмовилася вступити туди. Мене ненавиділи за це, бо знали, чому я стою осторонь. А я стояла осторонь от чому. Я пам'ятала, скільки відважних комольців загинуло в часи горожанської війни, і частенько десь у закутку прославляла цих незнаних героїв. Але тут, у нашому комолі, була якась дика розгнузданість, і дівчата, що йшли туди, вже з п'ятнадцяти років робились "чесними давалками" — так у нас називали їх. Я прилюдно говорила про це, і мене називали реакціонеркою. Пам'ятаю, тільки один комунар, що раптово приїхав у наше містечко, тільки він обурився колись:</w:t>
      </w:r>
    </w:p>
    <w:p>
      <w:r>
        <w:br/>
        <w:t>— В чому справа, хлоп'ята,— сказав він,— хіба вона неправду говорить?</w:t>
      </w:r>
    </w:p>
    <w:p>
      <w:r>
        <w:br/>
        <w:t>...На нас почала наступати синя полоска далекого лісу. З боку вже розправляло свої малинові крила золоте, як і завжди, невідоме сонце. Ми раптом поїхали поволі: попереду нас ішла отара овець, і йшов пастушок. Пастушок заграв на сопілку. Він був маленький, але він заграв щось сумне, і мені стало ще сумніше. Я свиснула, сказала їхати скоріш — і коник знову побіг. За ним побіг і ранковий вітрець.</w:t>
      </w:r>
    </w:p>
    <w:p>
      <w:r>
        <w:br/>
        <w:t>— Гоп! Гоп! Гоп! — кричала я.</w:t>
      </w:r>
    </w:p>
    <w:p>
      <w:r>
        <w:br/>
        <w:t>Потім підставляла вітрові свої молоді груди, і вітер їх лоскотав. Я реготала й реготала всю дорогу до самої станції. Але візниці так і не сказала причини. Справа в тому, що я вже тоді хотіла бути матір'ю, а вітер мене збентежив: мені (хоч це й смішно!) захотілось завагітніти від нього. Мені хотілось так чисто завагітніти, як завагітніло голубе небо, що вже мільйони віків хоронить у собі таємницю найпрекраснішого й найчистішого зачаття. Моя дика фантазія не давала мені спокою й цілу дорогу тривожила мене. Бігли поля, і суворо обминали нас шведські кургани. Я згадала Марію Кочубей.</w:t>
      </w:r>
    </w:p>
    <w:p>
      <w:r>
        <w:br/>
        <w:t>На станцію ми приїхали, коли вже зовсім стемніло. Я купила квиток, поцілувала візницю (він страшенно здивувався) і взяла з возика свій маленький пакунок.</w:t>
      </w:r>
    </w:p>
    <w:p>
      <w:r>
        <w:br/>
        <w:t>"Саме тепер навіки" — прийшла мені мисль, бо візниця був останньою близькою людиною.</w:t>
      </w:r>
    </w:p>
    <w:p>
      <w:r>
        <w:br/>
        <w:t>Тоді, як ніколи до того, я відчула великий біль розлуки й саме тому, що цей біль був сильний і справжній, саме тому пізнала себе найщирішою людиною.</w:t>
      </w:r>
    </w:p>
    <w:p>
      <w:r>
        <w:br/>
        <w:t>"Очевидно, теличка нездібна пережити цього" — промайнуло мені в голові, і я почала філософствувати.</w:t>
      </w:r>
    </w:p>
    <w:p>
      <w:r>
        <w:br/>
        <w:t>Це, звичайно, була страшенно наївна філософія, бо я тоді знайома була (і то поверхово) тільки з Платоном. Але вона мені зовсім не шкодила і навіть більше того: тільки через неї я діставала собі заспокоєння.</w:t>
      </w:r>
    </w:p>
    <w:p>
      <w:r>
        <w:br/>
        <w:t>...Візниця давно вже зник зі своїм возиком за кучугурами, а я все стояла й дивилась йому вслід. І тільки за півгодини опам'яталась. Треба було кінчати, і я скінчила: махнула рукою й пішла на темний станційний силует.</w:t>
      </w:r>
    </w:p>
    <w:p>
      <w:r>
        <w:br/>
        <w:t>Станція була глуха, як сотні степових станцій, і там лежали якісь чужі люди. Трохи пахло прісним запахом, бо відціля, здається, за дев'ять верстов була цукроварня. Я подумала, що, коли прийде осінь, наші дівчата підуть на буряки. Тоді будуть сумувати полтавські кургани, і побредуть мої спогади крізь мариво віків за виконкомом, за комольську леваду. І мені здавалось, що такі мислі приходять усім, хто знає вишневооку Україну — цей химерний край диких і темних доріг до романтичної комуни. Я знову згадала Марію Кочубей.</w:t>
      </w:r>
    </w:p>
    <w:p>
      <w:r>
        <w:br/>
        <w:t>Потім пішла на пустельний перон і дивилась на рейки, на зелені вогні й відчула присмерк. Хтось пройшов повз мене (очевидно, начальник станції) і уважно подивився мені в очі. Потім із степу прилетів потяг, заревів, зашумів, загоготав. Я ще раз подивилася в степ — туди, де стоїть наш біленький домик і сидить півник на флюгері, де невеличка оранжерея й темні провінціальні садки. Але вже нічого не хотіла згадувати й рішуче полізла у вагон. Те, що було, зникло навіки. Ще раз побачити? Ні! Ні! Ні! І тільки, коли потяг заревів і рушив, я в останній раз уклонилась напівтемній степовій станції. Силуети будівель промайнули перед моїми очима й зникли. Я вже не думала повертатись сюди. Життя було таке широке й безмежне, а вік мій такий коротенький, як носик горобчика.</w:t>
      </w:r>
    </w:p>
    <w:p>
      <w:r>
        <w:br/>
        <w:t>— Тра-та-та! — одбивали колеса.</w:t>
      </w:r>
    </w:p>
    <w:p>
      <w:r>
        <w:br/>
        <w:t>Уночі блимала свіча, десь гомоніли пасажири, потяг похитувався, але я не могла заснути. Вдень бігли поля, летіти кургани, але вони мене вже не цікавили. Пам'ятаю, я всю дорогу безумствувала: мислі шалено летіли, наздоганяючи одна одну. Такі переживання не могли не відбитися на моїм обличчі, і тому пасажири раз у раз здивовано поглядали на мене.</w:t>
      </w:r>
    </w:p>
    <w:p>
      <w:r>
        <w:br/>
        <w:t>На третій день я була в Z.</w:t>
      </w:r>
    </w:p>
    <w:p>
      <w:r>
        <w:br/>
        <w:t>II</w:t>
      </w:r>
    </w:p>
    <w:p>
      <w:r>
        <w:br/>
        <w:t>Коли йшла з вокзалу, мені було страшенно весело. Я оглядала вітрини, автобуси, трамваї, а мені казали збоку:</w:t>
      </w:r>
    </w:p>
    <w:p>
      <w:r>
        <w:br/>
        <w:t>— Подивіться, яка пейзаночка!</w:t>
      </w:r>
    </w:p>
    <w:p>
      <w:r>
        <w:br/>
        <w:t>Ішла по великій вулиці й раптом попала на ринок. Стояли селянки з клубникою. Клубника так пахла, що я тут же купила два фунти. Потім довго блукала по городу й зовсім незчулась, як прийшов синій міський вечір. Пам'ятаю, вийняла з пакунка одну соковиту клубнику (одну ягоду) і взяла її на губи. Я взяла її необережно, бо рожевий сік потік і зробив мені на блузці рожеву пляму. Це було неприємно, і я посіпала себе за вухо.</w:t>
      </w:r>
    </w:p>
    <w:p>
      <w:r>
        <w:br/>
        <w:t>Коли вечір заглибився, тоді по вулиці пішли проститутки. Вони страшенно лаялися, так що мені кілька разів почервоніли уші. І я ніколи б не знайшла в цьому городі свою Лізбет, коли б не випадок.</w:t>
      </w:r>
    </w:p>
    <w:p>
      <w:r>
        <w:br/>
        <w:t>Стояв літній сад, а біля нього рекламний плакат. Тоді вискочив хлопчик і закричав мені в обличчя: "Бути-тути! трап-трап!" Потім почали під'їжджати фаетони, спалахнув люкс, і вечірнє небо зробилось таким синім-синім, я пішла в літній сад, з'їла там на п'ять копійок морозива й звернула на алею "Синього кабачка". Там я й зустріла Лізбет. По дорозі товаришка потріпала мене по тазові й сказала:</w:t>
      </w:r>
    </w:p>
    <w:p>
      <w:r>
        <w:br/>
        <w:t>— Як гарно, як гарно, що ти приїхала!</w:t>
      </w:r>
    </w:p>
    <w:p>
      <w:r>
        <w:br/>
        <w:t>З Лізбет я товаришувала ще з шкільного часу й ніколи не губила з нею зв'язків. Вона мене страшенно любила. Лізбет працювала в установі машиністкою й обіцяла в ту ж установу й на ту ж посаду пристроїти й мене.</w:t>
      </w:r>
    </w:p>
    <w:p>
      <w:r>
        <w:br/>
        <w:t>Але як вона зробить це, коли я в цьому нічого не розумію? Лізбет зареготала й запевнила, що за місяць або за півтора з мене буде робітниця "на ять". І дійсно: за місяць я вже була машиністкою "на ять". Я навіть сама здивувалась, як скоро це вийшло, і ми з'ясували такий успіх моїм неабияким хистом. Потім Лізбет хитренько примружила око й сказала, що я мушу тепер піти з нею в установу й там трохи посидіти.</w:t>
      </w:r>
    </w:p>
    <w:p>
      <w:r>
        <w:br/>
        <w:t>— Для чого це? — спитала я.</w:t>
      </w:r>
    </w:p>
    <w:p>
      <w:r>
        <w:br/>
        <w:t>Вона ще раз зареготала й назвала мене наївною. Невже я й досі не доміркувалась, що моїм обличчям і моєю фігурою можна цілий світ перевернути? Лізбет піднесла мені дзеркало й запропонувала подивитися на себе. Тоді я запротестувала: невже вона радить мені продати своє тіло? Лізбет почала запевняти, що ніякого тут продажу нема: на мене будуть дивитись і тільки! Я погодилась і одержала посаду. За кілька тижнів Лізбет поїхала до тьоті й залишила мені свою квартиру.</w:t>
      </w:r>
    </w:p>
    <w:p>
      <w:r>
        <w:br/>
        <w:t>— Ну, прощай,— сказала вона.— Може, ще колись побачимось. Вікно моєї кімнати виходило з підвалу в невеличкий дворик, де стояла стара зелена альтанка. Я любила сидіти біля нього й дивитися на клаптик голубого неба: воно було тут таке надзвичайне, ніби всю його радість природа сконцентрувала в цьому закутку. Тут, біля цього вікна, я так багато передумала, скільки, очевидно, мені вже не прийдеться думати. Я думала про химерну даль, що потягла мене з рідного краю, і думала, що до неї — ах, як далеко! Власне, в Z я не сподівалась найти її, але вірила, що в Z я зустрінусь з якимсь великим чоловіком, і тоді станеться чудо.</w:t>
      </w:r>
    </w:p>
    <w:p>
      <w:r>
        <w:br/>
        <w:t>Іноді після роботи я не йшла додому, я йшла куди очі дивляться. Тоді городяни здивовано оглядали мене. Ішла в південно-східну частину города на край, де тулились по ярках убогі хатки. В степу блимали вогнища, надходила ніч. Я зупинялась на якомусь кургані й згадувала "Пісню Нібелунгів" і юнака Зігфріда й думала, що для нашої країни примітивний "Кобзар", як Нібелунги. Потім споглядала. Я довго споглядала, і мені здавалось, що якась невідома сила насувається на мене. За кілька годин я йшла додому, лягала на ліжко й довго лежала з заплющеними очима. На міській башті бив годинник:</w:t>
      </w:r>
    </w:p>
    <w:p>
      <w:r>
        <w:br/>
        <w:t>— Бов! Бов!</w:t>
      </w:r>
    </w:p>
    <w:p>
      <w:r>
        <w:br/>
        <w:t>...Отже, в своїй установі я, очевидно, була одинокою. Коли правду говорити, то тільки в машинці я находила свого друга. Один час я так полюбила її, що вона навіть снилася мені. І снилось мені так, ніби вона зовсім живе створіння і ніби вона на всі мої запитання відповідає таким теплим, хорошим голосом. Тоді я схиляла свою голову на її літери, і валок щось мені муркотів і тихо наспівував. Підводились і літери й вистукували так зажурено, начеб потяг летів у невідомий край. Тоді знову бачила дорогу, степ і руді пахучі обніжки.</w:t>
      </w:r>
    </w:p>
    <w:p>
      <w:r>
        <w:br/>
        <w:t>— Ах ти, дружечок мій,— говорила я іноді, виймаючи з неї якусь інструкцію для діловода Кука.</w:t>
      </w:r>
    </w:p>
    <w:p>
      <w:r>
        <w:br/>
        <w:t>Я маю на увазі того діловода, що взяв мене на посаду. Він був дуже спокійною людиною, носив чистенький костюм і завжди мав на голові прилизаний проділ. Він мало чим відрізнявся від гоголівських героїв. Підписував папірці чітко, і від другого "к" (Кук) робив униз розчерк, подібний до маленького бутончика. Перед тим, як поставити печатку на той чи інший папірець, він страсно потирав руки й робив язиком незрозумілий звук задоволення. Ніс його був надзвичайно великий і в усякому разі не відповідав дрібному обличчю.</w:t>
      </w:r>
    </w:p>
    <w:p>
      <w:r>
        <w:br/>
        <w:t>Мені було відомо, що він пристаркуватий і аморальний холостяк, і саме цим я й хочу з'ясувати його шалену любов до молоденьких машиністок. Особливо часто він підходив до мене й грав своїми маленькими олив'яними очима. Ця "гра" робила з нього майже мавпу, але він цього не помічав. Діловод був страшенно мало розвинена людина й говорив такою мовою, ніби шаржував когось.</w:t>
      </w:r>
    </w:p>
    <w:p>
      <w:r>
        <w:br/>
        <w:t>— Яка краса,— говорив він мені,— іти з красунею в парку, припустім (Кук натякував на себе й на мене), і почувати, що вона гідна тебе.</w:t>
      </w:r>
    </w:p>
    <w:p>
      <w:r>
        <w:br/>
        <w:t>Мені було дуже неприємно вислухувати цю парикмахерську пошлятину, і я поспішала від нього відійти.</w:t>
      </w:r>
    </w:p>
    <w:p>
      <w:r>
        <w:br/>
        <w:t>Але тоді в коридорі я обов'язково зустрічалась із сіроокою журналісткою. Це була досить-таки приємна жінка, але вона ніколи не давала спокою моїм рукам. Проходячи повз мене, сіроока журналістка обов'язково зупинялась біля мого столика й запитувала мене на вухо: "Чи не дозволю я їй іще раз "ущипнути" Б'яночку". Я їй, звичайно не дозволяла, і все-таки на моїй руці було кілька синців, і навіть був один синець на правому грудному яблуку. Вона безперечно була садисткою, і я за кілька місяців у цьому остаточно переконалась.</w:t>
      </w:r>
    </w:p>
    <w:p>
      <w:r>
        <w:br/>
        <w:t>— Я примушена буду,— говорила я їй колись,— звернутися до місцевкому.</w:t>
      </w:r>
    </w:p>
    <w:p>
      <w:r>
        <w:br/>
        <w:t>Сіроока журналістка реготала: звертайсь, мовляв, звертайся, я вже давно знаю, що ти "ябеда" (вона так і сказала — "ябеда")... Але що я могла їй на це відповісти?</w:t>
      </w:r>
    </w:p>
    <w:p>
      <w:r>
        <w:br/>
        <w:t>Отже, залишалась тільки єдина жінка, що з нею я почувала себе досить спокійною. Я говорю про товаришку Уляну, комуністку, жінку колишнього комуніста, товариша Бе. Вона жила зі мною в одному будинку, і, коли я приходила додому, товаришка Уляна стукала мені в двері й прохала дозволу зайти. Я казала "прошу" — і вона заходила. Вона відразу починала запевняти мене, що в неї страшенно некрасиве обличчя. Я розуміла свою сусідку й тому завжди заспокоювала її: мовляв, нічого подібного нема, вона не така вже некрасива, як це їй здається. Я говорила, що в неї, наприклад, і волосся прекрасне, і очі добрі. Товаришка Уляна не погоджувалась зі мною й дуже сперечалась. Вона приводила убивчі аргументи й нещадно била ними мене.</w:t>
      </w:r>
    </w:p>
    <w:p>
      <w:r>
        <w:br/>
        <w:t>Так що утворювалось таке вражіння, ніби я захищаю не її, а себе, і ніби некрасива не вона, а я.</w:t>
      </w:r>
    </w:p>
    <w:p>
      <w:r>
        <w:br/>
        <w:t>Товаришка Уляна чекала чуда, а чуда не було й не могло бути. Вона була досить-таки розвинена людина й прекрасно знала ціну своєму обличчю й своїй фігурі (моя сусідка була високою й тонкою щукою й до того з перебитим носом). Але вона зі мною відводила душу, і я їй з охотою допомагала в цьому. Мені було відомо, що товаришка Уляна дуже погано живе із своїм чоловіком, але про товариша Бе вона ніколи зі мною не говорила.</w:t>
      </w:r>
    </w:p>
    <w:p>
      <w:r>
        <w:br/>
        <w:t>— Бідний, бідний товариш Бе,— тільки зрідка проривалось їй, і тоді вона глибоко зідхала.</w:t>
      </w:r>
    </w:p>
    <w:p>
      <w:r>
        <w:br/>
        <w:t>Товаришкою Уляною, власне, і замикалось коло моїх знайомих. Всі ці люди були, на мій погляд, маленькими людьми, так чи інакше подібними до мене, і, очевидно, не могли допомогти мені вийти з того зачарованого круга дичавини, що загородив мені якусь таємну даль.</w:t>
      </w:r>
    </w:p>
    <w:p>
      <w:r>
        <w:br/>
        <w:t>Колись після роботи до мене підійшов діловод і почав умовляти мене, щоб я пішла з ним обідати. Він говорив: "Позаяк" (він так і говорив — "позаяк") йому видавали аванс й "позаяк" сьогодні день його народження, він хоче трохи пошпацірувати зі мною на бульварі й випити зі мною ж пляшку пива. Я погодилась — і ми пішли. Ми пішли в б'єргалку, сіли за столик і замовили десяток раків. В пивній стояв гомін і стояв дим. Пахло п'яним запахом. Запах був різкий, перегорілий і одразу ж п'янив голову. Оркестра грала щось похабне з якоїсь похабної оперетки. Ми випили дві пляшки, і Кук почав тулитись до мене. Потім ми випили ще чотири пляшки. Тоді діловод почав цілувати мені лікоть і розповідати мені про своє нещасне життя. Його нещастя було в тому, що на нього мало уваги звертало начальство й не давало йому вищої посади, а "позаяк" він хотів бути управділом, то "така затримка кар'єри" не могла не тривожити його. Він навіть трошки заплакав, і мені його стало шкода.</w:t>
      </w:r>
    </w:p>
    <w:p>
      <w:r>
        <w:br/>
        <w:t>— Ах, Б'янко! — говорив він мені.— Яке чудове життя, коли, наприклад, перед тобою стоїть широка кар'єра і ти можеш бути управділом Раднаркому.</w:t>
      </w:r>
    </w:p>
    <w:p>
      <w:r>
        <w:br/>
        <w:t>Діловод вимовляв це з красномовними й патетичними наголосами, і я ще більше пожаліла його. Він мені знов цілував лікоть і запевняв, що тільки одну мене кохає. Кук мені цілком серйозно говорив про кохання, наче я й справді була зацікавлена в цьому.</w:t>
      </w:r>
    </w:p>
    <w:p>
      <w:r>
        <w:br/>
        <w:t>Ми вже випили добре, діловод попрохав мене, щоб я його провела додому. При всій своїй малорозвиненості він завжди жив задньою, захованою думкою й знав, що пиво його добре сп'янило й сам він буде похитуватись. Під руку ж зі мною він не боявся себе скомпрометувати. Я погодилась — і ми пішли.</w:t>
      </w:r>
    </w:p>
    <w:p>
      <w:r>
        <w:br/>
        <w:t>По дорозі ми зайшли в театральний садок і там сіли на стілець.</w:t>
      </w:r>
    </w:p>
    <w:p>
      <w:r>
        <w:br/>
        <w:t>Збоку нас сидів якийсь мужчина. Я зиркнула на нього. Йому були зажурені і (мені так здалося) прекрасні очі. Він сидів, як різьблення, і дивився кудись у небо.</w:t>
      </w:r>
    </w:p>
    <w:p>
      <w:r>
        <w:br/>
        <w:t>Раптом Кук підвівся, посіпав із боків свій піджак, наче збирався відрекомендуватись якомусь начальникові, і звернувся до незнайомого мужчини:</w:t>
      </w:r>
    </w:p>
    <w:p>
      <w:r>
        <w:br/>
        <w:t>— Так що, дозвольте вас запитати: ви, здається, художник Чаргар?</w:t>
      </w:r>
    </w:p>
    <w:p>
      <w:r>
        <w:br/>
        <w:t>— Так, я — художник Чаргар,— сказав мужчина, і таким м'яким і приємним баритоном, який я чула тільки в любовних романах.— Чим маю честь служити вам?</w:t>
      </w:r>
    </w:p>
    <w:p>
      <w:r>
        <w:br/>
        <w:t>Я здригнула. Хіба я могла не здригнути? Мені довелося сидіти поруч із славетним малярем нашої країни. Присутність художника так схвилювала мене, що я відразу спалахнула й відчула, як мені загорілись уші.</w:t>
      </w:r>
    </w:p>
    <w:p>
      <w:r>
        <w:br/>
        <w:t>Чаргар повернув голову й уважно подивився на мене. Можливо, він подивився звичайними очима, але я тоді не могла витримати цього погляду й знизила вії.</w:t>
      </w:r>
    </w:p>
    <w:p>
      <w:r>
        <w:br/>
        <w:t>Кук говорив, що він давно вже знає художника й давно вже хотів познайомитись із суб'єктом (він так і сказав "суб'єктом") незрівнянних чоргарівських картин. Тоді художник його поправив: "Ви, очевидно, хотіли сказати творцем?" Діловод розв'язне сказав, що під суб'єктом він саме це й мав на увазі.</w:t>
      </w:r>
    </w:p>
    <w:p>
      <w:r>
        <w:br/>
        <w:t>Потім сиділи мовчки й дивилися, як горять дроти синім блиском (трамвай летів після дощику). Десь кричала сирена. Кук похилився й почав засинати. Тоді художник сказав:</w:t>
      </w:r>
    </w:p>
    <w:p>
      <w:r>
        <w:br/>
        <w:t>— Я маю честь говорити з дружиною діловода?</w:t>
      </w:r>
    </w:p>
    <w:p>
      <w:r>
        <w:br/>
        <w:t>— Ви маєте честь говорити зовсім не з дружиною діловода,— сказала я й зареготала.</w:t>
      </w:r>
    </w:p>
    <w:p>
      <w:r>
        <w:br/>
        <w:t>Кілька хвилин надзвичайного внутрішнього напруження розірвались у напівістеричному реготі. Я реготала якось зовсім не до речі (очевидно, хміль заохочував), але Чаргар і натяку не подав, що він може мене вважати за дурочку. Потім художник іще раз уважно подивився на мене й сказав:</w:t>
      </w:r>
    </w:p>
    <w:p>
      <w:r>
        <w:br/>
        <w:t>— Я, знаєте, і не припускаю, щоб у нашому городі були такі прекрасні женщини.</w:t>
      </w:r>
    </w:p>
    <w:p>
      <w:r>
        <w:br/>
        <w:t>— Хіба? — спитала я і знову спалахнула, бо це була найвища похвала моєму тілу.</w:t>
      </w:r>
    </w:p>
    <w:p>
      <w:r>
        <w:br/>
        <w:t>Потім я нічого іншого не придумала, як сказати той же комплімент і Чаргарові. Він усміхнувся й говорив, що йому страшенно подобається моя простота й непримушеність. Мовляв, у наш брехливий вік це велика рідкість і, коли хочете, навіть моветон. Був він стрункий, із добре виголеним смуглявим обличчям, у простій толстовці й без усяких претензій на якусь оригінальність. Але він увесь час якось розгублено дивився.</w:t>
      </w:r>
    </w:p>
    <w:p>
      <w:r>
        <w:br/>
        <w:t>Тоді почало вечоріти, і, коли звечоріло, на вуличному екрані застрочила вечірня газета. Небо посиніло. Діловод хропів. Я покликала візницю, записала його номер, номер квартири Кука,— і візниця повіз діловода додому. Все це я робила не оглядаючись. Але серце мені так хутко билось, що я певна була — художник стоїть десь іззаду й чекає мене.</w:t>
      </w:r>
    </w:p>
    <w:p>
      <w:r>
        <w:br/>
        <w:t>Я не помилилась: він стояв. Тоді підійшла до нього (так підійшла до нього, ніби ми були давно знайомі), і він мені запропонував руку. Я взяла, і ми пішли по алеї. Чаргар поцікавився, хто я. Сказала. Потім ми вийшли з садка й пішли по вулиці Повстання. Дійшли Раднаркому й зупинились. На чатах біля дверей стояв червоноармієць у буденівці. Він стояв, як різьблення, і Чаргар сказав:</w:t>
      </w:r>
    </w:p>
    <w:p>
      <w:r>
        <w:br/>
        <w:t>— Вам він нічого не нагадує?</w:t>
      </w:r>
    </w:p>
    <w:p>
      <w:r>
        <w:br/>
        <w:t>Я сказала, що нагадує. Тоді Чаргар чомусь усміхнувся. Я спитала "чому", він нічого не відповів і раптом подав мені руку. Ми попрощались. Я пішла в одну сторону, він — у протилежну.</w:t>
      </w:r>
    </w:p>
    <w:p>
      <w:r>
        <w:br/>
        <w:t>Додому я прийшла з таким почуттям, що з ним я йшла в дитинстві з великодньої "заутрені". Світ мені став таким милим і рожевим, що я готова була вибігти на вулицю і обіймати й цілувати першого зустрічного.</w:t>
      </w:r>
    </w:p>
    <w:p>
      <w:r>
        <w:br/>
        <w:t>— Мій милий, хороший! — кричала вся моя істота.— Саме тебе й бракувало мені.</w:t>
      </w:r>
    </w:p>
    <w:p>
      <w:r>
        <w:br/>
        <w:t>Заснула я тоді тільки перед світанком: цілу ніч думала про те, де знову зустріну Чаргара.</w:t>
      </w:r>
    </w:p>
    <w:p>
      <w:r>
        <w:br/>
        <w:t>ІІІ</w:t>
      </w:r>
    </w:p>
    <w:p>
      <w:r>
        <w:br/>
        <w:t>Зустріч і знайомство наше було зовсім випадковим, і мені вже спало на думку, що більше такого випадку не трапиться. Не трапиться саме тому, що художник уже, мабуть, і забув про мене. Хіба мало, думала я, зустрічав Чаргар на своєму шляху подібних мені жінок?</w:t>
      </w:r>
    </w:p>
    <w:p>
      <w:r>
        <w:br/>
        <w:t>Колись я вийшла з установи й кілька годин блукала по городу. Блукала якось без цілі, а підійшла все ж таки до того місця, де ми розлучились із Чаргаром. Я зупинилась. Праворуч мене стояла темна будівля синагоги, і над нею прорізав розірвані хмари ріжок молодика. Під ногами мені грали фіолетові тротуарні реклами. Раптом мене хтось узяв ззаду за руку. Я повернулась і побачила сірооку журналістку.</w:t>
      </w:r>
    </w:p>
    <w:p>
      <w:r>
        <w:br/>
        <w:t>— Добрий вечір,— сказала вона.— Нарешті я побачила тебе на вулиці. Я гадала, що ти взагалі нікуди не ходиш.</w:t>
      </w:r>
    </w:p>
    <w:p>
      <w:r>
        <w:br/>
        <w:t>— Даремно,— сказала я.— Я майже кожного вечора буваю в міських садах.</w:t>
      </w:r>
    </w:p>
    <w:p>
      <w:r>
        <w:br/>
        <w:t>— Скажіть, будь ласка! А я й не знала!</w:t>
      </w:r>
    </w:p>
    <w:p>
      <w:r>
        <w:br/>
        <w:t>Потім вона говорила мені, що "в тихому болоті чорти водяться", що... і т. д.</w:t>
      </w:r>
    </w:p>
    <w:p>
      <w:r>
        <w:br/>
        <w:t>Я сказала, що "чорти" тут зовсім ні при чому, бо ходжу сама й навіть не маю знайомих мужчин. Сіроока журналістка поправила свій капелюшок і кинула:</w:t>
      </w:r>
    </w:p>
    <w:p>
      <w:r>
        <w:br/>
        <w:t>— Що ж це — світова скорбота з'їдає твоє серце?.. Чи, може інтелігентська самотність спокою не дає?</w:t>
      </w:r>
    </w:p>
    <w:p>
      <w:r>
        <w:br/>
        <w:t>Вона раптом сплюнула. Був це жест чи був прояв справжнього обурення — я й досі не знаю. У всякому разі це цвіркання крізь зуби ніяк не йшло до її худенької фігури. Я їй, звичайно, про це нічого не сказала й тільки трохи покривила обличчя.</w:t>
      </w:r>
    </w:p>
    <w:p>
      <w:r>
        <w:br/>
        <w:t>Але вона не вгомонялась і фанфаронствувала далі. Вона розказувала мені про білі петербурзькі ночі, про страсть, яка кипить у ці ночі, і т. д. Особливо її інтригують ці ночі, коли на Невському проспекті блукають юнаки з задуманими очима й продають своє тіло.</w:t>
      </w:r>
    </w:p>
    <w:p>
      <w:r>
        <w:br/>
        <w:t>Я здивувалась: невже й юнаки продають своє тіло? Сіроока журналістка зареготала й заціпила зуби. Потім вона казала мені, що це звичайна річ, і її дуже дивує, що їх нема в нашому городі. Вони б добре заробляли: хіба вона, припустім, не купувала б їх?</w:t>
      </w:r>
    </w:p>
    <w:p>
      <w:r>
        <w:br/>
        <w:t>— Але до такого розпутства,— сказала я,— може дійти тільки гнила людина.</w:t>
      </w:r>
    </w:p>
    <w:p>
      <w:r>
        <w:br/>
        <w:t>— Покинь наливати (вона так і сказала — "наливати"), знаємо вас, тихонь: на словах одно, а на ділі — зовсім інше: все одно в комячейку не візьмуть!</w:t>
      </w:r>
    </w:p>
    <w:p>
      <w:r>
        <w:br/>
        <w:t>— При чому тут ком'ячейка? — усміхнулась я.</w:t>
      </w:r>
    </w:p>
    <w:p>
      <w:r>
        <w:br/>
        <w:t>Вона відповіла якось неясно. Потім повернулась до колишньої розмови й знову настирливо запевняла мене, що юнаки мають рацію продавати своє тіло. Коли б її фортуна зробила панянкою, вона б обов'язково держала при собі козачків для розпутства.</w:t>
      </w:r>
    </w:p>
    <w:p>
      <w:r>
        <w:br/>
        <w:t>Журналістка з таким цинізмом розмовляла зі мною, що мене взяв сумнів: чи не з божевільною я маю справу. На цю тему вона говорила мені дуже багато, але, коли я рішуче хотіла вклонитись їй і сказала, що поспішаю, вона раптом зідхнула й вже зовсім іншим тоном кинула мені:</w:t>
      </w:r>
    </w:p>
    <w:p>
      <w:r>
        <w:br/>
        <w:t>— Яка ти, Б'янко, наївна! Їй-бо! Невже ти не бачиш, що земля давно вже летить у безодню й що ми напередодні світової катастрофи. Ну?</w:t>
      </w:r>
    </w:p>
    <w:p>
      <w:r>
        <w:br/>
        <w:t>Я подивилась на неї. Вона мрійливо дивилась у небо й ніби розмовляла сама з собою.</w:t>
      </w:r>
    </w:p>
    <w:p>
      <w:r>
        <w:br/>
        <w:t>— Ах, як мало нам жити залишилось! Хіба ти не відчуваєш, що на землі холодніш становиться?</w:t>
      </w:r>
    </w:p>
    <w:p>
      <w:r>
        <w:br/>
        <w:t>Вона здригнула, наче й справді їй зимно було. Я не знала, що їй сказати, і мовчала.</w:t>
      </w:r>
    </w:p>
    <w:p>
      <w:r>
        <w:br/>
        <w:t>— Можливо, іде льодовиковий період. Можливо, щось інше... От якби нам богами зробитись?.. Правда?..</w:t>
      </w:r>
    </w:p>
    <w:p>
      <w:r>
        <w:br/>
        <w:t>Потім раптом запропонувала мені піти з нею в бардачок, і, коли я відмовилась, журналістка не попрощавшись, пішла від мене.</w:t>
      </w:r>
    </w:p>
    <w:p>
      <w:r>
        <w:br/>
        <w:t>Повз мене пролетів трамвай, далі пролетів автобус, і я почула крик: автобус роздавив дитину. Ішла мати, перелякалась і випустила дитину. Тоді наскочила машина — і від дитини залишилось одно м'ясо. Мати тут же збожеволіла, і її повезли в лікарню. Далі над ратушею заблимала вечірня зоря, і побігли квадрати будинків у присмеркову даль. Стояла струнка вулиця, починалась від клубу товариства радянських асенізаторів.</w:t>
      </w:r>
    </w:p>
    <w:p>
      <w:r>
        <w:br/>
        <w:t>Я пішла далі й чомусь зупинилась біля японського кабачка: висів химерний ліхтар, і закликала автоматична японочка.</w:t>
      </w:r>
    </w:p>
    <w:p>
      <w:r>
        <w:br/>
        <w:t>Раптом я здригнула: мене знову хтось узяв за лікоть. Я повернулась і побачила Чаргара. Я, очевидно, сильно зблідла, бо він подивився на мене своїми прекрасними очима й промовив:</w:t>
      </w:r>
    </w:p>
    <w:p>
      <w:r>
        <w:br/>
        <w:t>— Що з вами? Чого вам таке бліде обличчя?</w:t>
      </w:r>
    </w:p>
    <w:p>
      <w:r>
        <w:br/>
        <w:t>Я сказала, що це йому просто здається, бо почуваю себе цілком добре. Він говорив, що він давно вже хоче бачити мене, але не знав моєї адреси.</w:t>
      </w:r>
    </w:p>
    <w:p>
      <w:r>
        <w:br/>
        <w:t>— Хіба? — спитала я.</w:t>
      </w:r>
    </w:p>
    <w:p>
      <w:r>
        <w:br/>
        <w:t>Він почав гаряче наступати на мене: мовляв, я не маю підстави сумніватись. Він запевняє мене, що в останні дні він тільки й думав про те, як би зустрітися зі мною. Хіба це не його так зворушила "свята" (він так і казав — "свята") простота?</w:t>
      </w:r>
    </w:p>
    <w:p>
      <w:r>
        <w:br/>
        <w:t>Чаргар іще щось говорив мені, але й цього було досить. Я з безмежною вдячністю подивилась на художника.</w:t>
      </w:r>
    </w:p>
    <w:p>
      <w:r>
        <w:br/>
        <w:t>Ми пішли в підвал. Коли йшли по східцях, Чаргар узяв мене за руку. Нас зустрів вірмен. Я зареготала й спитала, чому ж називається японський кабачок? Вірмен нічого не відповів і запросив нас до окремого кабінету.</w:t>
      </w:r>
    </w:p>
    <w:p>
      <w:r>
        <w:br/>
        <w:t>Поки нам готували вечерю, ми стояли в загальній залі, де грав на скрипку циган і танцювала проститутка. Чаргар кинув циганові кілька срібних монет, і той заграв щось із "Корсара".</w:t>
      </w:r>
    </w:p>
    <w:p>
      <w:r>
        <w:br/>
        <w:t>Я тоді цілий вечір сміялась і пила коньяк. В кабінеті ми сиділи години дві. Чаргар гладив мої пальці й говорив, що йому подобається моя рука, і особливо йому подобається те, що мої нігті обрізані й вони зовсім не такі, як у сучасних жінок.</w:t>
      </w:r>
    </w:p>
    <w:p>
      <w:r>
        <w:br/>
        <w:t>— Щось хижацьке й розпусне,— говорив він,— символізують ці довгі нігті.</w:t>
      </w:r>
    </w:p>
    <w:p>
      <w:r>
        <w:br/>
        <w:t>Потім умочив хустку в склянку вина і, усміхаючись, попрохав дозволу "провірити моє обличчя". Я дозволила, і він переконався, що я й не підмальовуюсь. Він розповідав щось про полову невинність і нарешті звернув на мою.</w:t>
      </w:r>
    </w:p>
    <w:p>
      <w:r>
        <w:br/>
        <w:t>— Я не помиляюсь? — спитав він.</w:t>
      </w:r>
    </w:p>
    <w:p>
      <w:r>
        <w:br/>
        <w:t>— Ви не помиляєтесь,— сказала я, одразу зрозумівши, про що йде мова. Тоді він говорив, як його хвилює невинність і зовсім не в тому сенсі, що в нім прокидається самець, а в тому, що в нім прокидається художник.</w:t>
      </w:r>
    </w:p>
    <w:p>
      <w:r>
        <w:br/>
        <w:t>Ми випили на брудершафт. Він замовив іще пляшку шампанського, і, коли ми виходили з кабачка, я похитувалась. Чаргар держав однією рукою мою талію, а я уважно дивилась йому в очі. Очі йому блищали, і я бачила в них таку безмежну даль, що можна було збожеволіти.</w:t>
      </w:r>
    </w:p>
    <w:p>
      <w:r>
        <w:br/>
        <w:t>— Чаргаре,— сказала я.— Ми зовсім випадково зійшлися. Але чи не почуваєш ти в цьому...</w:t>
      </w:r>
    </w:p>
    <w:p>
      <w:r>
        <w:br/>
        <w:t>Я не підібрала слова й замовкла. Тоді він сказав: "Судьба",— і я його зрозуміла.</w:t>
      </w:r>
    </w:p>
    <w:p>
      <w:r>
        <w:br/>
        <w:t>— Тебе ніколи не мучила даль? — раптом спитала я. Він помовчав. Я його знову спитала. Він забрав свою руку з моєї талії й сказав якось неохоче:</w:t>
      </w:r>
    </w:p>
    <w:p>
      <w:r>
        <w:br/>
        <w:t>— Я тебе не розумію!</w:t>
      </w:r>
    </w:p>
    <w:p>
      <w:r>
        <w:br/>
        <w:t>— Ти мене не розумієш? — здивовано спитала я, бо мені і в голову не могло прийти, що Чаргар міг мене не зрозуміти.</w:t>
      </w:r>
    </w:p>
    <w:p>
      <w:r>
        <w:br/>
        <w:t>Тоді плутано почала виясняти свою мисль.</w:t>
      </w:r>
    </w:p>
    <w:p>
      <w:r>
        <w:br/>
        <w:t>Від абстракції раптом перебігла до конкретних засад. З одного боку, мою даль було обумовлено певними соціальними взаємовідносинами, з другого — вона мені стояла якось самітно, одірвано від життя, від його буденних інтересів. Мені перший раз довелося відповідати на пряме запитання, і тільки тоді я зрозуміла, яка без кінця складна проблема стоїть переді мною. Це трохи збентежило мене, але зате ще з більшою силою спалахнуло в мені бажання пізнати цю таємну даль.</w:t>
      </w:r>
    </w:p>
    <w:p>
      <w:r>
        <w:br/>
        <w:t>— Я, очевидно, плутано говорю,— сказала я.— Але ти не можеш не розуміти мене. От що: віддайся, будь ласка, на волю інтуїції — і тобі все буде ясно.</w:t>
      </w:r>
    </w:p>
    <w:p>
      <w:r>
        <w:br/>
        <w:t>— Мені вже ясно! — раптом сказав Чаргар.</w:t>
      </w:r>
    </w:p>
    <w:p>
      <w:r>
        <w:br/>
        <w:t>— Значить, і тебе мучила?</w:t>
      </w:r>
    </w:p>
    <w:p>
      <w:r>
        <w:br/>
        <w:t>Він щось хотів відповісти, але потім якось нервово відкинув назад волосся й перевів розмову на іншу тему. Від нього повіяло холодком. Я спитала, чому він ухиляється від відповіді. Чаргар став іще суворіший і вже всю дорогу мовчав. Мені прийшла мисль, що я дуже некоректно поводилась із Чаргаром. Це ж була тільки друга наша зустріч, і я, по суті, не мала права бути такою в'їдливою. Я хотіла попрохати пробачення, але так і не попрохала й тільки щільно притиснулась до художника. Він, очевидно, зрозумів мене і взяв мою руку. Він мовчки гладив її цілу дорогу.</w:t>
      </w:r>
    </w:p>
    <w:p>
      <w:r>
        <w:br/>
        <w:t>Коли ми підходили до моєї вулиці, в авіаційному городку забігали вогні й раптово піднялись до неба. То були люкси, і небо стало агатовим. Десь кричав перепел. В саду Паризьких Комунарів пускали ракети. Вони різали небо червоними хвостами й розсипались на мільйони зір.</w:t>
      </w:r>
    </w:p>
    <w:p>
      <w:r>
        <w:br/>
        <w:t>Нарешті ми стояли біля мого будинку. Чаргар стиснув мені руку й сказав трохи холоднувато:</w:t>
      </w:r>
    </w:p>
    <w:p>
      <w:r>
        <w:br/>
        <w:t>— До побачення!</w:t>
      </w:r>
    </w:p>
    <w:p>
      <w:r>
        <w:br/>
        <w:t>Ну, що ж, "до побачення". Тоді я на цей холодок не звернула уваги. Але, коли залишилась сама, я довго думала, чому він сказав холоднувато. Мені прийшла мисль, що Чаргар хотів у мені бачити тільки наївну дівчину, і тому його знервували мої запитання. Потім прийшла мисль, що художник чомусь ревниво береже підступи до свого внутрішнього світу. Це припущення здалося цілком правдивим, коли я пригадала нашу розмову.</w:t>
      </w:r>
    </w:p>
    <w:p>
      <w:r>
        <w:br/>
        <w:t>"Ну, і добре,— подумала я,— бережи! Але ти їх не вбережеш, бо ти вже дав мені право фамільярничати з тобою".</w:t>
      </w:r>
    </w:p>
    <w:p>
      <w:r>
        <w:br/>
        <w:t>Колись до мене зайшла товаришка Уляна. Вона була страшенно схвильована, і під очима їй були темно-сині синці. Ми сіли на канапі й почали розмовляти. Спершу ми говорили щось про театр (не пам'ятаю добре), потім товаришка Уляна раптом сказала мені:</w:t>
      </w:r>
    </w:p>
    <w:p>
      <w:r>
        <w:br/>
        <w:t>— Я вам, Б'янко, страшенно заздрю й зовсім не тому, що ви красуня. От догадайтесь, чому?</w:t>
      </w:r>
    </w:p>
    <w:p>
      <w:r>
        <w:br/>
        <w:t>Про театр я говорила якось механічно, ввесь час підтакувала (я думала про нову зустріч із художником) і тому сказала коротко:</w:t>
      </w:r>
    </w:p>
    <w:p>
      <w:r>
        <w:br/>
        <w:t>— Не знаю.</w:t>
      </w:r>
    </w:p>
    <w:p>
      <w:r>
        <w:br/>
        <w:t>Товаришка Уляна підійшла до дзеркала й почала поправляти волосся. Був сірий день, і над городом ішли сірі хмари, так що в моїй кімнаті майже стемніло. Навпроти в кравця-єврея спалахнув навіть каганець.</w:t>
      </w:r>
    </w:p>
    <w:p>
      <w:r>
        <w:br/>
        <w:t>Я подивилася на товаришку Уляну: їй було бліде чоло, і вона всміхалась. Вона так неприємно всміхалась, що на моєму обличчі відбилось, очевидно, почуття страху. Вона спитала, чого я перелякалась.</w:t>
      </w:r>
    </w:p>
    <w:p>
      <w:r>
        <w:br/>
        <w:t>— Мені здалось,— сказала я,— що ви дивитесь на мене надзвичайно злим обличчям.</w:t>
      </w:r>
    </w:p>
    <w:p>
      <w:r>
        <w:br/>
        <w:t>— Нічого подібного! — різко сказала товаришка Уляна, нервово хапаючись за перебитий ніс.— Я на вас дивилася звичайнісінькими очима. Але скажіть мені, чому ви не хочете мене слухати?</w:t>
      </w:r>
    </w:p>
    <w:p>
      <w:r>
        <w:br/>
        <w:t>Я згадала, що товаришка Уляна подала якесь запитання, і я справді неуважно поставилась до нього. Тоді я попрохала пробачення й сказала, що в останні дні почуваю себе якось розгублено.</w:t>
      </w:r>
    </w:p>
    <w:p>
      <w:r>
        <w:br/>
        <w:t>— Я вам заздрю от чому,— сказала вона.— Я вам заздрю тому, що ви людина нового покоління, і для вас наші терзання — порожній звук.</w:t>
      </w:r>
    </w:p>
    <w:p>
      <w:r>
        <w:br/>
        <w:t>— Ви зовсім даремно так думаєте! — сказала я.</w:t>
      </w:r>
    </w:p>
    <w:p>
      <w:r>
        <w:br/>
        <w:t>— Не говоріть! — замахала вона руками.— Справа в тому, що ви ніколи не були в ролі Єви і ви ніколи не можете затоскувати за раєм, як я й тисячі нас, надломлених людей громадянської війни.</w:t>
      </w:r>
    </w:p>
    <w:p>
      <w:r>
        <w:br/>
        <w:t>— Ви зовсім даремно так думаєте! — уперто повторила я.</w:t>
      </w:r>
    </w:p>
    <w:p>
      <w:r>
        <w:br/>
        <w:t>— Не говоріть! Ви ніколи не були на тому березі, і ви нічого не знаєте. Тільки ми, і тільки нас вигнали відтіля. І от ми ходимо з тоскою. Боже мій, ви й не уявляєте, яка це прекрасна країна. Під її сонцем не тільки внутрішній світ кожного з нас перетворювався й робив нас ідеальними, мало того, ми фізично перероджувались. Клянусь вам! Навіть фізично це були зразкові люди.</w:t>
      </w:r>
    </w:p>
    <w:p>
      <w:r>
        <w:br/>
        <w:t>Товаришка Уляна глибоко зідхнула. В кімнаті вже зовсім посіріло, але я бачила, що її обличчя світилося в сяйві якоїсь надзвичайної радости.</w:t>
      </w:r>
    </w:p>
    <w:p>
      <w:r>
        <w:br/>
        <w:t>— Ви, звичайно, не вірите мені, що я кілька років тому була красунею — це я знаю! Але повірте мені, що товариш Бе любив мене. Клянусь вам! Він так любив мене... так любив мене...</w:t>
      </w:r>
    </w:p>
    <w:p>
      <w:r>
        <w:br/>
        <w:t>Товаришка Уляна раптом похилилася на спинку канапи й тихо заридала. В квартирах було тихо (тільки в зубного лікаря якось жалібно тявкала болонка), і ридання товаришки Уляни так глухо розривалися в повітрі, ніби вона лежала в домовині.</w:t>
      </w:r>
    </w:p>
    <w:p>
      <w:r>
        <w:br/>
        <w:t>Я почала її заспокоювати. Вона довго не могла заспокоїтись, і тільки за півгодини я почула, як товаришка Уляна крізь сльози прохає мене не звертати на неї уваги, бо після плачу їй завжди легше буває. Вона навіть усміхнулась, і ця усмішка була такою дитячою, що я стала перед нею на коліна й цілком серйозно сказала:</w:t>
      </w:r>
    </w:p>
    <w:p>
      <w:r>
        <w:br/>
        <w:t>— Товаришко Уляно, клянусь вам, що я вас ніколи не бачила такою! Ви світитесь сьогодні неземною красою й нагадуєте мені Рафаелеву мадонну.</w:t>
      </w:r>
    </w:p>
    <w:p>
      <w:r>
        <w:br/>
        <w:t>Але вона мовчала. Тоді я схилила свою голову до її подертих черевиків і завмерла. Потім обняла її ноги й жагуче їх поцілувала. Мене обхопило майже релігійне почуття любови до цього маленького людського страждання. І коли б товаришка Уляна в цей момент захотіла мене повести на смерть, я б пішла не здригнувши.</w:t>
      </w:r>
    </w:p>
    <w:p>
      <w:r>
        <w:br/>
        <w:t>Тоді почав виступати цвіркун, і десь довго й протяжно кричала зарізана сирена. За вікном плакав кравців хлопчик, і щось глухо кричав єврей. Товаришка Уляна підвелась. Вона взяла в свої руки мою голову й поцілувала її. Вона так поцілувала, що мені й зараз ходить дріж по спині. Потім вона пішла від мене.</w:t>
      </w:r>
    </w:p>
    <w:p>
      <w:r>
        <w:br/>
        <w:t>Я раптом заплакала. Це були мої перші сльози в цьому великому городі.</w:t>
      </w:r>
    </w:p>
    <w:p>
      <w:r>
        <w:br/>
        <w:t>IV</w:t>
      </w:r>
    </w:p>
    <w:p>
      <w:r>
        <w:br/>
        <w:t>З Чаргаром я зустрічалася дуже часто, але на квартиру до нього попала через три місяці після нашого знайомства. Я зовсім не уявляла собі, як бідно живе наш славетний художник. Кімната його, як і моя, була в підвалі. Із стін завжди несло льохом, а із стелі ніколи не сходила вогка руда пляма. Над його кімнатою був клуб радслужбовців, і тому його стеля завжди дрижала від тупотіння й крику. Чаргар мені сказав, що він уже кілька разів звертався до комхозу, але... словом, він, очевидно, ніколи не вибереться відціля. Я сказала, що треба поговорити з головою виконкому, але, сказавши, махнула рукою. Він теж махнув рукою. Ми зареготали.</w:t>
      </w:r>
    </w:p>
    <w:p>
      <w:r>
        <w:br/>
        <w:t>Пам'ятаю, я скинула жакетку, поправила волосся й стала переглядати важкі томи, що їх у безпорядку розкидано було по кімнаті. У вікно зазирав промінь сонця й зайчиком грав на стіні. Чаргар сидів напроти мольберта й уважно дивився на полотно. Я спитала, чи не хоче він намалювати моє тіло — я з охотою буду йому позувати. Він сказав, що не має в цьому потреби, бо це не його фах.</w:t>
      </w:r>
    </w:p>
    <w:p>
      <w:r>
        <w:br/>
        <w:t>— Я жінок іще ніколи не малював і, очевидно, не буду малювати. Я спитала чому. Він не відповів. І тоді ж мене зацікавила важка книга: це була розвідка про шведські кургани. Художник це помітив і сказав, що він уже кілька років мучиться над ідеєю дати широке полотно, що по ньому будуть мчати Карло XII і Мазепа після поразки. Він думає написати картину універсального значення.</w:t>
      </w:r>
    </w:p>
    <w:p>
      <w:r>
        <w:br/>
        <w:t>Чаргар взагалі мало говорив. Фрази йому виривались якось несподівано, ніби він і справді ненормальний був. Але на цей раз він виступив із цілим оповіданням. Говорив він, правда, страшенно плутано й незрозуміле, але мені й цього було досить: я могла вже доводити нашу інтимність до останньої межі, і я рішила взяти його нахабством. Він держав мою руку в своїй руці й цілував мої пальці. Але поцілунки ці були якісь холодні, німі.</w:t>
      </w:r>
    </w:p>
    <w:p>
      <w:r>
        <w:br/>
        <w:t>— От ти мені цілуєш руки,— сказала я,— але скажи мені: які це поцілунки?</w:t>
      </w:r>
    </w:p>
    <w:p>
      <w:r>
        <w:br/>
        <w:t>— Що ти хочеш сказати? — спитав Чаргар.</w:t>
      </w:r>
    </w:p>
    <w:p>
      <w:r>
        <w:br/>
        <w:t>— Я питаю: це ті поцілунки, що ти їх можеш уживати (я нарочито сказала "уживати") при зустрічі з любою жінкою?</w:t>
      </w:r>
    </w:p>
    <w:p>
      <w:r>
        <w:br/>
        <w:t>Він знизав плечима й подивився на мене здивовано: мовляв, він рішуче відмовляється розуміти мене.</w:t>
      </w:r>
    </w:p>
    <w:p>
      <w:r>
        <w:br/>
        <w:t>— Раrdon!.. Але мені здається, що я говорю ясно,— і я посунула від нього мольберт.</w:t>
      </w:r>
    </w:p>
    <w:p>
      <w:r>
        <w:br/>
        <w:t>Чаргар нервово здригнув і якось жалкенько відповів мені дрібним смішком:</w:t>
      </w:r>
    </w:p>
    <w:p>
      <w:r>
        <w:br/>
        <w:t>— Знаєш... давай покиньмо ці розмови!</w:t>
      </w:r>
    </w:p>
    <w:p>
      <w:r>
        <w:br/>
        <w:t>Мене це раптом зірвало — і я сказала досить-таки різко:</w:t>
      </w:r>
    </w:p>
    <w:p>
      <w:r>
        <w:br/>
        <w:t>— Ну, а коли б це справа йшла про кохання, то й тоді б ти те ж саме сказав мені?</w:t>
      </w:r>
    </w:p>
    <w:p>
      <w:r>
        <w:br/>
        <w:t>Він прибито подивився на мене й ледве чутно промовив:</w:t>
      </w:r>
    </w:p>
    <w:p>
      <w:r>
        <w:br/>
        <w:t>— Я не вмію кохати.</w:t>
      </w:r>
    </w:p>
    <w:p>
      <w:r>
        <w:br/>
        <w:t>Його м'який приємний баритон якось загубився, і говорив він майже дитячим дискантом. Тоді перший раз мені прокинулось до нього щось подібне до огиди.</w:t>
      </w:r>
    </w:p>
    <w:p>
      <w:r>
        <w:br/>
        <w:t>— Ну, добре,— сказала я.— Я й не хочу, щоб ти мене кохав, я й мріяти про це не смію. Але дозволь мені кохати тебе.</w:t>
      </w:r>
    </w:p>
    <w:p>
      <w:r>
        <w:br/>
        <w:t>Він знову дрібно засміявся і, враз перетворившись, суворо промовив:</w:t>
      </w:r>
    </w:p>
    <w:p>
      <w:r>
        <w:br/>
        <w:t>— Чи не час нам покинути цю розмову?</w:t>
      </w:r>
    </w:p>
    <w:p>
      <w:r>
        <w:br/>
        <w:t>— Ти так гадаєш? — кинула я.— Ну, а коли б... я хотіла віддатись тобі... ти взяв би мене?</w:t>
      </w:r>
    </w:p>
    <w:p>
      <w:r>
        <w:br/>
        <w:t>Ця остання фраза вирвалась мені якось зовсім несподівано. До такого цинізму я ще ніколи не доходила, але тоді передчуття чогось надзвичайного, що раптом із страшною силою затривожило мене, це передчуття могло штовхнути й далі.</w:t>
      </w:r>
    </w:p>
    <w:p>
      <w:r>
        <w:br/>
        <w:t>— Може, про це сьогодні не будемо говорити? — холодно сказав Чаргар.</w:t>
      </w:r>
    </w:p>
    <w:p>
      <w:r>
        <w:br/>
        <w:t>Він, як мені здалося, зробив наголос на "сьогодні", і тому я спитала:</w:t>
      </w:r>
    </w:p>
    <w:p>
      <w:r>
        <w:br/>
        <w:t>— Тоді ти, може, дозволиш мені зайти до тебе завтра?</w:t>
      </w:r>
    </w:p>
    <w:p>
      <w:r>
        <w:br/>
        <w:t>Чаргар нічого не відповів і заплющив очі. Обличчя йому було майже мертве — і я перелякалась. Якось одразу я усвідомила собі весь жах мого становища. Я ж таки випадкова постать на життєвій дорозі славетного художника. Варто йому сказати "досить" — і я вже його ніколи не побачу. "Ах, Боже мій,— думала про себе,— яке нахабство. Хто мені дав право так поводитись із ним? Хіба він не розуміє, що мої цинічні пропозиції — це є тільки один із прийомів, що ними я намагаюсь вивести його на світло".</w:t>
      </w:r>
    </w:p>
    <w:p>
      <w:r>
        <w:br/>
        <w:t>Але "ахи" ("Ах! Ах!") якось тихо прозвучали в моїй душі. Другий голос диявольськи нашіптував уже зовсім інше. Він говорив, що на життєвій дорозі художника я зовсім не випадкова постать. Хіба в мене не всі дані? Інтелектуально я досить розвинена людина, фізично мене вважають красунею, на моїм боці і молодість, і полова невинність. І потім, що значить "випадкова"? Мене вже це слово почало нервувати, бо я якось раптом узнала собі ціну.</w:t>
      </w:r>
    </w:p>
    <w:p>
      <w:r>
        <w:br/>
        <w:t>— Словом, ти мені рекомендуєш не чіпати цього питання і мовчати? Я мовчу.</w:t>
      </w:r>
    </w:p>
    <w:p>
      <w:r>
        <w:br/>
        <w:t>— Це краще! — сказав він і раптом спитав: — Ти зі мною підеш обідати?</w:t>
      </w:r>
    </w:p>
    <w:p>
      <w:r>
        <w:br/>
        <w:t>— Обідати? Який різкий перехід!..— Але я все-таки погодилась, і ми вийшли на вулицю.</w:t>
      </w:r>
    </w:p>
    <w:p>
      <w:r>
        <w:br/>
        <w:t>За півгодини ми вже були в їдальні Каракадзе. Там ми зустріли молодого композитора. Я познайомилась (прізвище зараз не пам'ятаю). Композитор запропонував нам піти після обіду в зоологічний сад. Він запевняв, що ми не пошкодуємо; туди нещодавно привезено прекрасні екземпляри.</w:t>
      </w:r>
    </w:p>
    <w:p>
      <w:r>
        <w:br/>
        <w:t>— Мене трохи дивує,— сказала я,— що композитор цікавиться зоологією.</w:t>
      </w:r>
    </w:p>
    <w:p>
      <w:r>
        <w:br/>
        <w:t>— Це й справді трохи химерно, але в наш вік без природознавства не обійдешся.</w:t>
      </w:r>
    </w:p>
    <w:p>
      <w:r>
        <w:br/>
        <w:t>Він це сказав із іронією. Але я її не зрозуміла.</w:t>
      </w:r>
    </w:p>
    <w:p>
      <w:r>
        <w:br/>
        <w:t>— От тільки погано, що наш шановний Чаргар не цікавиться цією наукою.</w:t>
      </w:r>
    </w:p>
    <w:p>
      <w:r>
        <w:br/>
        <w:t>— Правда? — спитала я, звертаючись до художника. Чаргар суворо подивився на мене. Композитор, що, мабуть, вважав мене за Чаргарову любовницю, раптом підвівся й уклонився нам: мовляв, він забирає свою пропозицію назад, бо зовсім не хоче бути виновником сімейної драми.</w:t>
      </w:r>
    </w:p>
    <w:p>
      <w:r>
        <w:br/>
        <w:t>Коли композитор пішов, я звернулася до Чаргара:</w:t>
      </w:r>
    </w:p>
    <w:p>
      <w:r>
        <w:br/>
        <w:t>— Чуєш,— сказала я,— він зовсім не сумнівається, що я вже твоя любовниця.</w:t>
      </w:r>
    </w:p>
    <w:p>
      <w:r>
        <w:br/>
        <w:t>— А хіба тебе це дуже цікавить? — тим же рівним і холодним голосом сказав Чаргар.</w:t>
      </w:r>
    </w:p>
    <w:p>
      <w:r>
        <w:br/>
        <w:t>— Коли б не цікавило, я б не говорила,— сказала я й зрозуміла, що між нами вже почалась якась внутрішня боротьба.</w:t>
      </w:r>
    </w:p>
    <w:p>
      <w:r>
        <w:br/>
        <w:t>Я підвелась і підійшла до дзеркала. Я знала собі ціну, але такою прекрасною я ще себе не бачила. Тоді мені ще ясніше стало, що Чаргар сьогодні свідомо й проти бажання відштовхує мене від себе. Для мене ясно стало, що він запобігає більш інтимних стосунків між нами. Він чомусь (це вже для мене ясно було) боявся їх.</w:t>
      </w:r>
    </w:p>
    <w:p>
      <w:r>
        <w:br/>
        <w:t>Але мені вони були потрібні, як повітря, бо тільки такі відношення приводили мене до останнього, невідомого мені закутка людської душі, що в ньому найкраще мусіли віддзеркалитись химерні озера загадкової далі.</w:t>
      </w:r>
    </w:p>
    <w:p>
      <w:r>
        <w:br/>
        <w:t>Я сказала, що йду додому; він запропонував провести мене. Я відмовилась. Тоді між нами виник іще такий діалог:</w:t>
      </w:r>
    </w:p>
    <w:p>
      <w:r>
        <w:br/>
        <w:t>— Так от, не турбуйся, я сама піду,— сказала я.— Але дозволь нагадати, що я подобалась тобі за одвертість... правда, за одвертість?</w:t>
      </w:r>
    </w:p>
    <w:p>
      <w:r>
        <w:br/>
        <w:t>— Ну, да! — сказав Чаргар.</w:t>
      </w:r>
    </w:p>
    <w:p>
      <w:r>
        <w:br/>
        <w:t>— Так от, одвертість. Міщанська умовність не дозволяє жінці першій заговорити про кохання. Я від цієї умовности далеко стою й тому кажу тобі: я безумно кохаю тебе.</w:t>
      </w:r>
    </w:p>
    <w:p>
      <w:r>
        <w:br/>
        <w:t>— Я це знаю,— холодно сказав Чаргар.</w:t>
      </w:r>
    </w:p>
    <w:p>
      <w:r>
        <w:br/>
        <w:t>— І ти, очевидно, знаєш, що я досі не знала мужчини?</w:t>
      </w:r>
    </w:p>
    <w:p>
      <w:r>
        <w:br/>
        <w:t>— І це знаю.</w:t>
      </w:r>
    </w:p>
    <w:p>
      <w:r>
        <w:br/>
        <w:t>— Так от, я хочу, щоб ти був моїм першим мужчиною. Я хочу віддатись тобі.</w:t>
      </w:r>
    </w:p>
    <w:p>
      <w:r>
        <w:br/>
        <w:t>— І це знаю,— знову холодно сказав Чаргар.</w:t>
      </w:r>
    </w:p>
    <w:p>
      <w:r>
        <w:br/>
        <w:t>— Значить, фізично я противна тобі?</w:t>
      </w:r>
    </w:p>
    <w:p>
      <w:r>
        <w:br/>
        <w:t>— Нічого подібного,— кинув він і зціпив зуби.</w:t>
      </w:r>
    </w:p>
    <w:p>
      <w:r>
        <w:br/>
        <w:t>Це була страшенно зворушлива картина. Серед шумної вулиці стояла красива жінка й пропонувала своє тіло. Повз нас пробігали городяни і здивовано оглядали і мене, і Чаргара. В мені палало те почуття, яке переживають спортсмени в часи гри. Я сказала, що мені треба піти в книгозбірню. Чаргар запропонував провести мене. Я не відмовилась. Але, коли ми підійшли до дверей, їх було замкнуто. Я згадала, що сьогодні день відпочинку бібліотекарів.</w:t>
      </w:r>
    </w:p>
    <w:p>
      <w:r>
        <w:br/>
        <w:t>— Ти мені дозволиш прийти до тебе завтра? — сказала я й подивилась на Чаргара.</w:t>
      </w:r>
    </w:p>
    <w:p>
      <w:r>
        <w:br/>
        <w:t>— Я тобі вже казав!</w:t>
      </w:r>
    </w:p>
    <w:p>
      <w:r>
        <w:br/>
        <w:t>— Ти мені сказав, що цього не хочеш?</w:t>
      </w:r>
    </w:p>
    <w:p>
      <w:r>
        <w:br/>
        <w:t>— Так!</w:t>
      </w:r>
    </w:p>
    <w:p>
      <w:r>
        <w:br/>
        <w:t>Тоді я стиснула йому руку й пішла додому. Я йшла і ввесь час здригалась, ніби мені була зимниця. Я й не могла не здригатись: в перший раз мені довелося так одверто й так цинічно говорити. "Як сіроока журналістка",— подумала я.</w:t>
      </w:r>
    </w:p>
    <w:p>
      <w:r>
        <w:br/>
        <w:t>Пам'ятаю, тоді в перший раз я розгорнула біблію й почала її уважно читати. Читала мало не всю ніч. Коли я одривалась од неї, переді мною поставав наш біленький домик, золотий півник на флюгері й дорога до нашої глухої степової провінції. "Боже мій, до чого я дійшла! Що це таке? Навіщо мучити себе й другого?" Але тоді якийсь голос диявольськи шепотів мені:</w:t>
      </w:r>
    </w:p>
    <w:p>
      <w:r>
        <w:br/>
        <w:t>— Він знає все, ти мусиш його побороти й взяти в нього те, без чого тебе нема, без чого ти не існуєш!</w:t>
      </w:r>
    </w:p>
    <w:p>
      <w:r>
        <w:br/>
        <w:t>Це був, звичайно, страшенний ідеалізм, але я його й зараз поважаю. Поважаю за непохитну волю, за прояви справжнього людського безумства. Справа в тому, що я, як це потім вияснилось, відважно намагалася протиставити себе своєму вікові, а він, вік, глузував із мене. Я хотіла прилучити чистий, я сказала б, святий романтизм своєї натури до заголеної й брудної правди життя але це моє бажання розбивалось об глуху стіну наманікюреного віку. Уже з останньої зустрічі з Чаргаром щось ворухнулось мені, що з цього, мабуть, нічого не вийде, в цій нерівній боротьбі мене буде деморалізовано — і тільки. Проте все це я, мабуть, лише відчула, але не пізнала, бо інакше Чаргар не маячів би мені так довго серед бурного моря сірої, нудної й частіш за все паскудної буденщини.</w:t>
      </w:r>
    </w:p>
    <w:p>
      <w:r>
        <w:br/>
        <w:t>— Ах, ти, мій нещасненький дон-Квізадо! — думала я про себе. Вся трагедія була в тому, що я народилася все-таки людиною свого часу. Були такі хвилини, коли я й сама глузувала з себе. Тоді всесильний скепсис з'їдав мою гарячу віру — і від мого романтизму залишалося розбите корито. Вісімнадцяти років я вже знала: знала і глуху провінцію, і столичний рух і навіть знала, чим живе цей прекрасний цвинтар — так звана гнила Європа. Інших доріг я вже не бачила. Повертатися на провінцію я не могла, і ніякий Руссо не зміг би привабити мене сільськими пейзажами.</w:t>
      </w:r>
    </w:p>
    <w:p>
      <w:r>
        <w:br/>
        <w:t>— Ах, ти, мій нещасненький дон-Квізадо! — знову думала я про себе.</w:t>
      </w:r>
    </w:p>
    <w:p>
      <w:r>
        <w:br/>
        <w:t>Повз моє вікно йшла синя міська ніч, і десь торохтіли традиційні підводи. Тоді я нарешті покинула біблію й підійшла до вмивальника. Я почистила зуби, витерла холодною водою свої тугі грудні яблука й лягла спати. Але і в ліжку я довго не могла заснути.</w:t>
      </w:r>
    </w:p>
    <w:p>
      <w:r>
        <w:br/>
        <w:t>Уночі пішов дощик. Була гроза, і блискавиці різали скло мого підвального вікна. Я підвелась і довго дивилася на зелену альтанку. Я згадувала княжий теремок і Ярославну, і згадувала тургенєвських женщин — таких чистих і хороших — і подумала, що вже таких женщин ніколи не буде й що навіть я, що не знала ще жодного мужчини, навіть я давно вже загубила свою чистоту й свою невинність.</w:t>
      </w:r>
    </w:p>
    <w:p>
      <w:r>
        <w:br/>
        <w:t>Блискавиці різали скло. Я відчинила вікно. Цвіла десь липа, і запахло чимсь прекрасним далеким. Город спав, але я тієї ночі не спала.</w:t>
      </w:r>
    </w:p>
    <w:p>
      <w:r>
        <w:br/>
        <w:t>V</w:t>
      </w:r>
    </w:p>
    <w:p>
      <w:r>
        <w:br/>
        <w:t>Коли я тепер мисленно перегортаю сторінку того часу, тоді мені здається, що з моєї історії вийшов би не зовсім поганий людський документ. І як я шкодую, що мені бракує тієї елементарної майстерності, якою обточують слова.</w:t>
      </w:r>
    </w:p>
    <w:p>
      <w:r>
        <w:br/>
        <w:t>Отже, пройшло літо, прийшла осінь, а я з Чаргаром бачилась, здається, тільки два чи три рази. Але й ці зустрічі були страшенно коротенькі.</w:t>
      </w:r>
    </w:p>
    <w:p>
      <w:r>
        <w:br/>
        <w:t>Чаргар після тієї розмови, коли я пропонувала йому віддатись, якось замкнувся і, безперечно, запобігав мене. До нього я, звичайно жодного разу не ходила, бо тут уже голосно говорило моє самолюбство. Але я ввесь час чекала чогось і тому завжди була в стані якогось неясного передчуття.</w:t>
      </w:r>
    </w:p>
    <w:p>
      <w:r>
        <w:br/>
        <w:t>Колись до мене підійшов діловод і, як завжди, почав зі мною загравати. Він питав мене, чому я не ходжу в міський парк.</w:t>
      </w:r>
    </w:p>
    <w:p>
      <w:r>
        <w:br/>
        <w:t>— Так що,— сказав він,— мені дуже хотілося б пройтись із такою красунею по парку... біля бюсту Карла Маркса, припустім.</w:t>
      </w:r>
    </w:p>
    <w:p>
      <w:r>
        <w:br/>
        <w:t>Я сказала, що взагалі рідко виходжу з дому, і, щоб якомога швидше відв'язатися від нього, подала йому для підпису папірець. Але діловод, очевидно, на цей раз не хотів кінчати розмови.</w:t>
      </w:r>
    </w:p>
    <w:p>
      <w:r>
        <w:br/>
        <w:t>— А що ж ви робите після роботи? — спитав він.— Книжечки читаєте? Просвіщенське діло! Я теж люблю різні романси (він так і сказав "романси") читати. Знаєте,— чомусь захоплено продовжував він,— ляжеш на ліжко, розгорнеш книжечку й читаєш! Про любов та про всякі пригоди.</w:t>
      </w:r>
    </w:p>
    <w:p>
      <w:r>
        <w:br/>
        <w:t>Я рішуче не мала охоти його слухати й сказала йому, що поспішаю, бо в мене лежить строчна праця. Тоді він знову почав запрошувати мене до парку...</w:t>
      </w:r>
    </w:p>
    <w:p>
      <w:r>
        <w:br/>
        <w:t>— Нє,— говорив він.— їй-богу, прийдіть! Там, наприклад, увесь цвіт нашого города збирається. Це є прямо таки Бульйонський ліс! (він так і сказав "Бульйонський"). З одного боку, дивишся, прийдуть народний комісар, з другого — ідуть сливки художества. Недавно бачив, наприклад, отого художника... Пам'ятаєте?</w:t>
      </w:r>
    </w:p>
    <w:p>
      <w:r>
        <w:br/>
        <w:t>Мені раптом забилося серце. Кілька останніх днів я навіть спеціально блукала по городу з надією зустріти Чаргара. І тому, коли діловод сказав мені, що бачив його в міському саду, одразу ж рішила поїхати туди.</w:t>
      </w:r>
    </w:p>
    <w:p>
      <w:r>
        <w:br/>
        <w:t>Як тільки смерклось, я негайно пішла до автобусної стоянки. Там сіла на шостий номер і за півгодини була вже біля входу в міський парк.</w:t>
      </w:r>
    </w:p>
    <w:p>
      <w:r>
        <w:br/>
        <w:t>Стояла тепла й прозора осінь. По алеях шелестіли парочки. В глибинах гаїв падало листя. Коли я зупинилась на дальньому горбику, мені здалося, що йде частий дощ. Я тоді подивилась на небо — воно було криштально чисте, і його тиха бірюза ласкала мої очі. За парком, десь на польових гонах, співали дівчата. Я згадала нашу провінціальну дичавину й шведські могили. З-за дерев сходив місяць. Мене затривожило. Передчуття зустрічі з Чаргаром після довгої розлуки примушувало моє серце то стискатись, то прискорено битись. Хвилинами мені здавалось навіть, що цей вечір буде судним днем мого неспокійного життя. Коли я тепер оглядаю пройдену путь, то мені цілком ясно, що в мені менше всього говорила самичка. Але в той вечір мені навіть приходила мисль, що хочу я одного: хочу віддатись художникові. Я хочу взяти його голову на свої коліна й ласкати її.</w:t>
      </w:r>
    </w:p>
    <w:p>
      <w:r>
        <w:br/>
        <w:t>— Яка безумна радість,— навіть раз прошепотіла я,— бути рабою цією людини. Яке щастя лежати біля його ніг і почувати себе такою маленькою й нікчемною.</w:t>
      </w:r>
    </w:p>
    <w:p>
      <w:r>
        <w:br/>
        <w:t>Мені тоді і в голову не приходило чогось вимагати від нього. Мені вже не потрібні були його тайники — так принаймні здалося мені того вечора. Я просто чекала Чаргара.</w:t>
      </w:r>
    </w:p>
    <w:p>
      <w:r>
        <w:br/>
        <w:t>Тоді, як завжди було зі мною в такі хвилини, мені захотілося реготати й свистіти. Я свиснула. Потім вивернула свій капелюшок і вивернутим наділа його. Я пішла й сіла на стілець. До мене летіла тоска віолончелі: на обсерваторії стояв радіорупор, і це почалися вечорові концерти. Віолончель тоскувала над парком. Потім я зірвалась до виходу: мій терпець луснув — так я хотіла бачити Чаргара.</w:t>
      </w:r>
    </w:p>
    <w:p>
      <w:r>
        <w:br/>
        <w:t>Але в цей момент із-за дерева виринула діловодова постать і зупинилась біля мене.</w:t>
      </w:r>
    </w:p>
    <w:p>
      <w:r>
        <w:br/>
        <w:t>— Добрий вечір! — сказав він.</w:t>
      </w:r>
    </w:p>
    <w:p>
      <w:r>
        <w:br/>
        <w:t>Я незадоволено відповіла. Кук сказав мені, що він уже давно шпацірує по алеях і зовсім не припускав, що й я тут. Потім він зробив мені руку калачиком і запропонував трохи поблукати з ним. Я хотіла відмовитись, але згадала нашу вранішню розмову й пішла: я боялась, щоб він мене не запідозрив що до Чаргара.</w:t>
      </w:r>
    </w:p>
    <w:p>
      <w:r>
        <w:br/>
        <w:t>— Ви, наприклад, не думаєте виходити заміж? — раптом спитав діловод і подивився мені в очі.</w:t>
      </w:r>
    </w:p>
    <w:p>
      <w:r>
        <w:br/>
        <w:t>— Це мені подобається,— іронічно сказала я.</w:t>
      </w:r>
    </w:p>
    <w:p>
      <w:r>
        <w:br/>
        <w:t>— Що вам подобається? — не зрозумів мене Кук.</w:t>
      </w:r>
    </w:p>
    <w:p>
      <w:r>
        <w:br/>
        <w:t>— А от те, що ви з місця в кар'єр приступили до діла.</w:t>
      </w:r>
    </w:p>
    <w:p>
      <w:r>
        <w:br/>
        <w:t>— З місця в кар'єр? Гм... Цю справу, як той казав, треба розжувати.</w:t>
      </w:r>
    </w:p>
    <w:p>
      <w:r>
        <w:br/>
        <w:t>Кук грав олив'яними очима й так піжонськи помахував хлистиком, що я ледве втрималась, щоб не зареготати. Це було в буквальному сенсі втілення шаржу. Я дивилась на нього й думала, як могла затриматись до нашого часу така архівна фігура, та ще й у великому городі.</w:t>
      </w:r>
    </w:p>
    <w:p>
      <w:r>
        <w:br/>
        <w:t>Але довго тішитись із діловодом я, звичайно, не мала охоти, і в слідуючий момент він почав уже нервувати мене. Щохвилини озиралась по сторонах, приглядалась до городян і шукала серед них художника. Я вже проклинала діловода й шукала зачіпки якось одійти від нього.</w:t>
      </w:r>
    </w:p>
    <w:p>
      <w:r>
        <w:br/>
        <w:t>— Ервика! — раптом крикнув Кук.</w:t>
      </w:r>
    </w:p>
    <w:p>
      <w:r>
        <w:br/>
        <w:t>— Еврика! — поправила я його.</w:t>
      </w:r>
    </w:p>
    <w:p>
      <w:r>
        <w:br/>
        <w:t>Він, мабуть, почервонів, бо йому заблищали очі. Кук одвернувся і змовк. Він був страшенно самолюбивий, і всякий казус, подібний до "ервики", його страшенно хвилював. Тоді я, щоб зам'яти неловкий момент, спитала його:</w:t>
      </w:r>
    </w:p>
    <w:p>
      <w:r>
        <w:br/>
        <w:t>— Ви, здається, хотіли мені щось сказати?</w:t>
      </w:r>
    </w:p>
    <w:p>
      <w:r>
        <w:br/>
        <w:t>— Так, я вам хотів щось сказати,— ледве чутно промовив Кук.</w:t>
      </w:r>
    </w:p>
    <w:p>
      <w:r>
        <w:br/>
        <w:t>— От скажіть мені, чому ви на мене розгнівались?</w:t>
      </w:r>
    </w:p>
    <w:p>
      <w:r>
        <w:br/>
        <w:t>— Коли це я на вас розгнівалась? — здивовано спитала я.</w:t>
      </w:r>
    </w:p>
    <w:p>
      <w:r>
        <w:br/>
        <w:t>— Тоді ж ото, як з "місця в кар'єр". Ви, може, подумали, що я вас хочу по компрометувати (він так і сказав "покомпреметувати")? Так це зовсім напрасно: Боже спаси,— і в думках не було!</w:t>
      </w:r>
    </w:p>
    <w:p>
      <w:r>
        <w:br/>
        <w:t>— В чому справа? — занервувалась я.</w:t>
      </w:r>
    </w:p>
    <w:p>
      <w:r>
        <w:br/>
        <w:t>— Ви, може, подумали,— сказав Кук,— що я насмішки строю над вами (він так і сказав "насмішки строю"): мовляв, не беруть її — от і не виходить заміж!</w:t>
      </w:r>
    </w:p>
    <w:p>
      <w:r>
        <w:br/>
        <w:t>Я зареготала. І справді: як було не реготати? Ця мавпа не тільки була високого розуміння про себе, більше того: він хотів якось там співчувати мені!</w:t>
      </w:r>
    </w:p>
    <w:p>
      <w:r>
        <w:br/>
        <w:t>— А може, ви мене візьмете за дружину? — іронічно запитала я. Діловод зам'явся: виходить, і ця мавпа не хотіла брати мене. Власне, цей уже не хотів мене брати за дружину.</w:t>
      </w:r>
    </w:p>
    <w:p>
      <w:r>
        <w:br/>
        <w:t>— Не турбуйтеся, товаришу Кук,— сказала я.— То просто жарт, я не думаю виходити заміж.</w:t>
      </w:r>
    </w:p>
    <w:p>
      <w:r>
        <w:br/>
        <w:t>Діловод одразу ж пояснів. Тоді я сказала Кукові, що я хочу просто бути його любовницею, я хочу віддатись йому, бо мені скучно жити. Я хочу, щоб він заходив до мене на квартиру, і ми вдвох будемо вбивати час. Я, мовляв, завжди була проти міщанської сім'ї з геранню на етажерці. Навіщо, мовляв, це? Можна й так прожити.</w:t>
      </w:r>
    </w:p>
    <w:p>
      <w:r>
        <w:br/>
        <w:t>Ми виходили в місячну полосу. Це було далеко від головного виходу, і городяни тут майже не зустрічались. Зрідка пройде боковою алеєю парочка й раптом зникне за деревами. На вокзалі кричав традиційний паровик голосно і протяжне. Падало листя, як тихий дощ.</w:t>
      </w:r>
    </w:p>
    <w:p>
      <w:r>
        <w:br/>
        <w:t>Я подивилась на Кука: він тулився до мене і був блідий. З рота йому (можливо, це мені здалося) текла слина.</w:t>
      </w:r>
    </w:p>
    <w:p>
      <w:r>
        <w:br/>
        <w:t>— Так що ви це правду говорите? — сказав він тремтячим голосом і змовк.</w:t>
      </w:r>
    </w:p>
    <w:p>
      <w:r>
        <w:br/>
        <w:t>— Істинну правду! — сказала я.</w:t>
      </w:r>
    </w:p>
    <w:p>
      <w:r>
        <w:br/>
        <w:t>Тоді він спитав, чи дозволю я йому переночувати в себе. Я спитала для чого — він мовчав. Я сказала, що хочу в нього переночувати. Кук зідхнув: в нього, мовляв, не можна, бо до нього на ці дні приїхала мати. Тоді ж я спитала, що ж робити? Діловод знову мовчав. Мені прийшла мисль і я кинула:</w:t>
      </w:r>
    </w:p>
    <w:p>
      <w:r>
        <w:br/>
        <w:t>— А може, зараз підемо в кущі?</w:t>
      </w:r>
    </w:p>
    <w:p>
      <w:r>
        <w:br/>
        <w:t>Він здригнув і погодився піти в кущі. Він іще щільніше притиснувся до мене й взявся правою рукою за моє ліве грудне яблуко. Я обережно відхилила йому руку. Потім діловод зупинився.</w:t>
      </w:r>
    </w:p>
    <w:p>
      <w:r>
        <w:br/>
        <w:t>— От тільки я думаю,— сказав він,— скільки тепер аборт коштує?</w:t>
      </w:r>
    </w:p>
    <w:p>
      <w:r>
        <w:br/>
        <w:t>— А вам це для чого? — спитала я.</w:t>
      </w:r>
    </w:p>
    <w:p>
      <w:r>
        <w:br/>
        <w:t>Кук знову зам'явся... Тоді я зрозуміла його й кинула:</w:t>
      </w:r>
    </w:p>
    <w:p>
      <w:r>
        <w:br/>
        <w:t>— Я з вас на аборт нічого не буду вимагати.</w:t>
      </w:r>
    </w:p>
    <w:p>
      <w:r>
        <w:br/>
        <w:t>Діловод знову прояснів. Він із вдячністю подивився й ще щільніш притулився до мене. Тоді ми прискореним кроком пішли до кущів. Небо було таке прекрасне, а на душі мені лежав камінь. Я тоді вже забула про Чаргара, ніби й справді мене цікавив тільки Кук — цей діловод із мавпячою фізіономією.</w:t>
      </w:r>
    </w:p>
    <w:p>
      <w:r>
        <w:br/>
        <w:t>Над парком тоскувала віолончель. Місяць стояв над гігантським дубом і байдуже продовжував свою гігантську путь. Я спокійно йшла поруч діловода, але тепер я не найду епітета тій бурі, що кипіла тоді в моїх грудях. Раптом я зупинилась:</w:t>
      </w:r>
    </w:p>
    <w:p>
      <w:r>
        <w:br/>
        <w:t>— А знаєте що,— сказала я.— Аборта я не думаю робити!</w:t>
      </w:r>
    </w:p>
    <w:p>
      <w:r>
        <w:br/>
        <w:t>— Як так? — зупинився й Кук.</w:t>
      </w:r>
    </w:p>
    <w:p>
      <w:r>
        <w:br/>
        <w:t>— Дуже просто: я хочу народити дитину.</w:t>
      </w:r>
    </w:p>
    <w:p>
      <w:r>
        <w:br/>
        <w:t>Діловод зам'явся. Я зрозуміла його й сказала, що перед coitusom йому прийдеться трохи подумати. Він не вісімнадцятилітній юнак і повинен знати, чим це пахне.</w:t>
      </w:r>
    </w:p>
    <w:p>
      <w:r>
        <w:br/>
        <w:t>— Ви, мабуть, говорите про аліменти? — хутко зрозумів він.</w:t>
      </w:r>
    </w:p>
    <w:p>
      <w:r>
        <w:br/>
        <w:t>— Так, я говорю про аліменти.</w:t>
      </w:r>
    </w:p>
    <w:p>
      <w:r>
        <w:br/>
        <w:t>Тоді Кук свиснув і сказав розв'язне, що на таке діло він не хоче йти, бо це йому не по кишені, і він краще буде користуватись проститутками. Та не встиг він договорити останньої фрази, як я з усього розмаху вдарила його по фізіономії. Кук зблід і стояв з опущеними очима.</w:t>
      </w:r>
    </w:p>
    <w:p>
      <w:r>
        <w:br/>
        <w:t>Але я вже погасла. "За віщо я його вдарила?" — метнулося мені в голові, і моє серце занило. Справа в тому, що по суті на землі я не бачила винних, і справа в тому, що й себе я завжди вважала за добру наволоч. Кук був такою маленькою й нікчемною крапкою, що мені до болю шкода його стало. Тоді ледве чутно промовила:</w:t>
      </w:r>
    </w:p>
    <w:p>
      <w:r>
        <w:br/>
        <w:t>— Пробачте мені, товаришу Кук. Що хочете робіть зі мною, але не гнівайтесь на мене!</w:t>
      </w:r>
    </w:p>
    <w:p>
      <w:r>
        <w:br/>
        <w:t>— Нічого! Нічого! — говорив він.— Це залишиться між нами... Я не думаю віднімати у вас посади.</w:t>
      </w:r>
    </w:p>
    <w:p>
      <w:r>
        <w:br/>
        <w:t>Він так і сказав "я не думаю віднімати у вас посади". Я тільки це почула. Ця фраза, як ножем різонула мені в грудях, бо Кук так і не зрозумів мене.</w:t>
      </w:r>
    </w:p>
    <w:p>
      <w:r>
        <w:br/>
        <w:t>...Діловод давно вже зник за деревами, а я стояла біля дуба на пустельній алеї й тупо дивилась у голубе небо.</w:t>
      </w:r>
    </w:p>
    <w:p>
      <w:r>
        <w:br/>
        <w:t>VI</w:t>
      </w:r>
    </w:p>
    <w:p>
      <w:r>
        <w:br/>
        <w:t>З Чаргаром мені так і не вдалося побачитись, аж поки прийшла зима. Зимою я бачилась із ним кілька разів. Ці зустрічі були холодні — і тільки нервували мене. Я вже й сама стала запобігати його. Але мені ввесь час було таке почуття, яке буває людині, коли вона ще щось не скінчила й мусить скінчити. І те, що вона мусить скінчити, прийде обов'язково, бо воно таке ж неминуче, як і природна смерть.</w:t>
      </w:r>
    </w:p>
    <w:p>
      <w:r>
        <w:br/>
        <w:t>Я ходила з порожнечею в душі, але розглядала такий свій стан, як тимчасове явище, як необхідний і цілком природний етап на темній дорозі мого неспокійного життя. Вранці я йшла до установи, працювала там вісім годин, потім брала якусь роботу додому й дома працювала ще кілька годин.</w:t>
      </w:r>
    </w:p>
    <w:p>
      <w:r>
        <w:br/>
        <w:t>Зима була вогка, брудна. На вулицях завжди тонули в тумані міські ліхтарі, і мені зовсім не хотілось іти на бульвари.</w:t>
      </w:r>
    </w:p>
    <w:p>
      <w:r>
        <w:br/>
        <w:t>Іноді до мене заходила товаришка Уляна, але я рідко розмовляла з нею. Іноді я писала листи до мами — і тоді мені знову прокидалися далекі спогади: біленький домик, півник на флюгері й темні провінціальні садки. Але додому мене тепер зовсім не тягнуло — я вже знала, що туди мені нема повороту.</w:t>
      </w:r>
    </w:p>
    <w:p>
      <w:r>
        <w:br/>
        <w:t>Розбуркала мене, як і треба було чекати, весна. Ця нова весна й була, коли так можна висловитись, початком мого кінця. Вже в перших числах березня я знову затривожилась, і мій зимовий сон якось хутко відлетів. Я знову затоскувала за даллю. Але ця тоска була така неможлива, що мене й справді взяв сумнів, чи не захоріла я. З тоскою знову прийшло буйство, веселий сміх і безтурботність. Іноді підходила я до дзеркала й дивилась на себе, тоді я бачила дві гарячі й вогкі темно-криваві вишні: то були мої очі.</w:t>
      </w:r>
    </w:p>
    <w:p>
      <w:r>
        <w:br/>
        <w:t>Очевидно, і Чаргар захвилювався. Колись він прислав мені листа й прохав мене поїхати з ним у пригородний молодняк. "Моя хороша Б'янко (писав він), сьогодні так пахне весною, і сьогодні мене так тягне в даль (він так і написав "в даль"), сьогодні летіли з вирію гуси, і ми мусимо побачити захід сонця. Ти згодна?"</w:t>
      </w:r>
    </w:p>
    <w:p>
      <w:r>
        <w:br/>
        <w:t>Ще б пак: хіба я могла не погодитись? По дорозі до місця зустрічі я купила плитку шоколаду і ввесь час облизувала губи.</w:t>
      </w:r>
    </w:p>
    <w:p>
      <w:r>
        <w:br/>
        <w:t>Я іноді працювала по п'ятнадцять годин на добу, я жила так, як хотіла, і за це, до речі, мене в установі називали князівною. Я любила шоколад, голубе небо й прекрасні очі художника.</w:t>
      </w:r>
    </w:p>
    <w:p>
      <w:r>
        <w:br/>
        <w:t>Чаргара я застала на призначеному місці зустрічі, біля площі Трьох комунарів. Я міцно стиснула йому руку, він відповів мені тим же. Коли я сідала в фаетон, Чаргар невзначай зачепив мені груди. Це так мене схвилювало, що я всю дорогу почувала, як поширюються мені ніздрі.</w:t>
      </w:r>
    </w:p>
    <w:p>
      <w:r>
        <w:br/>
        <w:t>Коли ми виїхали з останнього міського кварталу й перед нами спалахнув безмежністю степ, я подивилася на Чаргара й сказала:</w:t>
      </w:r>
    </w:p>
    <w:p>
      <w:r>
        <w:br/>
        <w:t>— Чому ти на протязі цілої зими був такий холодний до мене?</w:t>
      </w:r>
    </w:p>
    <w:p>
      <w:r>
        <w:br/>
        <w:t>— Чому я був холодний, ти мусиш догадатись,— усміхнувся він.</w:t>
      </w:r>
    </w:p>
    <w:p>
      <w:r>
        <w:br/>
        <w:t>— Цю зиму так почували себе всі хмурі люди города.</w:t>
      </w:r>
    </w:p>
    <w:p>
      <w:r>
        <w:br/>
        <w:t>— Рішуче всі? — спитала я.— І комуністи, і радслужбовці, словом, усі ті, хто не може помиритись із своїм оточенням?</w:t>
      </w:r>
    </w:p>
    <w:p>
      <w:r>
        <w:br/>
        <w:t>— Рішуче всі! — знову усміхнувся він.</w:t>
      </w:r>
    </w:p>
    <w:p>
      <w:r>
        <w:br/>
        <w:t>— Значить, і ти належиш до категорії хмурих людей? Мені раптом прийшла мисль, що Чаргар в тяжкому ж становищі, як і я, і боліє моїми дрібненькими болями. Це припущення було таким несподіваним, що я зареготала. Зареготала не то від радости, що я зовсім не самотня в своїх терзаннях: їх, мовляв, не запобіг навіть великий художник, чи тому, що мені гірко стало на душі, бо ж мій кумир мусів при такому припущенні негайно полетіти із свого п'єдесталу.</w:t>
      </w:r>
    </w:p>
    <w:p>
      <w:r>
        <w:br/>
        <w:t>— А що значить хмурі люди? — спитала я.— Як мені розуміти тебе?</w:t>
      </w:r>
    </w:p>
    <w:p>
      <w:r>
        <w:br/>
        <w:t>— Я думаю, цей термін такий же старий, як і сам світ,— ухилився він од відповіді.</w:t>
      </w:r>
    </w:p>
    <w:p>
      <w:r>
        <w:br/>
        <w:t>— А от я й не пам'ятаю, де я чула його.</w:t>
      </w:r>
    </w:p>
    <w:p>
      <w:r>
        <w:br/>
        <w:t>Я збрехала, і Чаргар це помітив. Тоді він прикусив нижню губу. Так завжди було з ним, коли він починав нервуватись. Я рішила не чіпати його, і далі ми поїхали мовчки.</w:t>
      </w:r>
    </w:p>
    <w:p>
      <w:r>
        <w:br/>
        <w:t>З фаетона ми вийшли верстов за десять від города. Ми наказали візникові чекати нас і пішли на услісся. Якраз заходило коротке сонце. Була хрустальна тиша. Дерева стояли ще голі, але рання молода весна вже побідно ступала з півдня. То там, то тут проривалась зелена трава, і всюди гомоніло птаство.</w:t>
      </w:r>
    </w:p>
    <w:p>
      <w:r>
        <w:br/>
        <w:t>Ми пішли по якомусь лісовому кварталі. Ішли довго й мовчки. Потім перекидались фразами (я зараз забула їх). Раптом Чаргар зупинився й сказав:</w:t>
      </w:r>
    </w:p>
    <w:p>
      <w:r>
        <w:br/>
        <w:t>— Я хочу тебе залишити на якісь п'ять хвилин. Ти нічого не маєш проти?</w:t>
      </w:r>
    </w:p>
    <w:p>
      <w:r>
        <w:br/>
        <w:t>— Прошу,— спокійно сказала я, припускаючи, що йому треба... Ну, словом, ясно.</w:t>
      </w:r>
    </w:p>
    <w:p>
      <w:r>
        <w:br/>
        <w:t>Чаргар пішов, і я залишилась серед лісу сама. Тоді я знову подивилась на небо. Воно було надзвичайно чисте й молоде. Тільки з півдня наступала якась хмарина, але й вона скоро розтанула в просторах. Я глибоко зідхнула й подумала про незнані світи, про мільйони соняшних систем. Ці мислі якось придавили мене. Я відчула себе страшенно нікчемною й маленькою. Всі мої болі й радості були такими смішними на фоні цього грандіозного космосу, як смішний мені біль комахи. Я подумала, що такі мислі приходять уже тисячі років мільйонам людей і що вони будуть приходити ще тисячі років і новим мільйонам людей. Тоді зачарований тупик постав переді мною з такою ясністю, ніби я відчула його якимсь новим, невідомим мені почуттям.</w:t>
      </w:r>
    </w:p>
    <w:p>
      <w:r>
        <w:br/>
        <w:t>Я стояла без Чаргара вже більше десяти хвилин, і це мене затривожило. Чи не трапилось із ним якогось нещастя? Я рішуче рушила в тому напрямку, куди пішов художник. Ішла по гущавині, і гілки раз у раз били мене по голові. Ішла довго (так здавалось мені тоді), а Чаргара не було. В лісі стояла надзвичайна тиша, і було вечірньо. Що далі, то більше сутеніло. Тоді мені прийшла мисль, що я можу тут заблудитись — і мені стало сумно. Я зупинилась і скрикнула:</w:t>
      </w:r>
    </w:p>
    <w:p>
      <w:r>
        <w:br/>
        <w:t>— Агов!</w:t>
      </w:r>
    </w:p>
    <w:p>
      <w:r>
        <w:br/>
        <w:t>Але тільки луна відгукувалась мені й замерла десь у гущавині.</w:t>
      </w:r>
    </w:p>
    <w:p>
      <w:r>
        <w:br/>
        <w:t>"Наче ліс життя",— подумала я й кинулась у другий бік. Раптом я вийшла на поляну. Я вийшла на поляну й зупинилась, як укопана. А втім, інакше й не могло бути. Бо й справді: Чаргар стояв серед дерев на колінах обличчям до вечірнього сонця, і було таке вражіння, ніби він молиться. Це мене так здивувало, що я навіть не найшла, що йому сказати, і мовчки чекала його.</w:t>
      </w:r>
    </w:p>
    <w:p>
      <w:r>
        <w:br/>
        <w:t>На дальньому дереві жевріла полоска конаючого сонця, і відблиск її падав на південний край чорного лісу. Був прекрасний момент для споглядання. Я пригадала Індію й священні гімни "Рамаяни". "Чи не найшли вже на вітчизні Тагора,— подумала я,— мою химерну даль?"</w:t>
      </w:r>
    </w:p>
    <w:p>
      <w:r>
        <w:br/>
        <w:t>Нарешті Чаргар підвівся. Він пішов тихою ходою до мене, ніби нічого не трапилося. Його хода буквально загіпнотизувала мене, і я зустріла його мовчанкою.</w:t>
      </w:r>
    </w:p>
    <w:p>
      <w:r>
        <w:br/>
        <w:t>— Ходім! — спокійно сказав він.</w:t>
      </w:r>
    </w:p>
    <w:p>
      <w:r>
        <w:br/>
        <w:t>Очі йому було затуманено, він ішов, похитуючись, мов п'яний. Пам'ятаю, зідхнув і взяв мене під руку. Потім забрав мою руку й притиснув її до свого серця. Почуття радости обхопило мене, бо мені прийшла мисль, що тільки сьогодні Чаргар став близькою мені людиною. Я вже не хотіла тривожити його своїми частенько невдалими запитаннями й тому мовчала. Але на цей раз він сам почав розмову.</w:t>
      </w:r>
    </w:p>
    <w:p>
      <w:r>
        <w:br/>
        <w:t>— Я гадаю, Б'янко,— сказав він,— ти розумієш мій душевний стан і простиш мені, що я тебе примусив так довго чекати.</w:t>
      </w:r>
    </w:p>
    <w:p>
      <w:r>
        <w:br/>
        <w:t>— Я тебе розумію, — сказала я.</w:t>
      </w:r>
    </w:p>
    <w:p>
      <w:r>
        <w:br/>
        <w:t>Потім він говорив, що йому приблизно такий стан, який був Мойсееві, коли він сходив з гори із скрижалями. Але потім він чомусь усміхнувся, наче не довіряв сам собі чи то іронізував над своєю останньою фразою про Мойсея.</w:t>
      </w:r>
    </w:p>
    <w:p>
      <w:r>
        <w:br/>
        <w:t>— Я тебе розумію,— ще раз сказала я.</w:t>
      </w:r>
    </w:p>
    <w:p>
      <w:r>
        <w:br/>
        <w:t>— Ти мене й не можеш не розуміти. Я вже не раз думав про споріднення наших душ.</w:t>
      </w:r>
    </w:p>
    <w:p>
      <w:r>
        <w:br/>
        <w:t>— Спорідненість наших душ? — якось хутко спитала я.</w:t>
      </w:r>
    </w:p>
    <w:p>
      <w:r>
        <w:br/>
        <w:t>— Спорідненість наших душ! — ще раз підкреслив Чаргар. Ця остання фраза знов, як обухом, ударила мене по голові.— Отже, і він говорить, що я нічим не відрізняюсь від нього? Я жодним рухом не показала цього Чаргарові. Я тепер так боялась, щоб він не покинув свою одвертість! Я вже добре знала його — і знала, що найменша моя цікавість одразу викличе небажану мені реакцію, і Чаргар знову стане неприступним.</w:t>
      </w:r>
    </w:p>
    <w:p>
      <w:r>
        <w:br/>
        <w:t>— Ти знаєш,— раптом зупинився він,— мені на поляні блиснула така геніальна мисль, якої існування я й не міг припускати. І цікаво,— говорив він далі,— сиджу я десь у підвалі, а наді мною клуб… як його...</w:t>
      </w:r>
    </w:p>
    <w:p>
      <w:r>
        <w:br/>
        <w:t>— Радслужбовців.</w:t>
      </w:r>
    </w:p>
    <w:p>
      <w:r>
        <w:br/>
        <w:t>— Ну да, радслужбовців,— раптом занервувався він.</w:t>
      </w:r>
    </w:p>
    <w:p>
      <w:r>
        <w:br/>
        <w:t>— Чому ти хвилюєшся? — спитала я.</w:t>
      </w:r>
    </w:p>
    <w:p>
      <w:r>
        <w:br/>
        <w:t>— А тому,— різко скрикнув він (і мені знову здалося — дитячим дискантом), що я не виношу цієї самовпевнености нашого віку. Всі ці ячейки, комісари, комуністи — все це така дешева демагогія. Така...</w:t>
      </w:r>
    </w:p>
    <w:p>
      <w:r>
        <w:br/>
        <w:t>Чаргар не міг підібрати слова і змовк. Потім зупинив мене, подивився уважно мені в очі й сказав тихо:</w:t>
      </w:r>
    </w:p>
    <w:p>
      <w:r>
        <w:br/>
        <w:t>— Тобі можна довірятись?..</w:t>
      </w:r>
    </w:p>
    <w:p>
      <w:r>
        <w:br/>
        <w:t>— Що з тобою? — здивовано кинула я.</w:t>
      </w:r>
    </w:p>
    <w:p>
      <w:r>
        <w:br/>
        <w:t>— Я тобі вірю,— сказав він і схопився руками за голову.</w:t>
      </w:r>
    </w:p>
    <w:p>
      <w:r>
        <w:br/>
        <w:t>— Ах, Б'янко. Якби ти могла зрозуміти мене! Ну навіщо?.. Ну навіщо ці комуністи, ці ячейки, ці профспілки й тисячі інших організацій? Боже мій, ну навіщо? Я задихаюсь! Я їх зовсім не хочу чіпати — Боже, спаси! Хай вони завойовують цілий світ. Але при чому ж тут я? Чому я повинен кожної хвилини озиратись і повинен слухати ці мітинги? Боже мій, як я хотів би, щоб вони зовсім не знали про моє існування!</w:t>
      </w:r>
    </w:p>
    <w:p>
      <w:r>
        <w:br/>
        <w:t>Чаргар іще раз у розпуці схопився за голову і змовк. Я подивилась на нього. Він плакав. Далебі, він плакав: я бачила, як кілька сльозинок покотилось йому по щоці. Тоді мені прокинулось почуття неможливої огиди — і я різко й чітко сказала:</w:t>
      </w:r>
    </w:p>
    <w:p>
      <w:r>
        <w:br/>
        <w:t>— Сер Чаргаре. Що з вами?</w:t>
      </w:r>
    </w:p>
    <w:p>
      <w:r>
        <w:br/>
        <w:t>Він стояв спиною до мене, похилившись на дерево. Він так постояв хвилини дві. Але коли він повернувся, то я вже знову бачила колишнього неприступного художника.</w:t>
      </w:r>
    </w:p>
    <w:p>
      <w:r>
        <w:br/>
        <w:t>— В житті все буває,— нарешті зовсім іншим тоном і холодно сказав він.</w:t>
      </w:r>
    </w:p>
    <w:p>
      <w:r>
        <w:br/>
        <w:t>Я здивовано подивилась на нього. Мені прийшла мисль, що Чаргар побачив, як він далеко забрів у розмовах зі мною, і поспішив замести сліди. Спеціально для цього й було розіграно жалкеньку мелодраму. Ця мисль здалася мені такою правдивою, що я на другий день навіть забула про цей епізод. "Ну нє,— подумала я.— Тепер ти в моїх руках — і я примушу тебе сказати недоговорене".</w:t>
      </w:r>
    </w:p>
    <w:p>
      <w:r>
        <w:br/>
        <w:t>...Ми вже знову стояли на узліссі. Сонце зайшло. Стояв темний ліс, і бігла темна дорога. На дорозі маячів наш фаетон. Скоро ми сіли в нього й повертались до города. Чаргар усю дорогу мовчав, і розпрощались ми також мовчки. Пам'ятаю, я стиснула йому руку й трохи її придержала. Він здригнув, але я руки його все-таки не випустила. Тоді Чаргар мусів її вирвати. Я зареготала, він на це ніяк не реагував. Він просто повернувся і пішов од мене прискореним кроком.</w:t>
      </w:r>
    </w:p>
    <w:p>
      <w:r>
        <w:br/>
        <w:t>VII</w:t>
      </w:r>
    </w:p>
    <w:p>
      <w:r>
        <w:br/>
        <w:t>За кілька днів я знову бачилася з Чаргаром, але ця зустріч нецікава — і я її обминаю. Пішла я від нього, коли на небі стояв уже молодик. На вулиці Делаклюза я зустріла сірооку журналістку. Вона попрохала в мене п'ять карбованців. Я дала. Вона сказала, що їде до своєї матері, що "живе на північному краю города". Вона хоче повезти їй подарунок. Я їй, звичайно, не повірила, бо знала, що вона просто їде до свого любовника — він, здається, тайний розпусник. Вона трохи збентежилась, але потім зупинила мене біля вечірньої вітрини й тихо, на вухо, запропонувала поїхати з нею. Вони — її любовник і вона — хочуть улаштувати ніч п'янки й любовної оргії.</w:t>
      </w:r>
    </w:p>
    <w:p>
      <w:r>
        <w:br/>
        <w:t>— Ну, Б'янко, поїдемо на п'янку,— зробила вона гру слів і всміхнулась.</w:t>
      </w:r>
    </w:p>
    <w:p>
      <w:r>
        <w:br/>
        <w:t>Я сказала, що я, можливо, і поїхала б, коли б загубила свою невинність.</w:t>
      </w:r>
    </w:p>
    <w:p>
      <w:r>
        <w:br/>
        <w:t>— Себто яку невинність? — здивовано спитала вона. Я сказала й хотіла йти. Тоді журналістка схопила мене за руку й нахабно зареготала.</w:t>
      </w:r>
    </w:p>
    <w:p>
      <w:r>
        <w:br/>
        <w:t>— Так ти ще...— і вона кинула непристойне слово. Потім затягла мене в куток підворіття і, майже захлинаючись, говорила мені:</w:t>
      </w:r>
    </w:p>
    <w:p>
      <w:r>
        <w:br/>
        <w:t>— Так ти не брешеш, що не знала мужчини?</w:t>
      </w:r>
    </w:p>
    <w:p>
      <w:r>
        <w:br/>
        <w:t>Я побожилась і раптом відчула, як мене обхопило пожаром бажання. Тоді сіроока журналістка здавила мені руку вище ліктя й так сильно, що я мусіла її відштовхнути. Вона казала мені, що я красуня, що за моє тіло дадуть дві тисячі карбованців, що такі жінки живуть в Одесі й Москві, де багато буржуа з капіталом. Я, мовляв, мушу негайно йти з нею — і я найду такий чудовий закуток, який мені й не снився.</w:t>
      </w:r>
    </w:p>
    <w:p>
      <w:r>
        <w:br/>
        <w:t>Вона мені малювала напрочуд привабливі й цинічні картини. Але вона такими божевільними очима дивилась на мене, що я мусіла її ще раз одштовхнути.</w:t>
      </w:r>
    </w:p>
    <w:p>
      <w:r>
        <w:br/>
        <w:t>— Ти не поїдеш зі мною? — нарешті в розпуці скрикнула вона.</w:t>
      </w:r>
    </w:p>
    <w:p>
      <w:r>
        <w:br/>
        <w:t>— Не поїду!</w:t>
      </w:r>
    </w:p>
    <w:p>
      <w:r>
        <w:br/>
        <w:t>Я сказала рішуче. Тоді вона замахнулась і хотіла вдарити мене в обличчя. Але я вчасно схопила її за руку й одвела вдар. Я її так міцно схопила, що вона мусіла стати на коліна. Я й сама не знала, що я така сильна жінка. Журналістка раптом заплакала. Тоді я поцілувала її в голову (пахло поганенькою пудрою) і посадила її в трамвай. Вона поїхала, а я пішла додому.</w:t>
      </w:r>
    </w:p>
    <w:p>
      <w:r>
        <w:br/>
        <w:t>Додому я йшла переулками, не поспішаючи. Легенька тривога раз у раз примушувала мене здригатись. На площі Повстання я зупинилася біля шоколадного кіоска й купила плитку міньйону.</w:t>
      </w:r>
    </w:p>
    <w:p>
      <w:r>
        <w:br/>
        <w:t>Я прийшла за півтори години й сіла за стіл. Пам'ятаю, до мого вікна підійшла товаришка Уляна й спитала, чи не хочу я посидіти в альтанці. Мені не хотілось виходити з кімнати — і я сказала:</w:t>
      </w:r>
    </w:p>
    <w:p>
      <w:r>
        <w:br/>
        <w:t>— Чи не холоднувато надворі?</w:t>
      </w:r>
    </w:p>
    <w:p>
      <w:r>
        <w:br/>
        <w:t>— Що ви? — сказала товаришка.</w:t>
      </w:r>
    </w:p>
    <w:p>
      <w:r>
        <w:br/>
        <w:t>Я не знала, що їй говорити, й мусіла вийти до альтанки. Ми сіли на стілець і почали розмовляти. З півгодини ми перекидалися якимись незначними фразами, а потім між нами виникла така розмова:</w:t>
      </w:r>
    </w:p>
    <w:p>
      <w:r>
        <w:br/>
        <w:t>— Ви вірите в судьбу? — спитала товаришка Уляна.</w:t>
      </w:r>
    </w:p>
    <w:p>
      <w:r>
        <w:br/>
        <w:t>— Як би сказати вам... очевидно, не вірю.</w:t>
      </w:r>
    </w:p>
    <w:p>
      <w:r>
        <w:br/>
        <w:t>— Знаєте,— сказала вона,— теоретично, коли так можна висловитись, я теж не вірю. Власне, я і не маю права вірити (вона, очевидно, натякала на приналежність свою до партії), але от на практиці якось інакше виходить.</w:t>
      </w:r>
    </w:p>
    <w:p>
      <w:r>
        <w:br/>
        <w:t>— Чи не думаєте ви,— сказала я,— що ідеалістичні теорії мають рацію існувати?</w:t>
      </w:r>
    </w:p>
    <w:p>
      <w:r>
        <w:br/>
        <w:t>Товаришка Уляна замахала руками.</w:t>
      </w:r>
    </w:p>
    <w:p>
      <w:r>
        <w:br/>
        <w:t>— Що ви! Як може прийти мені така мисль,— перелякано сказала вона.— Я думаю тільки, що в світі завжди варіюються два світогляди. Але коли ідеалізм має багато недоговоренности, то я думаю, що й матеріалізм не без слабих боків.</w:t>
      </w:r>
    </w:p>
    <w:p>
      <w:r>
        <w:br/>
        <w:t>— Іншими словами — вас не задовольняє ваша партія?</w:t>
      </w:r>
    </w:p>
    <w:p>
      <w:r>
        <w:br/>
        <w:t>Товаришка Уляна знову замахала руками.</w:t>
      </w:r>
    </w:p>
    <w:p>
      <w:r>
        <w:br/>
        <w:t>— Нічого подібного! Мені хочеться внести деякі ясності в свій світогляд. Я, знаєте,— казала вона далі,— раніш ніколи не задумувалась над цими питаннями, а тепер вони мене страшенно тривожать.</w:t>
      </w:r>
    </w:p>
    <w:p>
      <w:r>
        <w:br/>
        <w:t>— Без причини нічого не буває,— резонерствувала я.— Очевидно, і в вашій тривозі єсть якась причина.</w:t>
      </w:r>
    </w:p>
    <w:p>
      <w:r>
        <w:br/>
        <w:t>— От! — раптом підхопила товаришка Уляна.— Ви цілком справедливо кажете. Я, знаєте, почуваю якусь небезпеку. Я певна, що зі мною трапиться якесь нещастя.</w:t>
      </w:r>
    </w:p>
    <w:p>
      <w:r>
        <w:br/>
        <w:t>Вона зробила не зовсім логічний висновок, але я на це не звернула уваги й стала її заспокоювати. Тоді вона відстоювала свою думку й ніяк не могла заспокоїтись.</w:t>
      </w:r>
    </w:p>
    <w:p>
      <w:r>
        <w:br/>
        <w:t>— Саме якесь нещастя,— говорила товаришка Уляна.— Я ніколи не помиляюсь. Колись на фронті мені прийшла мисль, що вночі трапиться несподіванка. Я сказала, мені не повірили. Один комісар запропонував навіть викинути мене за пророцтво з партії... А вийшло все-таки по-моєму: наш штаб захопили, і тільки я вирвалась.</w:t>
      </w:r>
    </w:p>
    <w:p>
      <w:r>
        <w:br/>
        <w:t>— Ну, це — випадок! — сказала я.</w:t>
      </w:r>
    </w:p>
    <w:p>
      <w:r>
        <w:br/>
        <w:t>Тоді товаришка Уляна знову запротестувала, і я вже з нею не сперечалась. Я тільки думала, що товаришка Уляна, може, й має рацію настоювати на своєму, і думала, що вона одна з тих невдачників, що приходять на світ тільки для того, щоб мучитись.</w:t>
      </w:r>
    </w:p>
    <w:p>
      <w:r>
        <w:br/>
        <w:t>Раптом по садках долетів до нас рев із зоологічного: то ревів лев за ґратами. Рев був якийсь сумний і безвихідний. Можливо, звірові приснились далекі простори його вітчизни, можливо — щось інше.</w:t>
      </w:r>
    </w:p>
    <w:p>
      <w:r>
        <w:br/>
        <w:t>— От!-з великим наголосом на "от" сказала товаришка Уляна.— Реве лев! Іноді й людям хочеться так ревти.</w:t>
      </w:r>
    </w:p>
    <w:p>
      <w:r>
        <w:br/>
        <w:t>Потім вона зідхнула. А потім вона багато говорила мені про часи громадянської війни. Вона довго говорила мені того вечора про той дикий і тривожний час, коли люди ходили голі й голодні й були велетнями й богами. Вона так тепло говорила про свою епоху, як про неї не скаже жодний поет. Той химерний час я зачепила тільки одним крилом своєї юности, але товаришка Уляна зовсім даремно думала, що я не розумію його. Він і мені лежав на серці. Я подумала, що тоді всі пізнали таємну даль, але той час уже не прийде ніколи, як не прийде ніколи й голуба молодість.</w:t>
      </w:r>
    </w:p>
    <w:p>
      <w:r>
        <w:br/>
        <w:t>"Значить, і даль треба шукати на якихось інших шляхах?" — подумала я.</w:t>
      </w:r>
    </w:p>
    <w:p>
      <w:r>
        <w:br/>
        <w:t>На другий день я не пішла на службу: я прокинулась із головними болями. Коли вийшла в сіни, щоб там скип'ятити чаю на примусі, в наш коридор хтось постукав. Я пішла і відчинила двері. Увійшов товариш Бе. Обличчя йому було пом'яте й бліде: він, очевидно, не спав цілу ніч. Я до цього часу ніколи з ним не розмовляла (був він якийсь суворий і нелюдимий). Але на цей раз якось механічно кинула:</w:t>
      </w:r>
    </w:p>
    <w:p>
      <w:r>
        <w:br/>
        <w:t>— Здрастуйте!</w:t>
      </w:r>
    </w:p>
    <w:p>
      <w:r>
        <w:br/>
        <w:t>Він здивовано подивився на мене й підморгнув мені лівим оком. Тоді я в свою чергу здивовано подивилась на нього. І тоді ж я побачила, що він п'яний. Щоб якось одв'язатись од нього, я сказала йому, що його чекає товаришка Уляна.</w:t>
      </w:r>
    </w:p>
    <w:p>
      <w:r>
        <w:br/>
        <w:t>— Ви кажете Уляна? — сказав він і підійшов до мого примусу.</w:t>
      </w:r>
    </w:p>
    <w:p>
      <w:r>
        <w:br/>
        <w:t>— Так!</w:t>
      </w:r>
    </w:p>
    <w:p>
      <w:r>
        <w:br/>
        <w:t>Товариш Бе вийняв із кишені портсигар й несподівано кинув:</w:t>
      </w:r>
    </w:p>
    <w:p>
      <w:r>
        <w:br/>
        <w:t>— А ви, знаєте... бабйонка нічого собі... цимес!</w:t>
      </w:r>
    </w:p>
    <w:p>
      <w:r>
        <w:br/>
        <w:t>Я суворо подивилася на нього й сказала, що він краще зробить, коли піде до себе.</w:t>
      </w:r>
    </w:p>
    <w:p>
      <w:r>
        <w:br/>
        <w:t>— Чого ж це до себе? — п'яно забелькотів він.</w:t>
      </w:r>
    </w:p>
    <w:p>
      <w:r>
        <w:br/>
        <w:t>— Там вас чекає товаришка Уляна! — різко сказала я.</w:t>
      </w:r>
    </w:p>
    <w:p>
      <w:r>
        <w:br/>
        <w:t>Товариш Бе стукнув ногою й вилаяв свою дружину матернім словом. Я круто повернулась і пішла в свою хату. Я довго думала про життя товаришки Уляни, але як їй допомогти — не знала. А втім, можливо, це тільки тепер мені здається, що я турбувалась за товаришку Уляну. Можливо, і товаришка Уляна, і сіроока журналістка, і діловод — всі вони давали відпочинок — і тільки. Бо, і справді, всі вони були по суті епізодичні особи в моїй історії й не могли мене цікавити. Я просто дурила себе.</w:t>
      </w:r>
    </w:p>
    <w:p>
      <w:r>
        <w:br/>
        <w:t>Але цьому мусів прийти кінець, і він прийшов.</w:t>
      </w:r>
    </w:p>
    <w:p>
      <w:r>
        <w:br/>
        <w:t>VIII</w:t>
      </w:r>
    </w:p>
    <w:p>
      <w:r>
        <w:br/>
        <w:t>Отже, ішла весна, прилетіли солов'ї. Я кілька разів була в театрі, але частіше я блукала по городу, як бродячий пес. Легенька тривога ніколи не покидала мене. Як і раніш, я ходила безтурботною пейзанкою, посвистуючи. В ці дні я з'їла стільки шоколаду, скільки не з'їла його за весь свій вік.</w:t>
      </w:r>
    </w:p>
    <w:p>
      <w:r>
        <w:br/>
        <w:t>Уже надходило свято першого травня. Напередодні я зробила ванну, вимила й надушила своє тіло. Все це так ретельно робила, ніби й справді збиралась до шлюбної ночі. Я наділа сорочку з рожевими стьожками й лягла спати.</w:t>
      </w:r>
    </w:p>
    <w:p>
      <w:r>
        <w:br/>
        <w:t>Прокинулась щось о восьмій годині, і мені на душі було як ніколи, радісно й дзвінко. Стояв добрий весняний ранок. На вулицях уже грали оркестри й носились автомобілі до загороднього поля. Я хутко одяглась і побігла до установи. Там ми мусіли зібратись і відтіля йти на іподром. Мені місцком дав роль організатора, і я перев'язала руку червоною хусткою. В першому коридорі мене зустрів діловод. Я поклонилась, він мені не відповів. З останньої нашої розмови він став уникати мене й завжди сухо звертався до мого столика. Проте поводився він зі мною досить чемно. Я це з'ясовую не так його порядністю, як тим, що до мене гарно ставився місцевий комгурток (я проводила в установі досить-таки велику громадську роботу), Кук страшенно боявся комуністів і завжди ходив перед ними на задніх лапках.</w:t>
      </w:r>
    </w:p>
    <w:p>
      <w:r>
        <w:br/>
        <w:t>Ми вийшли організованими шеренгами на майдан Ляссаля й відтіля пішли на іподром.</w:t>
      </w:r>
    </w:p>
    <w:p>
      <w:r>
        <w:br/>
        <w:t>Всі вулиці ломилися від городян, і я подумала, що свято Першого травня стало вже нашим національним святом, бо навіть буржуазія святкує його. Я згадала Париж, Францію, тамтешнє всенародне свято й подумала, що між нами й французами є багато спільного. Цю думку я сказала одній машиністці, що йшла поруч мене. Вона мені нічого розумного не відповіла, бо вона була страшенно нерозвинена. Тоді почула нашу розмову сіроока журналістка й підійшла до мене.</w:t>
      </w:r>
    </w:p>
    <w:p>
      <w:r>
        <w:br/>
        <w:t>— Ти гадаєш, що між нами й Францією можна провести паралелю? — спитала вона.</w:t>
      </w:r>
    </w:p>
    <w:p>
      <w:r>
        <w:br/>
        <w:t>— Так!</w:t>
      </w:r>
    </w:p>
    <w:p>
      <w:r>
        <w:br/>
        <w:t>— В якому сенсі? — і вона чомусь зло подивилась на мене.</w:t>
      </w:r>
    </w:p>
    <w:p>
      <w:r>
        <w:br/>
        <w:t>Я сказала. Я говорила, що велика французька революція страшенно нагадує нашу, що... і т. д.</w:t>
      </w:r>
    </w:p>
    <w:p>
      <w:r>
        <w:br/>
        <w:t>— Ти говориш, як Ціцерон! — іронічно сказала вона.</w:t>
      </w:r>
    </w:p>
    <w:p>
      <w:r>
        <w:br/>
        <w:t>— При чому тут Ціцерон? — спитала я.</w:t>
      </w:r>
    </w:p>
    <w:p>
      <w:r>
        <w:br/>
        <w:t>— А при тому,— раптом занервувалась вона,— що не тобі тикатись із своїм носом... в політику!</w:t>
      </w:r>
    </w:p>
    <w:p>
      <w:r>
        <w:br/>
        <w:t>— Припустім, я помиляюсь,— спокійно сказала я.— Але хіба я не маю права думати?</w:t>
      </w:r>
    </w:p>
    <w:p>
      <w:r>
        <w:br/>
        <w:t>Сіроока журналістка мовчки подивилась на мене й пішла вбік. В цей момент нашу групу зупинили: ми вже підійшли до іподрому.</w:t>
      </w:r>
    </w:p>
    <w:p>
      <w:r>
        <w:br/>
        <w:t>Було море квітів на величезному майдані, і стояв грохот десятка оркестрів. На головному плаці піонери й комсомольці робили фізичні вправи. На кількох трибунах оратори виступали з доповідями. Ревли сирени, метушились автомобілі. За півгодини великі групи почали розбиватись на невеличкі гуртки, потім уже блукали й одиночки. Тоді передвижні трупи розкинули передвижні сцени, і на майдані виросло кілька мініатюрних театрів.</w:t>
      </w:r>
    </w:p>
    <w:p>
      <w:r>
        <w:br/>
        <w:t>Я покинула своїх і пішла блукати. Десь тут я мусіла зустріти Чаргара, бо я не припускала, щоб він не вийшов сюди.</w:t>
      </w:r>
    </w:p>
    <w:p>
      <w:r>
        <w:br/>
        <w:t>Пам'ятаю, зупинилась біля ларка № 4. Взяла пляшку квасу й пожадливо випила. Потім пішла до екрану малярів. Там художники за п'ять хвилин малювали карикатури діячів революції. Там я й зустрілась із Чаргаром.</w:t>
      </w:r>
    </w:p>
    <w:p>
      <w:r>
        <w:br/>
        <w:t>Він був веселий і весело стиснув мені руку.</w:t>
      </w:r>
    </w:p>
    <w:p>
      <w:r>
        <w:br/>
        <w:t>— Сьогодні надзвичайно чудовий ранок! — сказав він Я притиснулась до нього, і ми пішли. З годину ми блукали по іподрому, потім рушили в степ. Мені прийшла мисль повартувати.</w:t>
      </w:r>
    </w:p>
    <w:p>
      <w:r>
        <w:br/>
        <w:t>— Ти знаєш,— кинула я,— сьогодні ти йдеш зовсім не з дівчиною, а з молодичкою!</w:t>
      </w:r>
    </w:p>
    <w:p>
      <w:r>
        <w:br/>
        <w:t>— Що ти цим хочеш сказати? — спитав він.</w:t>
      </w:r>
    </w:p>
    <w:p>
      <w:r>
        <w:br/>
        <w:t>Я зареготала й сказала йому, що я вже вийшла заміж. Він почервонів чомусь і, галантно вклонившись, поцікавився:</w:t>
      </w:r>
    </w:p>
    <w:p>
      <w:r>
        <w:br/>
        <w:t>— Так, я його знаю. Здається... прекрасна людина!</w:t>
      </w:r>
    </w:p>
    <w:p>
      <w:r>
        <w:br/>
        <w:t>Я певна була, що він не вірить мені й жартує, і тому перейшла на іншу тему, не думаючи робити спростування.</w:t>
      </w:r>
    </w:p>
    <w:p>
      <w:r>
        <w:br/>
        <w:t>Ми йшли в морі безсмертників. Праворуч нас летів у небо величезний спис радіо. Пам'ятаю, мені раптом здалося чомусь, що Чаргар під невеличким "градусом".</w:t>
      </w:r>
    </w:p>
    <w:p>
      <w:r>
        <w:br/>
        <w:t>— Ти сьогодні наче трохи підвипивши? — спитала я.</w:t>
      </w:r>
    </w:p>
    <w:p>
      <w:r>
        <w:br/>
        <w:t>— Я сьогодні трохи відвипивши,— усміхнувся він. Я спитала, чому так рано. Він сказав, що він уже кілька тижнів починає дні горілкою. Він горілку не дуже любить, але не може не визнати, що "горілчані" дні безтурботніші й веселіші. "Невже він серйозно плакав тоді в лісі?" — подумала я й сказала:</w:t>
      </w:r>
    </w:p>
    <w:p>
      <w:r>
        <w:br/>
        <w:t>— Чому тобі такий безнадійний погляд на життя?</w:t>
      </w:r>
    </w:p>
    <w:p>
      <w:r>
        <w:br/>
        <w:t>— Відкіля це ти взяла? — усміхнувся Чаргар.</w:t>
      </w:r>
    </w:p>
    <w:p>
      <w:r>
        <w:br/>
        <w:t>Потім запевняв мене, що він на життя дивиться дуже весело. Він у той день багато реготав, реготала й я. В такому безтурботному реготі і в таких розмовах ми проблукали до вечора. Нарешті Чаргар сказав:</w:t>
      </w:r>
    </w:p>
    <w:p>
      <w:r>
        <w:br/>
        <w:t>— Ну, пора вже й додому... Ти не думаєш зайти до мене? Я погодилась, і ми пішли до нього. З півгодини ми блукали по переулках, поки нарешті не вийшли на майдан Трьох комунарів. Біля Чаргарової квартири ми були, коли вже почало темніти. Раптом до нас підійшла циганка. Я погодилась, щоб вона погадала мені. Чаргар занервувався й сказав, що це некультурно фанфаронствувати своєю некультурністю.</w:t>
      </w:r>
    </w:p>
    <w:p>
      <w:r>
        <w:br/>
        <w:t>— Це — резонерство! — сказала я.</w:t>
      </w:r>
    </w:p>
    <w:p>
      <w:r>
        <w:br/>
        <w:t>Потім говорила, що він теж деколи впадає в містику, натякаючи на історію в лісі. Чаргар занервувався. Але я вперто стояла на своєму. Тоді він порадив мені відійти вбік, щоб мене хоч не бачили в клубі радторгслужбовців. Я нарешті зрозуміла його й сказала циганці, що гадати не буду. Коли ми сходили на ґанок, я звернулась до Чаргара:</w:t>
      </w:r>
    </w:p>
    <w:p>
      <w:r>
        <w:br/>
        <w:t>— Скажи мені, коли б циганка підійшла до нас десь у безлюдному місці... ти дозволив би їй гадати?</w:t>
      </w:r>
    </w:p>
    <w:p>
      <w:r>
        <w:br/>
        <w:t>Чаргар мовчав. Ада я вже без нього знала, як би він зробив у цьому випадку, і негарне почуття знову прокинулось у мені до художника.</w:t>
      </w:r>
    </w:p>
    <w:p>
      <w:r>
        <w:br/>
        <w:t>В кімнаті ми сіли на ліжко. Я взяла в руки якусь книгу. Чаргар теж. Так — мовчки — ми просиділи кілька хвилин. Тоді на небо налетіла темна хмара, і в кімнаті майже зовсім стемніло. Десь замирали Першотравневі оркестри. Город стихав. Потім за вікном закрапало, і пішов дрібний дощ. Легенький вітер увірвався в кімнату, і запахло якимись польовими квітами.</w:t>
      </w:r>
    </w:p>
    <w:p>
      <w:r>
        <w:br/>
        <w:t>Хоч Чаргар і зіпсував мені трохи настрій, але я ще переповнена була враженнями дня, і тому, коли він положив свою руку мені на коліно, я із вдячністю подивилась йому в обличчя: в очах йому стояв тихий блиск і нагадував мені нашу першу зустріч. Очі його знову вабили мене своєю неясністю. Що далі, то більше мене хвилювало тіло художника. Нарешті він узяв мене за руку й промовив:</w:t>
      </w:r>
    </w:p>
    <w:p>
      <w:r>
        <w:br/>
        <w:t>— Б'янко. Ти й сьогодні скажеш, що говорила колись?</w:t>
      </w:r>
    </w:p>
    <w:p>
      <w:r>
        <w:br/>
        <w:t>— Що саме? — спитала я й здригнула.</w:t>
      </w:r>
    </w:p>
    <w:p>
      <w:r>
        <w:br/>
        <w:t>Чаргар зам'явся й мовчав. Тоді я впевнено підійшла до електрики й погасила її. Потім я знову сіла на ліжко.</w:t>
      </w:r>
    </w:p>
    <w:p>
      <w:r>
        <w:br/>
        <w:t>— Ти, може, маєш на увазі циганку? — спитала я, свідомо відтягуючи рішучий момент.</w:t>
      </w:r>
    </w:p>
    <w:p>
      <w:r>
        <w:br/>
        <w:t>Чаргар мовчав і ласкав мої руки. Потім він цілував мені пальці.</w:t>
      </w:r>
    </w:p>
    <w:p>
      <w:r>
        <w:br/>
        <w:t>— Ну, в чому ж справа? — знову спитала я.</w:t>
      </w:r>
    </w:p>
    <w:p>
      <w:r>
        <w:br/>
        <w:t>— Я говорю...— замнявся він і рішуче додав,— ти говорила, що кохаєш мене?</w:t>
      </w:r>
    </w:p>
    <w:p>
      <w:r>
        <w:br/>
        <w:t>— Так. Говорила.</w:t>
      </w:r>
    </w:p>
    <w:p>
      <w:r>
        <w:br/>
        <w:t>Він знову промовчав. Потім плутано почав запевняти, що й він покохав мене, що... і т. д.</w:t>
      </w:r>
    </w:p>
    <w:p>
      <w:r>
        <w:br/>
        <w:t>— Ти теж говорив мені про це! — усміхнулась я.</w:t>
      </w:r>
    </w:p>
    <w:p>
      <w:r>
        <w:br/>
        <w:t>Але — почекайте! — то ж були, мовляв, несерйозні розмови! Словом, він тільки тепер відчув, як він кохає мене. Я згадала недавній свій жарт про весілля з Куком і спитала, чи не трапилось із ним того, що з Онєгіном. Коли Татьяна була вільна, він її відштовхував. Як вийшла заміж... Ну, ясно: історія повторюється. Тоді Чаргар став божитись, що нічого подібного не трапилось, що це мої вигадки.</w:t>
      </w:r>
    </w:p>
    <w:p>
      <w:r>
        <w:br/>
        <w:t>Я занервувалась. Невже це говорить славетний художник? І тоді ж мені блиснула жахна мисль. Чи не думає він і справді, що я вийшла заміж за Кука? "Так от чому покохав він мене!.. Теж аліменти!" Я обережно стала його випитувати.</w:t>
      </w:r>
    </w:p>
    <w:p>
      <w:r>
        <w:br/>
        <w:t>— Ну, добре,— сказала я.— Припустім, що ти мене кохаєш, і припустім, що я обдурила тебе.</w:t>
      </w:r>
    </w:p>
    <w:p>
      <w:r>
        <w:br/>
        <w:t>— Себто як? — не зрозумів мене Чаргар.</w:t>
      </w:r>
    </w:p>
    <w:p>
      <w:r>
        <w:br/>
        <w:t>— А так,— спокійно сказала я.— Я й не думала виходити заміж. Це просто був жарт.</w:t>
      </w:r>
    </w:p>
    <w:p>
      <w:r>
        <w:br/>
        <w:t>Він ураз одхилився від мене й захвилювався: мовляв, навіщо ці жарти? І потім, хто мені дав право так жартувати з ним? (Він так і сказав "хто мені дав право"). Тоді я вмить підвелася й засвітила електрику. Я стала напроти Чаргара й різко сказала:</w:t>
      </w:r>
    </w:p>
    <w:p>
      <w:r>
        <w:br/>
        <w:t>— Що значить — "хто дав мені право?" Відкіля цей тон?</w:t>
      </w:r>
    </w:p>
    <w:p>
      <w:r>
        <w:br/>
        <w:t>Він сидів блідий і мовчав. Мені знову пришила мисль, що я перебільшую, що я зовсім не зрозуміла його (він, мовляв, просто не любить жартів у серйозні хвилини), що я зовсім даремно турбуюсь: Чаргар і не думав мене ображати. Я підійшла до нього й закинула свою руку на його шию.</w:t>
      </w:r>
    </w:p>
    <w:p>
      <w:r>
        <w:br/>
        <w:t>— Милий мій,— сказала я,— не гнівайся! Я, їй-бо проти волі образила тебе.</w:t>
      </w:r>
    </w:p>
    <w:p>
      <w:r>
        <w:br/>
        <w:t>Він довгим і уважним поглядом подивився мені в очі. В ці хвилини мені буквально забивало дух і бракувало повітря — так хвилювалась я. За один момент мені в голові пронеслось мільйон думок. Вони летіли, як блискавиці, наздоганяючи одна одну.</w:t>
      </w:r>
    </w:p>
    <w:p>
      <w:r>
        <w:br/>
        <w:t>— Добре, я на тебе не гніваюсь! — сказав художник.— Але все-таки ти мені мусиш сказати: ти вийшла заміж чи ні?</w:t>
      </w:r>
    </w:p>
    <w:p>
      <w:r>
        <w:br/>
        <w:t>Тоді мені блиснула мисль, і я сказала:</w:t>
      </w:r>
    </w:p>
    <w:p>
      <w:r>
        <w:br/>
        <w:t>— Вийшла, мій милий! Вийшла!</w:t>
      </w:r>
    </w:p>
    <w:p>
      <w:r>
        <w:br/>
        <w:t>Він рішуче взяв мене за руку й посадовив на ліжко. "Аліменти", — якось мляво подумала я й відчула в усьому тілі неміч. Чаргар мене ласкав. Свіжий вітрець летів у кімнату, і знову запахло якимись польовими травами. Дрібний весняний дощик ущух, і в вікно зазирала темна ніч. Чаргар підійшов до електрики й погасив її. Він обережними рухами примусив мене розтягнутись на ліжку. Чаргар хотів уже брати мене, як у цей момент мені вернулись сили. Я так одштовхнула його, що він ледве вдержався на кроваті. Потім я скочила з ліжка й знову запалила електрику. Я підійшла до Чаргара. Він здивовано поставив на мене свої очі. Тоді я красномовно подивилась на нього, плюнула в обличчя й мовчки пішла до дверей.</w:t>
      </w:r>
    </w:p>
    <w:p>
      <w:r>
        <w:br/>
        <w:t>IX</w:t>
      </w:r>
    </w:p>
    <w:p>
      <w:r>
        <w:br/>
        <w:t>Так скінчилася моя історія з художником. Так ганебно скінчилось це святе (він так і говорив колись: "свята простота") і тепле кохання. Хіба можна написати ту муку, що творилась тоді в моїй романтичній душі? Сьогодні я на життя дивлюсь цілком реально. Сьогодні я й сама іноді посміхуюсь із себе. Але тоді в моїх очах маячіла сентиментальна даль, і тому, коли я побачила, що Чаргар, моя остання надія, не міг утекти від світового бардачка, я кинулась у розпач.</w:t>
      </w:r>
    </w:p>
    <w:p>
      <w:r>
        <w:br/>
        <w:t>Пройшло кілька днів із того часу, як я бачила Чаргара, але мені здалось, що це було так давно й так далеко, як далеко маячить глухий закуток моєї неповторної молодости й тих духмяних золотих півників, що не то ліденцями на ярмарку снились мені, не то серед "анютиних глазок", кануперу й м'яти закукурікали моє дитинство.</w:t>
      </w:r>
    </w:p>
    <w:p>
      <w:r>
        <w:br/>
        <w:t>Вечір Першого травня рішуче й навіки відкинув усі мої надії й сподівання, і я раптом зупинилась перед порожнечею канцелярських буднів.</w:t>
      </w:r>
    </w:p>
    <w:p>
      <w:r>
        <w:br/>
        <w:t>Як я тепер ненавиділа художника! Боже мій, як я його ненавиділа! Тільки тоді я зрозуміла, що по суті і біленький домик, і золотого півника на флюгелі, і темні провінціальні садки — все це я покинула в ім'я його. Спершу, як і треба було чекати, я хотіла якось помститись за розбиті надії. Мені так хотілось принизити й наочно показати Чаргарові, чого він вартий. Але потім це бажання погасло в мені, і я вже просто не згадувала його — таким маленьким і нікчемним зробився він у моїх очах.</w:t>
      </w:r>
    </w:p>
    <w:p>
      <w:r>
        <w:br/>
        <w:t>Але тоска за даллю не покидала мене. Більше того: вона тепер так розгорілась, як ніколи. Це було її останнє полум'я.</w:t>
      </w:r>
    </w:p>
    <w:p>
      <w:r>
        <w:br/>
        <w:t>Ніхто з радслужбовців не брав такої великої громадської нагрузки, як я в ці дні. Я, як п'яничка горілкою, захлиналась нею. Мені здавалось, що я затоплю в цій роботі своє лихо. Але скепсис уже з'їдав мене. Мені ввижалось, що я по суті виконую дрібну й зовсім непотрібну роботу дрібних і нікчемних людей, що живуть, як воли, як корови, що коло їхніх інтересів обмежується "геранню" на столі. Я брала активну участь в організації жінок, в делегатських зібраннях, в редагуванні місцевої стінгазети, але я завжди думала, що нашу стінгазету зовсім не випадково називають "Стінгазом" ("стінгаз"). Саме все це — газ, димок. Горить вогка солома, а люди сидять біля цього ілюзорного вогнища й гадають, що "без огню не буває диму".</w:t>
      </w:r>
    </w:p>
    <w:p>
      <w:r>
        <w:br/>
        <w:t>Коли я виходила з установи й на порозі зустріла сірооку журналістку. Вона якось нахабно подивилась на мене, взяла мене під руку й пішла зі мною. Коли ми підійшли до театрального садка, вона сказала:</w:t>
      </w:r>
    </w:p>
    <w:p>
      <w:r>
        <w:br/>
        <w:t>— Ну, так ти й досі Париж згадуєш?</w:t>
      </w:r>
    </w:p>
    <w:p>
      <w:r>
        <w:br/>
        <w:t>— Який Париж? — спитала я.</w:t>
      </w:r>
    </w:p>
    <w:p>
      <w:r>
        <w:br/>
        <w:t>— Ах, боже мій,— сказала вона.— Навіщо ховатись від мене? Я говорю про той Париж, що... Велика французька революція?</w:t>
      </w:r>
    </w:p>
    <w:p>
      <w:r>
        <w:br/>
        <w:t>— Одмовляюсь тебе зрозуміти! — холодно сказала я.</w:t>
      </w:r>
    </w:p>
    <w:p>
      <w:r>
        <w:br/>
        <w:t>Тоді журналістка запевнила мене, що Париж уже ніколи не повернеться й не може повернутися. Вона говорила, що бачить мене наскрізь. Але вона мені радить не турбуватись, бо я зовсім не те, чим здаюсь собі.</w:t>
      </w:r>
    </w:p>
    <w:p>
      <w:r>
        <w:br/>
        <w:t>— Ти знаєш,— раптом сказала вона,— єсть багато непомітних людей. Ну... комісарів, припустім, але вони живуть так, як усі живуть. І саме тому вони й герої. А що таке ти? Ну, скажи — що таке ти?</w:t>
      </w:r>
    </w:p>
    <w:p>
      <w:r>
        <w:br/>
        <w:t>Я здвигнула плечима й мовчала, бо я й справді не розуміла, чого вона хоче від мене. Тоді журналістка потріпала мене по плечу й несподівано зареготала.</w:t>
      </w:r>
    </w:p>
    <w:p>
      <w:r>
        <w:br/>
        <w:t>— От що,— сказала вона,— поспішай на мою доріжку, а то буде пізно.</w:t>
      </w:r>
    </w:p>
    <w:p>
      <w:r>
        <w:br/>
        <w:t>Потім вона покинула мене, і я пішла додому.</w:t>
      </w:r>
    </w:p>
    <w:p>
      <w:r>
        <w:br/>
        <w:t>Того дня я не обідала. Мені в'їдливо лізла в голову якась мисль, і я вперто затримувала її в півсвідомості. Так пройшло кілька годин.</w:t>
      </w:r>
    </w:p>
    <w:p>
      <w:r>
        <w:br/>
        <w:t>В коридорі товаришка Уляна роздмухувала чоботом самовар і гулко кахала. Вже пройшло кілька днів із того часу, як вона заходила до мене, і мені прийшла мисль, що я проти волі холодніш тепер поводжуся з нею. Тоді я пригадала її перебитий ніс, і він зупинився переді мною якоюсь настирливою плямою. Ще я пригадала товариша Бе і його дику розкуйовджену голову й ніяк не могла уявити його в ролі закоханого юнака.</w:t>
      </w:r>
    </w:p>
    <w:p>
      <w:r>
        <w:br/>
        <w:t>Раптом біля мого вікна сіла якась птичка й заспівала. Це було так химерно на фоні темно-голубого неба, що я згадала дитячу казку про щастя: "Жив-був дід з бабою, і от прилетіла до них..." і т. д. У дворі кричали діти єврея, і я подумала, що старий єврей і досі мудрує над талмудом, як тисячі років тому мудрували такі ж старі євреї.</w:t>
      </w:r>
    </w:p>
    <w:p>
      <w:r>
        <w:br/>
        <w:t>В моїй кімнатці стемніло, і мені прийшов у голову таємний "голем", чорт-хапун, і судний день єврейської провінції.</w:t>
      </w:r>
    </w:p>
    <w:p>
      <w:r>
        <w:br/>
        <w:t>Вечоріло. Товаришка Уляна й досі роздмухувала самовар. Десь настирливо кричала сирена. І тоді я раптом відчула, що я вже не гідна далі тікати від себе.</w:t>
      </w:r>
    </w:p>
    <w:p>
      <w:r>
        <w:br/>
        <w:t>— Отже, журналістка пропонує поспішати? — сказала я.— Але куди поспішати? Що значить поспішати?.. Боже мій, що це зі мною робиться!</w:t>
      </w:r>
    </w:p>
    <w:p>
      <w:r>
        <w:br/>
        <w:t>— Ага! тепер і "Боже мій"! — подумала я.</w:t>
      </w:r>
    </w:p>
    <w:p>
      <w:r>
        <w:br/>
        <w:t>І саме тоді мені раптом усе ясно стало. І справді: хіба я ввесь час не боролась із Богом? Я хотіла своїми власними силами пізнати напівабстрактну даль. Але без "Нього" (я пишу "Нього", бо він і справді був мені тоді безвихідною судьбою) це неможливо було зробити. Я хотіла пізнати даль без "Нього", але він не міг мені пробачити цього.</w:t>
      </w:r>
    </w:p>
    <w:p>
      <w:r>
        <w:br/>
        <w:t>— Так,— подумала я.— Це мені за нахабство.</w:t>
      </w:r>
    </w:p>
    <w:p>
      <w:r>
        <w:br/>
        <w:t>Я підвелась із ліжка. Я ще ніколи не вірила в Бога й тому обрушилась на нього з такою силою свого нового почуття, з якою звертались до неба тільки фанатики. Тоді я відчула потребу стати на коліна перед образом Спасителя.</w:t>
      </w:r>
    </w:p>
    <w:p>
      <w:r>
        <w:br/>
        <w:t>Я хутко пішла до дверей і вийшла в коридор. В кладовій товаришки Уляни я колись бачила стару ікону: її туди викинув, очевидно, тов. Бе. Я рішила взяти її відтіля й поставити в своїй кімнаті. Але як я зроблю це? Товаришка Уляна кладову завжди замикала, і мені треба було дістати ключ. Але тут же я згадала, що в кладовій стоїть прас. Тоді я пішла до товаришки Уляни за прасом. Я постукала. Вийшла товаришка Уляна з замотаною головою.</w:t>
      </w:r>
    </w:p>
    <w:p>
      <w:r>
        <w:br/>
        <w:t>— Що з вами? — спитала я.</w:t>
      </w:r>
    </w:p>
    <w:p>
      <w:r>
        <w:br/>
        <w:t>Вона почервоніла й подивилась на мене зажуреними очима. Вона говорила, що необережно опеклася водою з самовара, і говорила, що це скоро пройде. Але я їй, звичайно, не повірила, бо синці під очима говорили зовсім інше. Це була справа тов. Бе: він, безперечно, бив її цієї ночі.</w:t>
      </w:r>
    </w:p>
    <w:p>
      <w:r>
        <w:br/>
        <w:t>Товаришка Уляна зідхнула важко і раптом прошепотіла:</w:t>
      </w:r>
    </w:p>
    <w:p>
      <w:r>
        <w:br/>
        <w:t>— Бідний, бідний товариш Бе!</w:t>
      </w:r>
    </w:p>
    <w:p>
      <w:r>
        <w:br/>
        <w:t>Потім ми ще з півхвилини постояли в напівтемному коридорі мовчки. Потім у кладовій зашаруділи пацюки, і я сказала:</w:t>
      </w:r>
    </w:p>
    <w:p>
      <w:r>
        <w:br/>
        <w:t>— Чи не дозволите мені забрати ваш прас?</w:t>
      </w:r>
    </w:p>
    <w:p>
      <w:r>
        <w:br/>
        <w:t>Товаришка Уляна засуєтилась і побігла в кімнату. Я гадала, що вона винесе ключ, а вона винесла прас: він був на кухні. Так що на цей раз я так і не дістала ключа. Але зате я його дістала пізніш, коли зайшло вже сонце.</w:t>
      </w:r>
    </w:p>
    <w:p>
      <w:r>
        <w:br/>
        <w:t>Ікона, що я за нею схопилась якось похапки і з тривогою, була старою дошкою, і на ній ледве-ледве вирисовувався образ Спасителя. Спаситель мав надзвичайно привабливе обличчя й одразу настроїв мене на відповідний лад.</w:t>
      </w:r>
    </w:p>
    <w:p>
      <w:r>
        <w:br/>
        <w:t>Я внесла його в кімнату, прив'язала до нього (до неї, до ікони) невеличку мотузку й повісила в куток.</w:t>
      </w:r>
    </w:p>
    <w:p>
      <w:r>
        <w:br/>
        <w:t>Потім я побігла в місто й купила там у якоїсь торговки біля базару лампадку й пляшку лампадкового масла.</w:t>
      </w:r>
    </w:p>
    <w:p>
      <w:r>
        <w:br/>
        <w:t>Потім прибігла додому й засвітила лампадку перед Спасителем. Я не світила електрики, і тому в кімнаті стояв напівмістичний присмерк. Збоку в кладовій шаруділи пацюки.</w:t>
      </w:r>
    </w:p>
    <w:p>
      <w:r>
        <w:br/>
        <w:t>Тоді я впала на коліна, схрестила на грудях руки й мовчки фанатично дивилась на образ Спасителя. Я молилась. Я так молилась, як молилась тільки в дитинстві. Раз у раз я зідхала тяжко і тоді я думала, що стою в катакомбах перших християн і несу на собі великий хрест. Переді мною проходили фанатики середньовіччя, велика інквізиція й глухі манастирі моєї вітчизни. Страждання людей, їхня хресна путь до світової Голгофи — все це так ясно постало переді мною.</w:t>
      </w:r>
    </w:p>
    <w:p>
      <w:r>
        <w:br/>
        <w:t>Я дивилась на образ Спасителя, але я думала про темну ніч нашої дійсности, що загубилась в таємному космосі, про придавлених фортуною людей моєї вітчизни, і я так хотіла, щоб легенда про фантастичного доброго ангела перетворилася в дійсність, і я так безумствувала всім тим чистим, що залишилося в мені.</w:t>
      </w:r>
    </w:p>
    <w:p>
      <w:r>
        <w:br/>
        <w:t>— Боженько! Мій милий, хороший Боженько! — шепотіла я й уважно дивилась на образ Спасителя.</w:t>
      </w:r>
    </w:p>
    <w:p>
      <w:r>
        <w:br/>
        <w:t>Тихі дитячі сльози падали мені по щоках, і я вже вірила, що прийде якесь чудо раптово й несподівано. Я стояла на колінах кілька годин, але я не почувала втоми.</w:t>
      </w:r>
    </w:p>
    <w:p>
      <w:r>
        <w:br/>
        <w:t>Вже давно над городом стояла темрява. На башті годинник пробив два рази. Свіже повітря рвалось у мою кімнату й колихало вогненний язичок моєї лампадки. Знову шаруділи в кладовій пацюки.</w:t>
      </w:r>
    </w:p>
    <w:p>
      <w:r>
        <w:br/>
        <w:t>— Боженько! Мій милий, хороший Боженько!</w:t>
      </w:r>
    </w:p>
    <w:p>
      <w:r>
        <w:br/>
        <w:t>Я молилась так тепло, як тоді в дитинстві, коли ми з мамою виходили з білого домика і йшли по темних провінціальних садках зустрічати світле Воскресіння Христа.</w:t>
      </w:r>
    </w:p>
    <w:p>
      <w:r>
        <w:br/>
        <w:t>Я простояла на колінах цілу ніч і тільки тоді підвелась, коли в кімнаті зовсім розвиднилось.</w:t>
      </w:r>
    </w:p>
    <w:p>
      <w:r>
        <w:br/>
        <w:t>З того часу я кожного дня світила лампадку й кожного дня ставала на коліна перед образом Спасителя.</w:t>
      </w:r>
    </w:p>
    <w:p>
      <w:r>
        <w:br/>
        <w:t>Іноді я молилась за товаришку Уляну, за сірооку журналістку і навіть за Кука. Чаргара я не згадувала, і не тому, що мені була злоба до нього, а просто тому, що він якось вилетів мені з голови. Він уже не існував для мене, його місце на моєму серці запосів образ Спасителя. Пройшла весна, прийшло знову гаряче літо. Я працювала в установі так акуратно, як раніш. Більше того: комуністи вважали мене за зразкового робітника. Тільки тепер я не вміла реготати й не вміла так смачно їсти шоколад.</w:t>
      </w:r>
    </w:p>
    <w:p>
      <w:r>
        <w:br/>
        <w:t>Колись я прийшла з роботи страшенно стомлена й рано лягла спати. Уночі до мене хтось постукав. Я запалила електрику й тільки-но хотіла піти до дверей і одчинити, як двері знову загриміли ще з більшою силою. Я ніколи, здається, нічого не боялась. Але на цей раз я просто обурилась.— Мене здивувало нахабство. Така пізня ніч — і так стукати до одинокої дівчини. Я знову погасила електрику й лягла спати. В мої двері стукали ще з півгодини, але я не звертала уваги й засинала. Місячна пляма впала на спинку мого ліжка, і я згадувала молоді роки й пригадала сусіда-візника. Він теж так уперто стукав на свою жінку, як той невідомий, що стоїть за моїми дверима.</w:t>
      </w:r>
    </w:p>
    <w:p>
      <w:r>
        <w:br/>
        <w:t>Нарешті я заснула. І сниться мені химерний сон. Ніби я напередодні якоїсь подорожі й чогось чекаю. Завтра ніби буде якийсь карнавал і буде мандоліна. Завтра біля степового вогнища під вечірнім небом — Декамерон. І тоді мій край, як ідилія узамітної Ніцци. Раптом Дон-Квізадо виносить на прилюдний диспут (і думає захищати) магістерську дисертацію на тему "душа матерії". Маестро Дантон усміхнувся.</w:t>
      </w:r>
    </w:p>
    <w:p>
      <w:r>
        <w:br/>
        <w:t>— О, маестро! — скрикнув Дон-Квізадо.— І на моїй мові каламар звучить надто прозаїчно, бо він асоціюється з паламарем. Але от я беру це слово і, як індійський факір, зачаровую ним ваше притуплене ухо. Тоді твій мужній голос у мемуарах твоєї доби — як тигр серед чвирі. Бери перо, наливай у свій каламар атраменту й пиши.</w:t>
      </w:r>
    </w:p>
    <w:p>
      <w:r>
        <w:br/>
        <w:t>Тоді маестро Дантон пише. І його древній каламар, що з нього падають ножі дві сотні літ, зачаровує таким незначним деталем, як спогад, коли він уперше взяв у руки перо й з тривогою вивів першу літеру. Це була "М". Мисль? Милість? М'ятеж? — не знає, але він думає, чи не була то Марія.</w:t>
      </w:r>
    </w:p>
    <w:p>
      <w:r>
        <w:br/>
        <w:t>— Я тебе заклинаю, як індійський факір! — кричить Дон-Квізадо.— Я хочу пізнати твою душу, о матеріє! Невже ти, як панцерник, і сила моєї художньої інтуїції не найде дороги до твоєї темної душі?</w:t>
      </w:r>
    </w:p>
    <w:p>
      <w:r>
        <w:br/>
        <w:t>Маестро Дантон усміхнувся й кинув царственно-похабний жест. Дон-Квізадо змовк. Балаганчик заревів, загримів, зарокотав. Вискочив циган, метнувся перед публікою і пропав за тиром".</w:t>
      </w:r>
    </w:p>
    <w:p>
      <w:r>
        <w:br/>
        <w:t>— ...Фу, чорт! яка нерозбериха! — скрикнула я й прокинулась. За вікном стояла мертва ніч. Але я, очевидно, недовго спала, бо в двері мені знову настирливо стукали. "Стукаєш?" Ну і стукай! — подумала я, і знову почала засинати. Тоді сниться мені другий сон.</w:t>
      </w:r>
    </w:p>
    <w:p>
      <w:r>
        <w:br/>
        <w:t>На краю оселі, де праворуч порожній майдан і старовинна козацька церква, стоїть хатка на курячих ніжках. І хатка, мов казка, мов пушкінська няня, як Гофман, як бризки Вайлда, як ночі, що тисяча їх і одна. Летять у ніч безшумно кажани. Кричить тривожно сич:</w:t>
      </w:r>
    </w:p>
    <w:p>
      <w:r>
        <w:br/>
        <w:t>— Угу!</w:t>
      </w:r>
    </w:p>
    <w:p>
      <w:r>
        <w:br/>
        <w:t>В хатці я, аферистка, провокаторка, убивця, і моя сестра — проститутка. Сестра допіру прийшла з тайного публічного дому й сидить на печі біля сибірського кота. Кіт таємно муркотить своє одвічне муркотіння.</w:t>
      </w:r>
    </w:p>
    <w:p>
      <w:r>
        <w:br/>
        <w:t>— ...Але як мені обмити руки,— з тоскою думаю я,— коли вони в людській крові? Кому розповісти свою муку — я, аферистка, провокаторка, убивця? Вчора я зарізала на великій дорозі, що ховається за мигдальними кучугурами, що пересікає тракт Карла XII,— вчора я зарізала жінку з дитиною. Три дні позад я спровокувала цілу країну.</w:t>
      </w:r>
    </w:p>
    <w:p>
      <w:r>
        <w:br/>
        <w:t>— Б'янко,— раптом звертається до мене сестра, і в її очах стоїть невимовна скорбота.— Яка тоска!</w:t>
      </w:r>
    </w:p>
    <w:p>
      <w:r>
        <w:br/>
        <w:t>Тоді я повертаюсь і бачу в первіснім степу над вітром тирси гострі списи. Іде ватага, і стоїть степ, як мариво в пожарах. Тисяча й одна ніч, забута країна, медові ландшафти, екзотика круторогих волів...</w:t>
      </w:r>
    </w:p>
    <w:p>
      <w:r>
        <w:br/>
        <w:t>— Чи не це понесе Чаргар на олтар світового мистецтва,— думаю я.</w:t>
      </w:r>
    </w:p>
    <w:p>
      <w:r>
        <w:br/>
        <w:t>Тоді мене знову зажурено перебиває сестра:</w:t>
      </w:r>
    </w:p>
    <w:p>
      <w:r>
        <w:br/>
        <w:t>— Б'янко, ти чуєш?</w:t>
      </w:r>
    </w:p>
    <w:p>
      <w:r>
        <w:br/>
        <w:t>— Що чуєш? — скрикнула я.— Сволоч! Замовчи, потаскухо!</w:t>
      </w:r>
    </w:p>
    <w:p>
      <w:r>
        <w:br/>
        <w:t>Сестра уткнула обличчя у вовну сибірського кота й тихенько заплакала.</w:t>
      </w:r>
    </w:p>
    <w:p>
      <w:r>
        <w:br/>
        <w:t>— Сестро! — говорю я далі.— Ти не знаєш, хто буде цезарем майбутньої імперії — світовий мільярдер чи світовий чиновник?</w:t>
      </w:r>
    </w:p>
    <w:p>
      <w:r>
        <w:br/>
        <w:t>І каже сестра крізь сльози:</w:t>
      </w:r>
    </w:p>
    <w:p>
      <w:r>
        <w:br/>
        <w:t>— Яка ти чудна, Б'янко, хіба ця мисль і тебе тривожить? Тоді починає колихатись хатка на курячих ніжках. Мене хилить. Я безумовно хочу заснути. Сестра пестить мою голову. В кімнаті — домовина — така змертвіла тиша, і... раптом очі мої зупинились: вони найшли крапку.</w:t>
      </w:r>
    </w:p>
    <w:p>
      <w:r>
        <w:br/>
        <w:t>— Морітурі те салютант! — скрикнула я, як римські гладіатори, що йдуть повз імператора на бій.</w:t>
      </w:r>
    </w:p>
    <w:p>
      <w:r>
        <w:br/>
        <w:t>Але це було тільки передчуття. Навколо мовчазно, і лише цвіркун, як дячок над мертвим, одбиває речитативом. Тоді я підходжу до вікна й бачу: на темно-синьому фоні бездонного неба, над порожнім майданом, над козацькою церквою, що одиноко стоїть на краю оселі, в повітряних просторах маячить велетенський чорний силует. Це була така божевільна фантастика, що я мимоволі відкинулась від вікна. Але — даремно: дика кішка тривоги вже торкнула мене своєю ласкавою лапкою. Ще раз торкнула і так м'яко, і так енергійно. І впало моє серце, і розсипалось ледве чутним тривожним дзвоном. Я напружую мислі, де я бачила цей велетенський силует в кепі?</w:t>
      </w:r>
    </w:p>
    <w:p>
      <w:r>
        <w:br/>
        <w:t>— О, далекий! — раптом скрикнула я й побачила: з жахною силою, розсікаючи темно-сині простори, летів на землю витвір геніального скульптора. Потім удар — і тиша.</w:t>
      </w:r>
    </w:p>
    <w:p>
      <w:r>
        <w:br/>
        <w:t>— О, далекий! — знову скрикнула я і, божевільна, вискочила з хатки, що на курячих ніжках.</w:t>
      </w:r>
    </w:p>
    <w:p>
      <w:r>
        <w:br/>
        <w:t>І знову переді мною змертвілий порожній майдан і нічне темно-синє небо. "Де ж він упав? — думаю я.— Де ж цей геніальний витвір у кепі?"</w:t>
      </w:r>
    </w:p>
    <w:p>
      <w:r>
        <w:br/>
        <w:t>Тоді я побачила: там, де впав він, замаячіли три могили. І лежать у цих могилах у середньовічних капелюхах три витязі. І сказав перший:</w:t>
      </w:r>
    </w:p>
    <w:p>
      <w:r>
        <w:br/>
        <w:t>— Морітурі те салютант!</w:t>
      </w:r>
    </w:p>
    <w:p>
      <w:r>
        <w:br/>
        <w:t>...Я знову прокинулась. На чолі мені лежали краплі холодного поту. У вікно вже зазирав міський світанок. Я підвелась і наділа виступці. Якесь передчуття охопило всю мою істоту. Невідома сила потягла мене до дверей. Я в розпуці відчинила їх і побачила перед дверима закривавлений труп товаришки Уляни з розрубаною головою. Але дивно: я навіть не скрикнула. Я тільки подумала тоді, що товаришку Уляну вбив, очевидно, товариш Бе.</w:t>
      </w:r>
    </w:p>
    <w:p>
      <w:r>
        <w:br/>
        <w:t>"Бідний, бідний товариш Бе!" — згадала я її теплу фразу.</w:t>
      </w:r>
    </w:p>
    <w:p>
      <w:r>
        <w:br/>
        <w:t>Тоді я заперла двері й, підійшла до ікони (перед нею жевріла лампадка). Я спершу здивовано подивилась на образ Спасителя, а потім суворо сказала:</w:t>
      </w:r>
    </w:p>
    <w:p>
      <w:r>
        <w:br/>
        <w:t>— Ну, Боженько! Чому ж ти не відчинив дверей, коли до мене стукала твоя раба Уляна? Ну?</w:t>
      </w:r>
    </w:p>
    <w:p>
      <w:r>
        <w:br/>
        <w:t>В кімнаті стояла півтемрява, і на неї поволі і обережно насувався міський світанок. Лампадка ввесь час миготіла й робила на образі Спасителя химерні тіні. Було тихо й урочисто.</w:t>
      </w:r>
    </w:p>
    <w:p>
      <w:r>
        <w:br/>
        <w:t>Але я вже безумствувала. Якась дика злоба свердлила мені мозок, і страшна образа лягла на моє серце. Мені прийшла мисль, що образ "Спасителя" — це не що інше, як мертвий Чаргар. Я відкинулась від ікони й підійшла до вікна. Я буквально ковтала свіже повітря, бо мені здавалось, що от-от задихнуся. Потім я підійшла до Спасителя й з не меншою насолодою, як і Чаргарові, плюнула в його прекрасне обличчя. Потім узяла із стола кухонний ніж і порубала дошку з образом Боженьки на маленькі трісочки. Я погасила лампадку й викинула її у вікно.</w:t>
      </w:r>
    </w:p>
    <w:p>
      <w:r>
        <w:br/>
        <w:t>Ішов світанок. Я вийшла в коридор, переступила через закривавлений труп товаришки Уляни й пішла на вулицю. В коридорі біля розрубаної голови, очевидно, було багато крови, бо я трохи забруднила свою спідницю.</w:t>
      </w:r>
    </w:p>
    <w:p>
      <w:r>
        <w:br/>
        <w:t>Я йшла поволі. Я вийшла на ту дорогу, що веде до глухої провінції. Тоді я круто повернула й пішла до квартири Кука. Повз мене проїхав асенізаційний обоз, і вулиця раптом запахла важким калом. Але я не тільки не кинулась убік, навпаки — з якоюсь пожадливістю я вбирала носом важкий запах міських нечистот.</w:t>
      </w:r>
    </w:p>
    <w:p>
      <w:r>
        <w:br/>
        <w:t>Наді мною, очевидно, стояло м'яко-голубе ранкове небо, але я його не бачила. Я виходила на нову дорогу, де так усе просто й ясно, де люди живуть і вмирають, як справжні епікурейці. Ця дорога ніколи не була для мене загадковою, і я знала, скільки м'ятежних людей пройшло нею. Це мене підбадьорювало. Я вийшла на майдан Трьох комунарів і звернула в кривий завулок.</w:t>
      </w:r>
    </w:p>
    <w:p>
      <w:r>
        <w:br/>
        <w:t>Х</w:t>
      </w:r>
    </w:p>
    <w:p>
      <w:r>
        <w:br/>
        <w:t>На цьому я й мусіла б скінчити свою бліденьку історію, коли б не маленька деталь, що остаточно схарактеризує мого останнього бога.</w:t>
      </w:r>
    </w:p>
    <w:p>
      <w:r>
        <w:br/>
        <w:t>Я прийшла на квартиру Кука, коли він іще спав. Я постукала. Він вийшов у кальсонах і став прохати в мене пробачення. Тоді я сказала, що нічого не маю проти. Він мене, звичайно, не зрозумів. Я сказала йому, в чому справа. Мовляв, я хочу віддатись йому, але... з умовою: він мусить негайно дістати мені посильного. Кук спершу не повірив мені — він, очевидно, боявся, щоб я його знову не обдурила. Але ранній час і моє бліде обличчя його переконали, що я не жартую. Він заметушився.</w:t>
      </w:r>
    </w:p>
    <w:p>
      <w:r>
        <w:br/>
        <w:t>Тоді я зайшла в кімнату й сіла до столу. На конверті я написала: "Художникові Чаргарові", а в листі прохала Чаргара спішно прийти до Кука (я дала й адресу),— інакше я негайно віддамся діловодові. Я написала, що я й справді ще не виходила заміж і взагалі не думаю виходити. Але сьогодні вранці я хочу подарувати свою невинність. Коли він встигне — я дарю йому, не встигне — її забере діловод із мавпячою фізіономією.</w:t>
      </w:r>
    </w:p>
    <w:p>
      <w:r>
        <w:br/>
        <w:t>Я писала дуже незв'язно, але все-таки, що Чаргар мусів мене зрозуміти. Потім я передала листа посильному.</w:t>
      </w:r>
    </w:p>
    <w:p>
      <w:r>
        <w:br/>
        <w:t>Коли посильний побіг, я сіла біля Кука й обняла його. Від нього пахло неприємним потом, і я подумала: "асенізаційний обоз". Потім я йому віддалася.</w:t>
      </w:r>
    </w:p>
    <w:p>
      <w:r>
        <w:br/>
        <w:t>Але я ще не встигла й підвестися з ліжка, як у двері постукали. Я вже знала, хто там стояв. Тоді я взяла простиню й понесла її за двері.</w:t>
      </w:r>
    </w:p>
    <w:p>
      <w:r>
        <w:br/>
        <w:t>Чаргар стояв блідий. Я йому мовчки показала на кров (мені на мить блиснула розрубана голова товаришки Уляни) і сказала, усміхаючись:</w:t>
      </w:r>
    </w:p>
    <w:p>
      <w:r>
        <w:br/>
        <w:t>— Це рештки моєї невинности... Забери, коли хочеш.</w:t>
      </w:r>
    </w:p>
    <w:p>
      <w:r>
        <w:br/>
        <w:t>Чаргар мовчав. Тоді я круто повернулась і пішла в свою установу.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Сентиментальна історія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