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Шапка</w:t>
      </w:r>
    </w:p>
    <w:p>
      <w:r>
        <w:br/>
        <w:t xml:space="preserve"> &lt;p&gt;Наші наступали. Через село просувалась військова частина, а жінки й діти, стоячи біля воріт, раділи.— йдуть, а краю не видно. Якийсь веселоокий червоноармієць, з закіптюженим, але бадьорим лицем, припинив своїх коней біля Мартиного двору й попросив:</w:t>
      </w:r>
    </w:p>
    <w:p>
      <w:r>
        <w:br/>
        <w:t>— Чи не пригостите холодною водицею?</w:t>
      </w:r>
    </w:p>
    <w:p>
      <w:r>
        <w:br/>
        <w:t>Марта, шкодуючи, що немає молока, винесла з хати кухоль води й поки йшла до воріт, то витирала його широким празниковим рушником, вихопленим зі скрині. Молоденький солдатик припав до кухля, спрагло пив, а коли на мить відірвався, то якось здивовано й зачудовано подивився на жінку та на її сина, що стояв поряд, тримаючись за ворину. Може, щось подумав таке чи пригадав,— тільки очі його зволожились, спалахнули приглушеним блиском... Напившись, запитав:</w:t>
      </w:r>
    </w:p>
    <w:p>
      <w:r>
        <w:br/>
        <w:t>— Живете?</w:t>
      </w:r>
    </w:p>
    <w:p>
      <w:r>
        <w:br/>
        <w:t>— Живемо,— відповіла Марта.</w:t>
      </w:r>
    </w:p>
    <w:p>
      <w:r>
        <w:br/>
        <w:t>— Ще прохолодно, то нехай ця шапка вашому малому буде,— сказав і добув у передку сіру зимову шапку, з зав'язаними навушниками, з зорею.</w:t>
      </w:r>
    </w:p>
    <w:p>
      <w:r>
        <w:br/>
        <w:t>Підморгнув — і поїхав. Дивилися вслід — може, оглянеться, може, рукою махне. І стало в Марти на серці так, ніби від неї рідний брат віддаляється чи син. Вона аж постаттю вперед подалась.</w:t>
      </w:r>
    </w:p>
    <w:p>
      <w:r>
        <w:br/>
        <w:t>Як надів ту шапку Андрій, то, здається, ніколи вже не скидав. Сідає до столу обідати чи вечеряти,— в шапці, то мати мусить нагадувати, що треба зняти. Вкладається спати — знову в шапці, ніби в ній краще сни снитимуться.</w:t>
      </w:r>
    </w:p>
    <w:p>
      <w:r>
        <w:br/>
        <w:t>— Чи вона втече від тебе, чи хтось вкраде, га? — гнівалась мати.— Якби солдат знав, що ти в ній спатимеш, то ніколи б не подарував.</w:t>
      </w:r>
    </w:p>
    <w:p>
      <w:r>
        <w:br/>
        <w:t>— А подарував! — не згоджувався син.</w:t>
      </w:r>
    </w:p>
    <w:p>
      <w:r>
        <w:br/>
        <w:t>— Ось візьму заховаю, поки порозумнішаєш.</w:t>
      </w:r>
    </w:p>
    <w:p>
      <w:r>
        <w:br/>
        <w:t>— Ото багато треба розуму, щоб носити шапку.</w:t>
      </w:r>
    </w:p>
    <w:p>
      <w:r>
        <w:br/>
        <w:t>— Бо таки треба.</w:t>
      </w:r>
    </w:p>
    <w:p>
      <w:r>
        <w:br/>
        <w:t>Він і літом її не скидав. Людські діти — як діти: голомозі чи в картузах ходять, а в цього шапка немов приросла до голови. То дядьки вже й насміхались — мовляв, ти вже не головою думаєш, а дарованою шапкою, проте й глузи не впливали, бо Андрій до них не прислухався і не зважав. Він пишався, що такої шапки нема ні в кого. Були схожі, але все якісь зношені, із збитим хутром, із надірваними вухами. А ця — яскраво-зелена, з настовбурченим хутром. Тоді ще не знав, що воно не справжнє, а штучне, тому не раз доводив, що на цю шапку пішла шкура такого звіра, який у них не водиться. Хлопці, здається, йому вірили, та не зовсім. Бо одного разу навмисне надірвали вухо — і там виявилась не шкура, а звичайний крам. Проте й цим ніхто нічого Андрієві не довів — він, як і раніше, був переконаний, що такі звірі, хутро яких пішло на його шапку, водяться в далеких краях.</w:t>
      </w:r>
    </w:p>
    <w:p>
      <w:r>
        <w:br/>
        <w:t>Коли купався з хлопцями, то не просто знімав шапку й клав на березі, а обережно замотував у сорочку або ховав у штани.</w:t>
      </w:r>
    </w:p>
    <w:p>
      <w:r>
        <w:br/>
        <w:t>Плаваючи, пірнаючи, ніколи не захоплювався так, щоб забути про все на світі,— раз у раз позирав на свій одяг, щоб ніхто не підкрався й не поцупив шапку.</w:t>
      </w:r>
    </w:p>
    <w:p>
      <w:r>
        <w:br/>
        <w:t>Спочатку завжди ходив із зорею. Та коли на одному ріжку полущився червоний лак і з-піД нього виглянула біла бляха, Андрій вирішив носити її тільки подеколи. Женучи в поле худобу, залишав на миснику, щоб ніхто не міг знайти. Не зодягав її тоді, коли виносив з-під свині гній чи ходив з матір'ю у ліс по в'язку. Проте зоря завжди червоніла на шапці, коли він бігав гратись до хлопців на вулицю чи вирушав до клубу, коли туди приїжджало пересувне кіно.</w:t>
      </w:r>
    </w:p>
    <w:p>
      <w:r>
        <w:br/>
        <w:t>Вважав, що всі тільки й дивляться на шапку, що всіх тільки й вражає зоря.</w:t>
      </w:r>
    </w:p>
    <w:p>
      <w:r>
        <w:br/>
        <w:t>Його записали у перший клас, і восени він пішов до школи. Власне, школи не було—її у війну спалили, і в ті важкі роки один клас вчився в тітки Харитини, сліпої на одне око, другий — у дядька Тимоша, знаного в селі за людину, що нічого власного не пожаліє заради інших. Ще два класи містились у колгоспній коморі, яку задля такої оказії переділили на дві половини та в стінах попрорубували вікна. Тітці Харитині колгосп виділяв за хату палива й хліба, дядько Тиміш від плати відмовлявся, а за комору, звичайно, не треба платити нікому, бо єдиними її мешканцями тоді були миші, коти й горобці. В коморі давно вже й не пахло хлібом, але миші любили появлятись іноді під час уроку, пробігти байдужісінько по долівці й зовсім байдужісінько щезнути в шпарці. Горобці залітали через діри в даху, пурхали над головами, і діти вже не писали, не читали, не слухали вчителя, а тільки з веселим криком стежили за горобцями, поки вони зникали через ту саму діру.</w:t>
      </w:r>
    </w:p>
    <w:p>
      <w:r>
        <w:br/>
        <w:t>Андрій, не знімаючи шапки, сів біля вікна. Вчителька, прийшовши на перший урок, сказала, що всі повинні познімати головні убори, бо тут школа. Важко було повірити, що ця комора — вже не комора, проте діти постягували картузи, а дівчатка — хустки. Тільки він один залишився сидіти в шапці, згорда позираючи на товаришів. Учителька наказала йому встати й запитала:</w:t>
      </w:r>
    </w:p>
    <w:p>
      <w:r>
        <w:br/>
        <w:t>— Може, в тебе болить голова? —Ні.</w:t>
      </w:r>
    </w:p>
    <w:p>
      <w:r>
        <w:br/>
        <w:t>— І вуха не болять?</w:t>
      </w:r>
    </w:p>
    <w:p>
      <w:r>
        <w:br/>
        <w:t>— Ні.</w:t>
      </w:r>
    </w:p>
    <w:p>
      <w:r>
        <w:br/>
        <w:t>— То чому ж ти сидиш у шапці?</w:t>
      </w:r>
    </w:p>
    <w:p>
      <w:r>
        <w:br/>
        <w:t>— Я... я...— почав був Андрій, але не зумів пояснити.</w:t>
      </w:r>
    </w:p>
    <w:p>
      <w:r>
        <w:br/>
        <w:t>Хоч у класі й сміялись, проте він так і не захотів зняти шапку. Його кидало то в жар, то в холод, проте досидів до перерви, а потім обачно, щоб ніхто не помітив, гайнув у кущі, пересидів там трохи й подався до млина. Покрутившись біля млина до обіду, додому пішов разом із усіма школярами.</w:t>
      </w:r>
    </w:p>
    <w:p>
      <w:r>
        <w:br/>
        <w:t>Кілька днів він не наважувався з'являтись у класі, де треба знімати шапку, проте довго втриматися не міг — його тягло до гурту, до навчання. Вирішив, що на уроках сидітиме без шапки, але ж на перерві ніхто не заборонить бігати в шапці.</w:t>
      </w:r>
    </w:p>
    <w:p>
      <w:r>
        <w:br/>
        <w:t>Він так і вчинив. На уроках затискував шапку між коліньми, часто витягував, щоб глянути на зірку, й ніяк не міг дочекатись дзвінка на перерву.</w:t>
      </w:r>
    </w:p>
    <w:p>
      <w:r>
        <w:br/>
        <w:t>Принесли похоронну на батька, що загинув у Німеччині. Марта мовчала перший день, мовчала другий. "Що в неї, сліз нема? — дивувалися сусіди,— Поплакала б, легше стало б". Але вона не плакала, тільки марніла на виду, марніла. А потім почала всім казати, що хоче їхати в Німеччину.</w:t>
      </w:r>
    </w:p>
    <w:p>
      <w:r>
        <w:br/>
        <w:t>— Чого ви туди подастеся? — питали.</w:t>
      </w:r>
    </w:p>
    <w:p>
      <w:r>
        <w:br/>
        <w:t>— Могилу знайду.</w:t>
      </w:r>
    </w:p>
    <w:p>
      <w:r>
        <w:br/>
        <w:t>— Хіба відшукаєте? Закопано його в братській, а тих братських там — не одна.</w:t>
      </w:r>
    </w:p>
    <w:p>
      <w:r>
        <w:br/>
        <w:t>— Найду,— стояла на своєму.</w:t>
      </w:r>
    </w:p>
    <w:p>
      <w:r>
        <w:br/>
        <w:t>— Знаєте, скільки там народу вигибло? Це вам не на базар добиватись. Та й не пустить вас ніхто.</w:t>
      </w:r>
    </w:p>
    <w:p>
      <w:r>
        <w:br/>
        <w:t>— Пустять.</w:t>
      </w:r>
    </w:p>
    <w:p>
      <w:r>
        <w:br/>
        <w:t>Проте не поїхала. Чи світу злякалася, чи передумала вириватись. Була схожа на гілляку, відламану од зимового дерева: і схожа на живі гілляки, а з весною вже не зазеленіє, а з весною й стане видно, що мертва.</w:t>
      </w:r>
    </w:p>
    <w:p>
      <w:r>
        <w:br/>
        <w:t>Як і раніше, поверталися з війни. В того руки нема, а в того — ноги. А той, дивися, з руками й ногами, але ж бухикає на кожному кроці, блідий, — з усього видно, довго не протягне. На фронтах залізо його не добило, то тут рана доконає. Ото тільки й радості, що село своє побачив, по рідній землі походив. Але й недобитки були дорогі, бо рідні — чоловік, батько чи брат.</w:t>
      </w:r>
    </w:p>
    <w:p>
      <w:r>
        <w:br/>
        <w:t>І Марта чекала, що повернеться. Ні розум, ні серце не хотіли вірити папірцю, обведеному чорною рамкою, німому й бездушному. І не одна вона була така серед тих, хто одержав похоронну. Бо хіба раз таке траплялось, що віджуршіися, виплакали горе, а через кілька місяців лист приходить від солдата, що живий-здоровий, воює, всім родичам низький уклін. Чекала й Марта, благаючи долю змилостивитись над нею й над дитиною.</w:t>
      </w:r>
    </w:p>
    <w:p>
      <w:r>
        <w:br/>
        <w:t>Вже давно передумала їхати шукати могилу. З кожним днем все більше здавалось — не знайде, тому що її ніде нема. Тому що не хоронили її чоловіка в землю, не взяла його ні куля, ні осколок — не могло бути.</w:t>
      </w:r>
    </w:p>
    <w:p>
      <w:r>
        <w:br/>
        <w:t>Хлопці пішли в ліс, щоб по бліндажах понишпорити, і Андрія взяли з собою. В одному знайшли гранати — буде чим глушити рибу в ставу. Щоправда, глушити не дозволяють, але хіба дозволу в когось питатимуть? У другому надибали патрони — кожен позапихав у кишені й за пазуху поклав — прийдуть додому, то знадобляться. От якби відшукати широкі гільзи від снарядів, можна б кухлі з них повирізувати. Оце б до аеродрому податись, що під Калинівкою, там, розказують, багато німецьких бомб і мін зосталось.</w:t>
      </w:r>
    </w:p>
    <w:p>
      <w:r>
        <w:br/>
        <w:t>Як завжди, кепкували з Андрія. А найбільше з того, звичайно, що в шапці ходить узимку й улітку—ніколи не знімає. Хлопець відмовчувався, бо що мав казати? Коли зірвали з нього шапку й почали закидати її то в кущі, то на дерева, Андрій ганяв за всіма з криком, щоб віддали. Те ще більше запалювало товаришів, хтось так кинув шапку, що зачепилася на грабі й не падала. Коли ж Андрій збив її дрючком, то знову схопили й почали жбурляти в озеро. Андрій мало не плакав і благав:</w:t>
      </w:r>
    </w:p>
    <w:p>
      <w:r>
        <w:br/>
        <w:t>— Оддайте!</w:t>
      </w:r>
    </w:p>
    <w:p>
      <w:r>
        <w:br/>
        <w:t>Всі тільки сміялись. Тоді він сказав:</w:t>
      </w:r>
    </w:p>
    <w:p>
      <w:r>
        <w:br/>
        <w:t>— То батькова шапка, віддайте! То батькова, віддайте!</w:t>
      </w:r>
    </w:p>
    <w:p>
      <w:r>
        <w:br/>
        <w:t>Він у ту хвилину й справді вірив, що носить батькову шапку. Так давно бачив батька, що й не пам'ятав його, і образ молодого солдата на підводі злився з образом батька, і тепер він кричав услід товаришам-напасникам, що шапку дав батько, коли проїжджав із військами через село. Йому повірили чи ні, але ніхто вже не жбурнув шапку — віддали та й посміялися, що він так перелякався.</w:t>
      </w:r>
    </w:p>
    <w:p>
      <w:r>
        <w:br/>
        <w:t>Розклали над озером багаття й накидали туди патронів, щоб почути, як рватимуться. Дуже скоро бахнув один патрон, піднявши вгору купу попелу, а куля тільки дзизнула й загрузла в землі, зовсім близько біля них. Надумали сховатися за дерева, бо тут патрони почали рватись один за одним, і всім стало страшно. Багаття од вибухів погасло, тільки сотався сіренький димок та в повітрі смерділо згорілими набоями й спеченою травою.</w:t>
      </w:r>
    </w:p>
    <w:p>
      <w:r>
        <w:br/>
        <w:t>Постріли вщухли, повилазили із своїх засідок, дуже веселі й вдоволені.</w:t>
      </w:r>
    </w:p>
    <w:p>
      <w:r>
        <w:br/>
        <w:t>— О-о, а він і не ховався! — закричали, вгледівши, що Андрій лежить поблизу багаття.</w:t>
      </w:r>
    </w:p>
    <w:p>
      <w:r>
        <w:br/>
        <w:t>Коли підійшли ближче, то побачили, що він лежить на боці, голова закривавлена, сорочка також у крові. А шапку тримає обома руками, наче побоюється, що хтось вихопить ось-ось — чи друзі, чи вітер, що шастає то по землі, то у верхівках дерев.</w:t>
      </w:r>
    </w:p>
    <w:p>
      <w:r>
        <w:br/>
        <w:t>Хлопці переглянулись між собою, підступили ближче один до одного, боячись того, що сталося. Мовчки обернулися й пішли геть. Спочатку повільно, а далі кинулись бігцем, ніби за ними по п'ятах гнався страх. Навіть чули, як страх тупоче по стежці, як чіпляється за гілля, як засапано дихає. І ще їм чулося, як позаду хтось кричить Андрієвим голосом:</w:t>
      </w:r>
    </w:p>
    <w:p>
      <w:r>
        <w:br/>
        <w:t>— Оддайте!..</w:t>
      </w:r>
    </w:p>
    <w:p>
      <w:r>
        <w:br/>
        <w:t>— Оддайте шапку!..</w:t>
      </w:r>
    </w:p>
    <w:p>
      <w:r>
        <w:br/>
        <w:t>— То батькова шапка!..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Шапка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