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Шекспір</w:t>
      </w:r>
    </w:p>
    <w:p>
      <w:r>
        <w:br/>
        <w:t xml:space="preserve"> Візниче подвір'я й посталий з глибин&lt;br /&gt;</w:t>
        <w:br/>
        <w:t>Хмурний і злочинний у приступках Тауер,&lt;br /&gt;</w:t>
        <w:br/>
        <w:t>І лункість підків, і застуджений дзвін&lt;br /&gt;</w:t>
        <w:br/>
        <w:t>Вестмінстера — брили, що вгорнута в траур.</w:t>
      </w:r>
    </w:p>
    <w:p>
      <w:r>
        <w:br/>
        <w:t>І тіснява вулиць; і стіни, як хміль,&lt;br /&gt;</w:t>
        <w:br/>
        <w:t>Що вільгість збирають у тлустих колодах,&lt;br /&gt;</w:t>
        <w:br/>
        <w:t>Понурих, мов кіптява, хижих, мов цвіль,&lt;br /&gt;</w:t>
        <w:br/>
        <w:t>Ходою нерівних, як Лондон, холодних.</w:t>
      </w:r>
    </w:p>
    <w:p>
      <w:r>
        <w:br/>
        <w:t>Забарно, спіралями, падає сніг,&lt;br /&gt;</w:t>
        <w:br/>
        <w:t>Уже замикали, коли він, одутлий,&lt;br /&gt;</w:t>
        <w:br/>
        <w:t>Немов начеревник, не чуючи ніг,&lt;br /&gt;</w:t>
        <w:br/>
        <w:t>Валити пішов пустирі нерозбудні.</w:t>
      </w:r>
    </w:p>
    <w:p>
      <w:r>
        <w:br/>
        <w:t>Віконце — фіалкове зерня слюди&lt;br /&gt;</w:t>
        <w:br/>
        <w:t>Та обід свинцевий.— "А все від погоди.&lt;br /&gt;</w:t>
        <w:br/>
        <w:t>А втім... Ну, а втім, поспимо на свободі.&lt;br /&gt;</w:t>
        <w:br/>
        <w:t>А втім же — на діжку! Цирульник, води!"</w:t>
      </w:r>
    </w:p>
    <w:p>
      <w:r>
        <w:br/>
        <w:t>І, голячись, реготом рот обпіка —&lt;br /&gt;</w:t>
        <w:br/>
        <w:t>Тоді, як гультяй після учти товкмачить&lt;br /&gt;</w:t>
        <w:br/>
        <w:t>Всю ніч крізь прирослий мундштук чубука&lt;br /&gt;</w:t>
        <w:br/>
        <w:t>Убивчі дурниці.&lt;br /&gt;</w:t>
        <w:br/>
        <w:t>В Шекспіра, одначе,&lt;br /&gt;</w:t>
        <w:br/>
        <w:t>До жартів зникає охота. Сонет,&lt;br /&gt;</w:t>
        <w:br/>
        <w:t>Який написався задовго до ранку&lt;br /&gt;</w:t>
        <w:br/>
        <w:t>За дальнім столом, де прокислий ранет&lt;br /&gt;</w:t>
        <w:br/>
        <w:t>Пірнав, обійнявшись з клешнею омара,&lt;br /&gt;</w:t>
        <w:br/>
        <w:t>Сонет йому каже:&lt;br /&gt;</w:t>
        <w:br/>
        <w:t>"Так, я визнаю&lt;br /&gt;</w:t>
        <w:br/>
        <w:t>Всі здібності ваші, та, генію й майстре,&lt;br /&gt;</w:t>
        <w:br/>
        <w:t>Як вам, чи здається й тому, на краю&lt;br /&gt;</w:t>
        <w:br/>
        <w:t>Барила, з мармизою в милі, що мастю&lt;br /&gt;</w:t>
        <w:br/>
        <w:t>Я в блискавку весь, тобто вищий по касті,&lt;br /&gt;</w:t>
        <w:br/>
        <w:t>Ніж люди,— коротше, що я обдаю&lt;br /&gt;</w:t>
        <w:br/>
        <w:t>Вогнем, як на нюх мій, смердючий ваш кнастер?</w:t>
      </w:r>
    </w:p>
    <w:p>
      <w:r>
        <w:br/>
        <w:t>Пробачте, мій отче, за мій скептицизм&lt;br /&gt;</w:t>
        <w:br/>
        <w:t>Синівський: мілорде, але ж — у корчмі ви.&lt;br /&gt;</w:t>
        <w:br/>
        <w:t>Хто ж я в цьому колі? Що крильця оці&lt;br /&gt;</w:t>
        <w:br/>
        <w:t>У морі темноти? Мені б широчіні!</w:t>
      </w:r>
    </w:p>
    <w:p>
      <w:r>
        <w:br/>
        <w:t>Цьому прочитайте. Мілорде, ану ж!&lt;br /&gt;</w:t>
        <w:br/>
        <w:t>В ім'я усіх гільдій та біллів! П'ять ярдів —&lt;br /&gt;</w:t>
        <w:br/>
        <w:t>І з ним ви в більярдній, і там — не збагну,&lt;br /&gt;</w:t>
        <w:br/>
        <w:t>Хіба це не успіх — визнання в більярдній?"</w:t>
      </w:r>
    </w:p>
    <w:p>
      <w:r>
        <w:br/>
        <w:t>— Йому? Ти збісився? — і кличе слугу,&lt;br /&gt;</w:t>
        <w:br/>
        <w:t>Нервує, тростиною грає, гордливий.&lt;br /&gt;</w:t>
        <w:br/>
        <w:t>Рахує: півпінти, французький рагу —&lt;br /&gt;</w:t>
        <w:br/>
        <w:t>І в двері, серветкою кинувши в привид.</w:t>
      </w:r>
    </w:p>
    <w:p>
      <w:r>
        <w:br/>
        <w:t>1919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Шекспір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