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Шляхетне гніздо</w:t>
      </w:r>
    </w:p>
    <w:p>
      <w:r>
        <w:br/>
        <w:t xml:space="preserve"> &lt;p&gt;Найзвичайнісінька баба, але її звуть бабушкою, діда — дєдушкою. Бабушці — шістдесят шість, вона жлукто з жаром, від неї вогка білизна з попелом. Батько дєдушчин чумакував у Крим по сіль, тому й у дєдушки широкі суворі брови нависли, чорні — йому сімдесят, а волосся на голові, як пух з трусика для касторового капелюшка — сивий-сивий.</w:t>
      </w:r>
    </w:p>
    <w:p>
      <w:r>
        <w:br/>
        <w:t>Дєдушка — патріярх і тепер: правнучата, внучата, діти — всі вкупі, шістдесят десятин не поділені, тридцять одібрав ревко — це так ревком, а потім прийшов виконком, а землі все-таки не повернули...</w:t>
      </w:r>
    </w:p>
    <w:p>
      <w:r>
        <w:br/>
        <w:t>У дєдушки був і син — його Бубирець-незаможник "згріб", а потім Бубирця "згребли", і загинули обидва.</w:t>
      </w:r>
    </w:p>
    <w:p>
      <w:r>
        <w:br/>
        <w:t>Дєдушка — патріярх, і син був би патріярх, коли б не чотирнадцятий рік: втягли в споживче товариство за скарбника і ходив уже в збірню. А синові сини вже не те: викинули хату на степ — біля шведських могил, і вже хотіли не шістдесят, а двісті шістдесят. У Харків до банку їздили, щоб дєдушка не знав.</w:t>
      </w:r>
    </w:p>
    <w:p>
      <w:r>
        <w:br/>
        <w:t>От-от щось у Папуцячім маєтку — Папуці прізвище — от-от...</w:t>
      </w:r>
    </w:p>
    <w:p>
      <w:r>
        <w:br/>
        <w:t>Кожного тижня правили службу в неділю — у неділю вмирав тиждень і народжувався другий. Тижні вмирали, і тижні йшли. Комусь ближче до смерти, а комусь — до народження. І так віки, коли ще й Слобожанщини не було — довго-довго.</w:t>
      </w:r>
    </w:p>
    <w:p>
      <w:r>
        <w:br/>
        <w:t>Тижні були галасливі, криваві, буйні.</w:t>
      </w:r>
    </w:p>
    <w:p>
      <w:r>
        <w:br/>
        <w:t>Андрія — синового сина — звабив вовчий Шкуровський загін, а Василь і досі живе вдома. Єсть такі в нас, і досі нікому не служили: ні вашим, ні нашим. І не хитрі — фортуна, кажуть. От і Василь.</w:t>
      </w:r>
    </w:p>
    <w:p>
      <w:r>
        <w:br/>
        <w:t>Уночі розсипаються зорі і зникають у Папуцячім лісі — тепер громадський. Дєдушка ніяк не міг звикнути: як громадський? А йому наказали ще й хмизу не збирати без дозволу. Тоді він зовсім не розумів: як це? з мого лісу?</w:t>
      </w:r>
    </w:p>
    <w:p>
      <w:r>
        <w:br/>
        <w:t>Потім узнав, що це — закон такий, а коли закон, то це є закон.</w:t>
      </w:r>
    </w:p>
    <w:p>
      <w:r>
        <w:br/>
        <w:t>Ранком дєдушка каже бабушці:</w:t>
      </w:r>
    </w:p>
    <w:p>
      <w:r>
        <w:br/>
        <w:t>— Доглянь-бо за хлопцями, а я, мабуть, піду.</w:t>
      </w:r>
    </w:p>
    <w:p>
      <w:r>
        <w:br/>
        <w:t>І йде в свій не свій ліс. Він теж доглядати. Проте дєдушка — міцний дід: і тепер як візьме косу, то чорта з два вженешся за ним. Старе покоління, із тих, що до двадцятьох літ без штанів у цурки грали.</w:t>
      </w:r>
    </w:p>
    <w:p>
      <w:r>
        <w:br/>
        <w:t>Доглядає дєдушка добре: колись застав члена виконкому — ліс рубав не по закону — було діло!</w:t>
      </w:r>
    </w:p>
    <w:p>
      <w:r>
        <w:br/>
        <w:t>Біля Великої Шведської Могили — дєдушчин хутір (хутори, одруби, Столипін). Біля хутора Горбанькове Озеро. Добра земля. Ввечері дєдушка запрягає воли і — через ліс — невеличкий, кострубатий, недотепний, і сосни на північ хиляться. Рипить віз до Великої Шведської Могили. Пісок, пісок, а далі степи, чорноземля важка, плодюча, міцна, оранжерійна: культура...</w:t>
      </w:r>
    </w:p>
    <w:p>
      <w:r>
        <w:br/>
        <w:t>(...І ввижається іноді, що вся Україна оранжерея — там десь, близько моря тулиться. І підпливають до неї кораблі — багато кораблів під червоний стяг...)</w:t>
      </w:r>
    </w:p>
    <w:p>
      <w:r>
        <w:br/>
        <w:t>Рипить віз: ри-ип!</w:t>
      </w:r>
    </w:p>
    <w:p>
      <w:r>
        <w:br/>
        <w:t>Тягнуться воли до Великої Шведської Могили.</w:t>
      </w:r>
    </w:p>
    <w:p>
      <w:r>
        <w:br/>
        <w:t>Дєдушка приїде на хутір і дивиться на ярину. І тут ярина, і далі ярина. Друга ярина — своя не своя. І серце радіє — тільки з сумом — і за свою, і за свою не свою... Пишно дметься вгору ярина...</w:t>
      </w:r>
    </w:p>
    <w:p>
      <w:r>
        <w:br/>
        <w:t>(...І Україна дметься вгору... І люблю я її — більшовицьку Україну — ясно і буйно...)</w:t>
      </w:r>
    </w:p>
    <w:p>
      <w:r>
        <w:br/>
        <w:t>...Ходить дєдушка по кварталах, сторожує дєдушка, а сонце ллється на його патріяршу голову, і сміється сонце: скоро-скоро вмреш ти, дєдушко, одійдеш у вічність і на землі тебе, дєдушко, не буде. Тепер земля більшовицька.</w:t>
      </w:r>
    </w:p>
    <w:p>
      <w:r>
        <w:br/>
        <w:t>Увечері правнучка Манька приганяє корови з дєдушчиного свого не свого вигону. Бабушка становиться проти ікони й молиться:</w:t>
      </w:r>
    </w:p>
    <w:p>
      <w:r>
        <w:br/>
        <w:t>— Отче наш, іже єси на небесі...</w:t>
      </w:r>
    </w:p>
    <w:p>
      <w:r>
        <w:br/>
        <w:t>І дивиться у вікно: правнучка Манька заганяє не в ту кошару дійну Маньку. Бабушка кричить у вікно:</w:t>
      </w:r>
    </w:p>
    <w:p>
      <w:r>
        <w:br/>
        <w:t>— Ах ти, капосна дівчино! Куди ж ти дивишся? І знову до ікони:</w:t>
      </w:r>
    </w:p>
    <w:p>
      <w:r>
        <w:br/>
        <w:t>— Отче наш, іже єси на небесі...</w:t>
      </w:r>
    </w:p>
    <w:p>
      <w:r>
        <w:br/>
        <w:t>Але Манька не слухає, і бабушка кричить і знову до ікони.</w:t>
      </w:r>
    </w:p>
    <w:p>
      <w:r>
        <w:br/>
        <w:t>У бабушки всі ключі від усіх скринь. Бабушка — хазяйка, а молодицям і жінці синовій — слухняність і робота. Робота довга, вічна, до самої смерти — як коні, як воли, як завжди осінь. Це те, що виспівують у сумних піснях дівчата на буряках. Простяглася ця пісня на великі степові гони. Не можна не слухати цієї пісні: її наші матері співають, наші сестри, наші жінки. І темно в цій пісні, бо сумно в ній, це народна пісня, це жіноча пісня, і всюди і завжди треба казати про неї. Слухав і я цих пісень біля шведських могил, і нагорнули вони в моїх грудях велику могилу народного горя...</w:t>
      </w:r>
    </w:p>
    <w:p>
      <w:r>
        <w:br/>
        <w:t>...У неділю приїздить до дєдушки батюшка. Дєдушка — церковний староста, дві медалі на грудях. Палажка приносить самогон від Онуфрія, і вони сідають за стіл. Батюшка каже:</w:t>
      </w:r>
    </w:p>
    <w:p>
      <w:r>
        <w:br/>
        <w:t>— Ох, времена, времена, і ти, смутнеє врем'я.</w:t>
      </w:r>
    </w:p>
    <w:p>
      <w:r>
        <w:br/>
        <w:t>А дєдушка каже:</w:t>
      </w:r>
    </w:p>
    <w:p>
      <w:r>
        <w:br/>
        <w:t>— Не розумію, отче Полікарпе, в чім тут річ. Одібрали в мене ліс, і луки, і землю. А хіба це є закон?</w:t>
      </w:r>
    </w:p>
    <w:p>
      <w:r>
        <w:br/>
        <w:t>Батюшка випиває стаканчик і голосно, щоб за вікном чули, щоб усі чули:</w:t>
      </w:r>
    </w:p>
    <w:p>
      <w:r>
        <w:br/>
        <w:t>— Закон, дєдушко. Більшовицький закон.</w:t>
      </w:r>
    </w:p>
    <w:p>
      <w:r>
        <w:br/>
        <w:t>А потім нахиляється до дєдушчиного вуха і, оглядаючись, шепоче:</w:t>
      </w:r>
    </w:p>
    <w:p>
      <w:r>
        <w:br/>
        <w:t>— Столпотвореніє вавілонське. Смутнеє врем'я на Русі. Он воно що! Розумієте? От воно що!</w:t>
      </w:r>
    </w:p>
    <w:p>
      <w:r>
        <w:br/>
        <w:t>Але дєдушка не розуміє: столипінські одруби, війна, революція, більшовики, повстанці, білі, червоні, комуністи, зелені, бандити, партизани — дєдушка не розуміє. Дєдушка патріярх.</w:t>
      </w:r>
    </w:p>
    <w:p>
      <w:r>
        <w:br/>
        <w:t>Якийсь чад, якийсь сумбур ходить по селах, і виють собаки по селах — дєдушка не розуміє.</w:t>
      </w:r>
    </w:p>
    <w:p>
      <w:r>
        <w:br/>
        <w:t>У неділю приходить і вчитель. Він хитрий, він шкандальник — так каже дєдушка.</w:t>
      </w:r>
    </w:p>
    <w:p>
      <w:r>
        <w:br/>
        <w:t>Випиває і вчитель із стаканчика.</w:t>
      </w:r>
    </w:p>
    <w:p>
      <w:r>
        <w:br/>
        <w:t>— За ваше здоров'я! А все-таки ви, дєдушка, пожертвуйте щось на книжки, їй-богу, нічим учити дітей.</w:t>
      </w:r>
    </w:p>
    <w:p>
      <w:r>
        <w:br/>
        <w:t>Дєдушка колись був попечителем, а тепер — ні. Каже:</w:t>
      </w:r>
    </w:p>
    <w:p>
      <w:r>
        <w:br/>
        <w:t>— Ага, знову до мене! Як доглядав школи, то й усе було.</w:t>
      </w:r>
    </w:p>
    <w:p>
      <w:r>
        <w:br/>
        <w:t>Учитель:</w:t>
      </w:r>
    </w:p>
    <w:p>
      <w:r>
        <w:br/>
        <w:t>— Тоді й без вас було... Бувайте здоровенькі (п'є)... Ви й тоді нічого не давали.</w:t>
      </w:r>
    </w:p>
    <w:p>
      <w:r>
        <w:br/>
        <w:t>Старий хвилюється:</w:t>
      </w:r>
    </w:p>
    <w:p>
      <w:r>
        <w:br/>
        <w:t>— Ах ти, шкандальнику! Як же нічого не давав? Зате доглядав. Га?</w:t>
      </w:r>
    </w:p>
    <w:p>
      <w:r>
        <w:br/>
        <w:t>— Батюшка знає, що вчитель у Червоній Армії був, і він обережний.</w:t>
      </w:r>
    </w:p>
    <w:p>
      <w:r>
        <w:br/>
        <w:t>— Буде, Митре Юхимовичу, буде, голубчику... Бувайте здоровенькі (теж п'є).</w:t>
      </w:r>
    </w:p>
    <w:p>
      <w:r>
        <w:br/>
        <w:t>Свій не свій ліс, щасливий-нещасливий Василь. Щасливий — не вбили, нещасливий — живий.</w:t>
      </w:r>
    </w:p>
    <w:p>
      <w:r>
        <w:br/>
        <w:t>За повіткою стоїть кузня: було велике господарство, і була потрібна кузня. Вона й тепер потрібна.</w:t>
      </w:r>
    </w:p>
    <w:p>
      <w:r>
        <w:br/>
        <w:t>Василь біля ковадла.</w:t>
      </w:r>
    </w:p>
    <w:p>
      <w:r>
        <w:br/>
        <w:t>З луків іде дух свіжого сіна, іде дух свіжого вугілля — з кузні, сплітаються і йдуть до кошари, до загону, до волів. Воли ремиґають похилі й думають про ранки, коли їх виженуть на роботу, коли за їхніми ратицями зарипить віз, а вони будуть тягти на захід сонця, а вони будуть тягти до Великої Шведської Могили.</w:t>
      </w:r>
    </w:p>
    <w:p>
      <w:r>
        <w:br/>
        <w:t>Василь каже про себе:</w:t>
      </w:r>
    </w:p>
    <w:p>
      <w:r>
        <w:br/>
        <w:t>— За що вбито батька? За що вбито брата?</w:t>
      </w:r>
    </w:p>
    <w:p>
      <w:r>
        <w:br/>
        <w:t>А потім знову мовчить і одбиває молотком по ковадлі. Він думає: старе не вернеться. І шкода йому: не батька й брата, не дєдушчиного й бабушчиного добра, а шкода йому газети "Нової ради", що виписував колись батько, шкода йому харківського банку й думок непокійних про двісті шістдесят.</w:t>
      </w:r>
    </w:p>
    <w:p>
      <w:r>
        <w:br/>
        <w:t>Василь знає, що старе не вернеться. Сміється життя: заходили люди в Сибір шукати золота і щастя, думав викупити в них наділи. А люди думали про таємну тайгу, про "священний" Байкал, про невідомий Сибір — золотий і арештантський. І прийшли знову люди — голі й голодні, і одібрали продані наділи.</w:t>
      </w:r>
    </w:p>
    <w:p>
      <w:r>
        <w:br/>
        <w:t>А в розправі той же Єпифан, той же Кирилович, а в розправі Василеві все-таки місце,— одрізаний шматок, одрізані шматки, і сила їх, силенська сила. Він уже не є він. Треба життя перевернути — і своє, сім'ї, і всього Папуцячого гнізда.</w:t>
      </w:r>
    </w:p>
    <w:p>
      <w:r>
        <w:br/>
        <w:t>...Біля кузні пролетів кажан, завив Сірко на цепу. І було в голові далеке, і село було не село.</w:t>
      </w:r>
    </w:p>
    <w:p>
      <w:r>
        <w:br/>
        <w:t>...Так після вибухів. А в маленькій хаті — є ще й мала — жінки незадоволені.</w:t>
      </w:r>
    </w:p>
    <w:p>
      <w:r>
        <w:br/>
        <w:t>— Глядіть, і завтра щось сполкомщики загадають везти.</w:t>
      </w:r>
    </w:p>
    <w:p>
      <w:r>
        <w:br/>
        <w:t>Друга:</w:t>
      </w:r>
    </w:p>
    <w:p>
      <w:r>
        <w:br/>
        <w:t>— На заможних завжди відбутки більш було.</w:t>
      </w:r>
    </w:p>
    <w:p>
      <w:r>
        <w:br/>
        <w:t>Третя:</w:t>
      </w:r>
    </w:p>
    <w:p>
      <w:r>
        <w:br/>
        <w:t>— І чорт з цим заможництвом. Не хочу жити тут. Покину — і більш нічого. Піду краще наймусь десь.</w:t>
      </w:r>
    </w:p>
    <w:p>
      <w:r>
        <w:br/>
        <w:t>І каже Параска, жінка дєдушчиного сина, того, що загинув:</w:t>
      </w:r>
    </w:p>
    <w:p>
      <w:r>
        <w:br/>
        <w:t>— Господи, що ти кажеш, Дунько!</w:t>
      </w:r>
    </w:p>
    <w:p>
      <w:r>
        <w:br/>
        <w:t>І йде Параска в кошару, утирає запаскою сльози й почуває, що вже щось не вернеться — не тільки чоловік; що вже чогось немає, хоч і є ще в бабушки ключі, а в скринях під замком солодощі, цукерки для гостей. Та не буде вже тепер гостей тих.</w:t>
      </w:r>
    </w:p>
    <w:p>
      <w:r>
        <w:br/>
        <w:t>Над селом місяць, над селом голубі голуби. Не світло на душі — щось минає, щось не вернеться.</w:t>
      </w:r>
    </w:p>
    <w:p>
      <w:r>
        <w:br/>
        <w:t>Бабушка прокидається, ледве засіріє. В її кімнаті горить біля ікони лампадка — Божа Матір із Сином. В другій кімнаті хтось важко кахикає. Бабушка молиться:</w:t>
      </w:r>
    </w:p>
    <w:p>
      <w:r>
        <w:br/>
        <w:t>— Божа Мати! Та коли ж ти одженеш цю нечисту більшовицьку силу?</w:t>
      </w:r>
    </w:p>
    <w:p>
      <w:r>
        <w:br/>
        <w:t>Та нема злоби в її словах, її злоба в минулому і крихкотіла, як сама бабушка.</w:t>
      </w:r>
    </w:p>
    <w:p>
      <w:r>
        <w:br/>
        <w:t>В кімнаті розвидняється. Бабушка молиться:</w:t>
      </w:r>
    </w:p>
    <w:p>
      <w:r>
        <w:br/>
        <w:t>— Богородице Діво, радуйся.</w:t>
      </w:r>
    </w:p>
    <w:p>
      <w:r>
        <w:br/>
        <w:t>Але згадує, що вже пора корови виганяти, і кличе:</w:t>
      </w:r>
    </w:p>
    <w:p>
      <w:r>
        <w:br/>
        <w:t>— Ану-бо, хлопці, вставайте! Вже нерано.</w:t>
      </w:r>
    </w:p>
    <w:p>
      <w:r>
        <w:br/>
        <w:t>І знову:</w:t>
      </w:r>
    </w:p>
    <w:p>
      <w:r>
        <w:br/>
        <w:t>— Богородице Діво, радуйся...</w:t>
      </w:r>
    </w:p>
    <w:p>
      <w:r>
        <w:br/>
        <w:t>...Дєдушка вчора не поїхав на хутір, він сьогодні їде. Василь запрягає воли. Василь завжди з невеселою думою.</w:t>
      </w:r>
    </w:p>
    <w:p>
      <w:r>
        <w:br/>
        <w:t>...Рипить віз: ри-ип! Тягнуться воли до Великої Шведської Могили. Свіжий вітрець дмухає на дєдушчине сиве волосся. Його широкі чумацькі брови похмуро нависли, його брови задумались.</w:t>
      </w:r>
    </w:p>
    <w:p>
      <w:r>
        <w:br/>
        <w:t>Дєдушка мовчить. Василь мовчить. Тягнеться віз, обіймають його сосни кострубаті, на північ похилились. Ходить по соснах ранковий вітер, вибігає із сосен ранковий вітер і летить на поле до гречки.</w:t>
      </w:r>
    </w:p>
    <w:p>
      <w:r>
        <w:br/>
        <w:t>...Мовчить дєдушка...</w:t>
      </w:r>
    </w:p>
    <w:p>
      <w:r>
        <w:br/>
        <w:t>Скоро-скоро одійде у вічність і не буде дєдушки на землі.</w:t>
      </w:r>
    </w:p>
    <w:p>
      <w:r>
        <w:br/>
        <w:t>Тепер земля більшовицька...</w:t>
      </w:r>
    </w:p>
    <w:p>
      <w:r>
        <w:br/>
        <w:t>...Проїхали ліс, виїхали в степ.</w:t>
      </w:r>
    </w:p>
    <w:p>
      <w:r>
        <w:br/>
        <w:t>У степу манячить Велика Шведська Могила.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Шляхетне гніздо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