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Шурка і Шурко</w:t>
      </w:r>
    </w:p>
    <w:p>
      <w:r>
        <w:br/>
        <w:t xml:space="preserve"> &lt;p&gt;Шурко відразу не злюбив її. І через те не злюбив, що його посадили за одну парту з нею. А Шурко хотів сидіти поруч із Севкою, або з Толею, або ж із кимось зі своїх друзів-футболістів. А втім, він сам винен, що так сталося. Не треба було йому в перший день так галасувати, хвилюватися і розмахувати руками.</w:t>
      </w:r>
    </w:p>
    <w:p>
      <w:r>
        <w:br/>
        <w:t>— Бойчук, заспокойся, — кілька разів суворо зверталася до Шурка нова вчителька Ольга Борисівна. Та Шурко не вгамовувався. І Ольга Борисівна вирішила, що Шурко найбільш недисциплінований у класі й тому мусить весь час бути в неї перед очима.</w:t>
      </w:r>
    </w:p>
    <w:p>
      <w:r>
        <w:br/>
        <w:t>І ось Толя з Севкою спокійно сидять собі разом на передостанній парті, а Шурко стовбичить на першій, перед самісіньким столом учительки. А поруч із ним — мовчазне дівчисько в окулярах. Своєю зразковою поведінкою вона страшенно дратує Шурка. Просто зошит із чистописання, а не людина! Й остаточно розізлився Шурко, коли взнав, що його сусідку по парті звуть так само, як і його, — Шура. Це було просто нестерпно. Покличе його хто-небудь — неодмінно вона відгукнеться, її кличуть — він біжить. Шуркові навіть почало здаватися, що діти навмисне, щоб подражнитись, так часто звертаються до нього.</w:t>
      </w:r>
    </w:p>
    <w:p>
      <w:r>
        <w:br/>
        <w:t>І потихеньку Шурко став мучити Шуру. Засуне її підручник куди-небудь під парту, і вона потім усю перерву шукає його. Але — дивна річ — Шура ніколи не скаржилась на нього вчительці. Тільки зниже плечима, відвернеться і промовчить. Якось Ольга Борисівна спитала, хто ким хоче бути.</w:t>
      </w:r>
    </w:p>
    <w:p>
      <w:r>
        <w:br/>
        <w:t>— Воротарем, — випалили одночасно Севка й Толя.</w:t>
      </w:r>
    </w:p>
    <w:p>
      <w:r>
        <w:br/>
        <w:t>— А я вчителькою, як ви, — пропищала Валя.</w:t>
      </w:r>
    </w:p>
    <w:p>
      <w:r>
        <w:br/>
        <w:t>— Я шофером.</w:t>
      </w:r>
    </w:p>
    <w:p>
      <w:r>
        <w:br/>
        <w:t>— Я агрономом.</w:t>
      </w:r>
    </w:p>
    <w:p>
      <w:r>
        <w:br/>
        <w:t>— А я… лікарем, — тихо і засоромлено проказала Шура. Шурко глянув на неї, презирливо скривився і подумав:</w:t>
      </w:r>
    </w:p>
    <w:p>
      <w:r>
        <w:br/>
        <w:t>"Ще б пак! Інакше й бути не могло! Аякже!"</w:t>
      </w:r>
    </w:p>
    <w:p>
      <w:r>
        <w:br/>
        <w:t>Шурко терпіти не міг лікарів. Коли йому було сім років, він захворів на малярію, і величезний вусатий лікар змушував його ковтати огидні, гіркі таблетки. А то ще в Шурка боліли зуби. І досі мурашки пробігають у нього по спині, коли він згадує про бормашину. Отож лікарі для Шурка були найнеприємніші люди на світі.</w:t>
      </w:r>
    </w:p>
    <w:p>
      <w:r>
        <w:br/>
        <w:t>Відтоді Шурко став називати Шуру "Айболитькою". Але вона так само не звертала на це ніякої уваги.</w:t>
      </w:r>
    </w:p>
    <w:p>
      <w:r>
        <w:br/>
        <w:t>Одного сонячного ранку Шурко йшов до школи. Повітря було прозоре і чисте. Жовтогаряче листя ласкаво шурхотіло під ногами. Хлопчаки ганяли по асфальту великі темно-брунатні, немов лаковані, каштани.</w:t>
      </w:r>
    </w:p>
    <w:p>
      <w:r>
        <w:br/>
        <w:t>А Шурко йшов неквапливо, ледве переставляючи ноги. Йому було якось не по собі.</w:t>
      </w:r>
    </w:p>
    <w:p>
      <w:r>
        <w:br/>
        <w:t>У школі Ольга Борисівна одразу помітила, що Шурко занедужав, але він сказав, що він "просто в кепському гуморі".</w:t>
      </w:r>
    </w:p>
    <w:p>
      <w:r>
        <w:br/>
        <w:t>А надвечір Шуркові стало зовсім погано, і серед ночі перелякана мама побігла викликати "швидку допомогу".</w:t>
      </w:r>
    </w:p>
    <w:p>
      <w:r>
        <w:br/>
        <w:t>В лікарні мамі сказали: "Гострий приступ апендициту. Слід негайно зробити операцію!"</w:t>
      </w:r>
    </w:p>
    <w:p>
      <w:r>
        <w:br/>
        <w:t>Шурка поклали на якийсь дивовижний стіл на колесиках і повезли довгим коридором.</w:t>
      </w:r>
    </w:p>
    <w:p>
      <w:r>
        <w:br/>
        <w:t>Від яскравого світла Шурко заплющив очі. А коли розплющив — просто перед ним стояла висока жінка в окулярах і в білому халаті. Всміхаючись, вона говорила:</w:t>
      </w:r>
    </w:p>
    <w:p>
      <w:r>
        <w:br/>
        <w:t>— Ну що, хлопче? Болить. Що ж, зробимо так, щоб ніколи більше не боліло.</w:t>
      </w:r>
    </w:p>
    <w:p>
      <w:r>
        <w:br/>
        <w:t>І от Шурко на операційному столі.</w:t>
      </w:r>
    </w:p>
    <w:p>
      <w:r>
        <w:br/>
        <w:t>— А як тебе звати?.. Шурко?! Ось як! У мене теж Шурка. Тільки дівчинка. А в якому ж ти класі?.. От збіг! І моя Шурка в третьому. А вчишся ти як? Відмінник, мабуть. — Ай! — не крикнув, а просто сказав Шурко.</w:t>
      </w:r>
    </w:p>
    <w:p>
      <w:r>
        <w:br/>
        <w:t>— Боляче?! Неправда. Адже я нічого ще не роблю. Готую лише інструменти.</w:t>
      </w:r>
    </w:p>
    <w:p>
      <w:r>
        <w:br/>
        <w:t>Жінка говорила неголосно і так спокійно, що Шуркові стало легко і зовсім не страшно.</w:t>
      </w:r>
    </w:p>
    <w:p>
      <w:r>
        <w:br/>
        <w:t>— Ну от і все. Тепер можна йти спати. Все гаразд.</w:t>
      </w:r>
    </w:p>
    <w:p>
      <w:r>
        <w:br/>
        <w:t>Шурка знову поклали на стіл з колесиками і повезли. А жінка в окулярах йшла поряд, поклавши руку йому на плече. Коли Шурка перенесли в постіль, вона старанно поправила подушку й обережно підгорнула йому ковдру з обох боків. У неї були ласкаві, ніжні руки, як у мами. І Шуркові одразу стало дуже тепло і затишно.</w:t>
      </w:r>
    </w:p>
    <w:p>
      <w:r>
        <w:br/>
        <w:t>— Докторе, скажіть. А як вас звати? — несподівано спитав Шурко.</w:t>
      </w:r>
    </w:p>
    <w:p>
      <w:r>
        <w:br/>
        <w:t>— Клавдія Василівна. А що?</w:t>
      </w:r>
    </w:p>
    <w:p>
      <w:r>
        <w:br/>
        <w:t>— Так. — зашарівся Шурко і сказав: — От якби всі лікарі були такі… добрі… їх ніхто б не боявся.</w:t>
      </w:r>
    </w:p>
    <w:p>
      <w:r>
        <w:br/>
        <w:t>Клавдія Василівна засміялась:</w:t>
      </w:r>
    </w:p>
    <w:p>
      <w:r>
        <w:br/>
        <w:t>— Дивак ти! А лікарі всі і є добрі. Така вже у них професія — добра. Спи, Шуро, спи! На добраніч. Другого дня, прокинувшись, Шурко не одразу зміркував, де він. Він лежав на білосніжному ліжку біля вікна — великого і високого. Шурко хотів підвестися, встати — не міг. І одразу згадав. Опустився на подушку і глибоко зітхнув. І хоча все найстрашніше було вже позаду, Шуркові чомусь раптом стало дуже сумно і тужливо. Він подумав, що тепер лікарі напевне надовго заборонять йому грати у футбол. З жалю до самого себе Шурко тихо заплакав.</w:t>
      </w:r>
    </w:p>
    <w:p>
      <w:r>
        <w:br/>
        <w:t>Надворі падав дощ. По вікнах палати дріботіли маленькі іскристі краплини.</w:t>
      </w:r>
    </w:p>
    <w:p>
      <w:r>
        <w:br/>
        <w:t>— Шурко! — пролунав раптом тихий знайомий голос. Хлопчик від несподіванки здригнувся, повернув голову і. оторопів. Край ліжка стояла Шура. У великому дорослому халаті, з закоченими рукавами, — ще більш смішна й незграбна, ніж завжди.</w:t>
      </w:r>
    </w:p>
    <w:p>
      <w:r>
        <w:br/>
        <w:t>— Ну як? Як ти почуваєшся? Знаєш, ми всі в класі так переживали, так переживали, коли взнали, що в тебе апендицитна операція. — Шура говорила швидко-швидко, ковтаючи слова і хвилюючись. Вона зовсім не була схожа на ту мовчазну, старанну шкільну Шуру. — А я відразу здогадалась, що ти тут. Адже це лікарня "швидкої допомоги". Ти тільки мамі нічого не говори. А то, коли вона взнає, що я була, вона мені дасть. До хворих же не можна просто так приходити. А ще зразу після операції. Є спеціальний день.</w:t>
      </w:r>
    </w:p>
    <w:p>
      <w:r>
        <w:br/>
        <w:t>— Якій мамі? — нічого не зрозумівши, тихо спитав Шурко.</w:t>
      </w:r>
    </w:p>
    <w:p>
      <w:r>
        <w:br/>
        <w:t>— Та моїй. Яка тобі операцію робила. Це ж моя мама. А мене тут усі знають. Адже ми поряд із лікарнею живемо. Я сказала, ніби мама футляр від окулярів забула і послала мене. І тьотя Даша пустила. А я сюди. А мама зараз спить, вона вночі чергувала. Ну, я піду, а то зайде хто-небудь. Ну, бувай, видужуй.</w:t>
      </w:r>
    </w:p>
    <w:p>
      <w:r>
        <w:br/>
        <w:t>І Шура заквапилась до виходу.</w:t>
      </w:r>
    </w:p>
    <w:p>
      <w:r>
        <w:br/>
        <w:t>— Ач ти яка! Молодець! Оце товариш! Ти з нею давно дружиш? — спитав Шурків сусіда, лисий чоловік із чорними кошлатими бровами.</w:t>
      </w:r>
    </w:p>
    <w:p>
      <w:r>
        <w:br/>
        <w:t>Шурко зніяковів і пробубонів щось невиразне.</w:t>
      </w:r>
    </w:p>
    <w:p>
      <w:r>
        <w:br/>
        <w:t>Наступного дня вона знову прийшла. Правда, сталося трошки інакше. Шуркові набридло читати книжку, яку передала йому мама, і він дивився у вікно. На підвіконні стрибали і голосно цвірінькали горобці. Шурко з цікавістю стежив за ними. Але ось знизу долинув якийсь шурхіт, і горобці вмить розлетілися. На підвіконня лягли дві руки, потім показалась зелена фетрова шапочка, окуляри, і хлопчик упізнав… Шуру. Вона кивала йому і ворушила губами — щось говорила. Шурко досадливо зморщився, похитав головою — не розібрав. Згодом дівчинка зникла: мабуть, не вдержалась і зіскочила на землю. А за хвилину в кватирку влетів і упав просто Шуркові на подушку зібганий папірець. Шурко розгорнув і прочитав:</w:t>
      </w:r>
    </w:p>
    <w:p>
      <w:r>
        <w:br/>
        <w:t>"Здоров, Шурко! Як ти почуваєшся? Ми про тебе все знаємо від Шурки Лебедєвої. Лежи спокійно, то згодом зможеш знову грати в футбол. Не скучай… Завтра приймальний день, і ми прийдемо всім класом…</w:t>
      </w:r>
    </w:p>
    <w:p>
      <w:r>
        <w:br/>
        <w:t>Сева і Толя".</w:t>
      </w:r>
    </w:p>
    <w:p>
      <w:r>
        <w:br/>
        <w:t>Шурко навіть голосно розсміявся від радості. Як добре мати гарних, вірних друзів!</w:t>
      </w:r>
    </w:p>
    <w:p>
      <w:r>
        <w:br/>
        <w:t>Через два тижні Шурко вперше після хвороби пішов до школи. Дорогою він зустрів Шуру. Вони йшли поруч, і обоє чомусь мовчали.</w:t>
      </w:r>
    </w:p>
    <w:p>
      <w:r>
        <w:br/>
        <w:t>І раптом, уже майже біля школи, ззаду долинув чийсь знайомий голос:</w:t>
      </w:r>
    </w:p>
    <w:p>
      <w:r>
        <w:br/>
        <w:t>— Шур-о-о!..</w:t>
      </w:r>
    </w:p>
    <w:p>
      <w:r>
        <w:br/>
        <w:t>Вони обернулися разом, як за командою, не знаючи, кого з них кличуть. Потім подивилися одне на одного і… засміялися, — дружно і весело.</w:t>
      </w:r>
    </w:p>
    <w:p>
      <w:r>
        <w:br/>
        <w:t>А з вікна тролейбуса їм махала рукою і посміхалася Клавдія Василівна — Шурина мама.</w:t>
      </w:r>
    </w:p>
    <w:p>
      <w:r>
        <w:br/>
        <w:t>1956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Шурка і Шурко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