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шлафроків</w:t>
      </w:r>
    </w:p>
    <w:p>
      <w:r>
        <w:br/>
        <w:t xml:space="preserve"> &lt;p&gt;Сиділи ми в купе, як у бочці селедці. Хто на лавках, хто на клунках, а хто на підлозі.</w:t>
      </w:r>
    </w:p>
    <w:p>
      <w:r>
        <w:br/>
        <w:t>Діти, як горобці на плоті, примістилися в сітках. Баламкають ногами.</w:t>
      </w:r>
    </w:p>
    <w:p>
      <w:r>
        <w:br/>
        <w:t>"Не баламкай, а то ще кого в голову вдариш!"</w:t>
      </w:r>
    </w:p>
    <w:p>
      <w:r>
        <w:br/>
        <w:t>Вікна зачинені щільно. Нема чим дихнути.</w:t>
      </w:r>
    </w:p>
    <w:p>
      <w:r>
        <w:br/>
        <w:t>Втікачі про вигоду не дбають. Раді, що до поїзду дісталися, бо ворог ступав їм по п'ятах. Ворог, якого ні вони, ні батьки їх не бачили на очі.</w:t>
      </w:r>
    </w:p>
    <w:p>
      <w:r>
        <w:br/>
        <w:t>Кажуть, що він палить, грабує, мордує, а свідомих і діяльних у Сибір вивозить.</w:t>
      </w:r>
    </w:p>
    <w:p>
      <w:r>
        <w:br/>
        <w:t>Страшна річ ворог! Хоч, властиво, кожний з нас розуміє, що ворогом нашим весь світ. Та ворог ворогові не рівний.</w:t>
      </w:r>
    </w:p>
    <w:p>
      <w:r>
        <w:br/>
        <w:t>Є ворог притаєний, є — явний. Притаєний, як гадюка в корчах шипить, явний кидається на тебе, як розлючений звір.</w:t>
      </w:r>
    </w:p>
    <w:p>
      <w:r>
        <w:br/>
        <w:t>Перед ним ми і втікали.</w:t>
      </w:r>
    </w:p>
    <w:p>
      <w:r>
        <w:br/>
        <w:t>Куди? Через Карпати, на Мадярщину.</w:t>
      </w:r>
    </w:p>
    <w:p>
      <w:r>
        <w:br/>
        <w:t>— Кажуть, що мадяри, хто паперів не має, в Шатмар-Неметі на різниці стріляють.</w:t>
      </w:r>
    </w:p>
    <w:p>
      <w:r>
        <w:br/>
        <w:t>— Я чув, що гонведи і до різниці не доводять, по дорозі кольбами голови торощать.</w:t>
      </w:r>
    </w:p>
    <w:p>
      <w:r>
        <w:br/>
        <w:t>— Так пощо ж ми тікали? Краще було гинути дома.</w:t>
      </w:r>
    </w:p>
    <w:p>
      <w:r>
        <w:br/>
        <w:t>— Краще там, де нас нема, — говорить старий дідусь, і в купе стає на хвилину тихо.</w:t>
      </w:r>
    </w:p>
    <w:p>
      <w:r>
        <w:br/>
        <w:t>В куті хлипає жінка, що дитину загубила. Товпа пірва-ла її, випустила дитину з рук, і дитина пішла під ноги.</w:t>
      </w:r>
    </w:p>
    <w:p>
      <w:r>
        <w:br/>
        <w:t>— Не плачте, може, хто підняв. Є ще добрі люди на світі. Дитина не пропаде. Мати Божа тримає дітей у своїй опіці...</w:t>
      </w:r>
    </w:p>
    <w:p>
      <w:r>
        <w:br/>
        <w:t>Та вона ніби не чує тієї потіхи. Поїзд гуде.</w:t>
      </w:r>
    </w:p>
    <w:p>
      <w:r>
        <w:br/>
        <w:t>— Я свою коровицю вигнала на поле... Не возьму ж тебе з собою, бо колія навіть людей помістити не може. Тільки народу! Іди й роби собі що хоч!.. Як вона сумно ревіла!</w:t>
      </w:r>
    </w:p>
    <w:p>
      <w:r>
        <w:br/>
        <w:t>— Що там корова. Я виділа, як діти стару матір лишили, бо стара і на ноги хорує. Тая вам плакала, що люди вуха затикали.</w:t>
      </w:r>
    </w:p>
    <w:p>
      <w:r>
        <w:br/>
        <w:t>В купе знов тихне. Колеса торохтять. Віз на скруті хилиться набік.</w:t>
      </w:r>
    </w:p>
    <w:p>
      <w:r>
        <w:br/>
        <w:t>— Тільки людей напхалося, що ті вози ще десь скотяться у пропасть.</w:t>
      </w:r>
    </w:p>
    <w:p>
      <w:r>
        <w:br/>
        <w:t>— А хіба ж ми не їдемо в пропасть?</w:t>
      </w:r>
    </w:p>
    <w:p>
      <w:r>
        <w:br/>
        <w:t>Попри вікна біжать телеграфічні стовпи і підстрибують кострубаті верби, — такі, як у нас.</w:t>
      </w:r>
    </w:p>
    <w:p>
      <w:r>
        <w:br/>
        <w:t>Двоє голов нахиляється до себе. Шепчуть, щоби другі не чули:</w:t>
      </w:r>
    </w:p>
    <w:p>
      <w:r>
        <w:br/>
        <w:t>— В нашім селі що верба, то хтось висить. Кажуть — 33 зраду: ніби то люди москалям знаки подавали. Хто сіно горнув і вила в копицю встромив, хто білу корову на пасовисько вигнав, хто за тс, що дітиска огонь під лісом клали. А люди навіть не знають, що воно тая зрада. Мордують наших. —&amp;#9632;— Цитьте!..</w:t>
      </w:r>
    </w:p>
    <w:p>
      <w:r>
        <w:br/>
        <w:t>Напроти мене сидить якась паня. Ще молода і видно, що гарна. Дрібні, білі руки, волосся зачесане старанно. Але одяг не підходить до неї. Якась подрана блузка і домашня спідниця. Як стояла, так і скочила до возу.</w:t>
      </w:r>
    </w:p>
    <w:p>
      <w:r>
        <w:br/>
        <w:t>Тепер соромиться такого вбрання, — не привикла.</w:t>
      </w:r>
    </w:p>
    <w:p>
      <w:r>
        <w:br/>
        <w:t>Тонкими пальцями складки на спідниці вигладжує, а як глянути на неї, то очі спускає під лаву.</w:t>
      </w:r>
    </w:p>
    <w:p>
      <w:r>
        <w:br/>
        <w:t>Врешті, не видержує погляду і говорить, як би сім днів не їла:</w:t>
      </w:r>
    </w:p>
    <w:p>
      <w:r>
        <w:br/>
        <w:t>— Дома, в шафі, я сім шлафроків лишила.</w:t>
      </w:r>
    </w:p>
    <w:p>
      <w:r>
        <w:br/>
        <w:t>Дев'ятий рік, а ми ще не вернули додому. Наш поїзд у невідоме гонить.</w:t>
      </w:r>
    </w:p>
    <w:p>
      <w:r>
        <w:br/>
        <w:t>А в купе все ще сидить молода, гарна паня у брудній блузці і в домашній спідниці.</w:t>
      </w:r>
    </w:p>
    <w:p>
      <w:r>
        <w:br/>
        <w:t>Виплеканими руками поправляє на ній складки і, як дивитися на неї, то, засоромлена, пояснює тобі, що в хаті сім шлафроків лишила.</w:t>
      </w:r>
    </w:p>
    <w:p>
      <w:r>
        <w:br/>
        <w:t>Сім шлафроків!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шлафроків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