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Синові</w:t>
      </w:r>
    </w:p>
    <w:p>
      <w:r>
        <w:br/>
        <w:t xml:space="preserve"> Джозеф-Редьярд Кіплінґ&lt;br /&gt;</w:t>
        <w:br/>
        <w:t>Синові</w:t>
      </w:r>
    </w:p>
    <w:p>
      <w:r>
        <w:br/>
        <w:t>Перекладач: В.Стус&lt;br /&gt;</w:t>
        <w:br/>
        <w:t>Джерело: З книги: Українська література: Хрестоматія для 11 класу.— К.; Ірпінь: ВТФ "Перун", 2004</w:t>
      </w:r>
    </w:p>
    <w:p>
      <w:r>
        <w:br/>
        <w:t>Коли ти бережеш залізний спокій&lt;br /&gt;</w:t>
        <w:br/>
        <w:t>всупір загальній паніці й клятьбі,&lt;br /&gt;</w:t>
        <w:br/>
        <w:t>коли наперекір хулі жорстокій&lt;br /&gt;</w:t>
        <w:br/>
        <w:t>між невірів ти віриш сам собі.&lt;br /&gt;</w:t>
        <w:br/>
        <w:t>Коли ти вмієш ждати без утоми,&lt;br /&gt;</w:t>
        <w:br/>
        <w:t>обмовлений, не станеш брехуном,&lt;br /&gt;</w:t>
        <w:br/>
        <w:t>ошуканий, не піддаєшся злому&lt;br /&gt;</w:t>
        <w:br/>
        <w:t>і власним не хизуєшся добром.&lt;br /&gt;</w:t>
        <w:br/>
        <w:t>Коли тебе не порабують мрії,&lt;br /&gt;</w:t>
        <w:br/>
        <w:t>в кормигу дум твій дух себе не дасть,&lt;br /&gt;</w:t>
        <w:br/>
        <w:t>коли ти знаєш, що за лицедії —&lt;br /&gt;</w:t>
        <w:br/>
        <w:t>облуда щастя й машкара нещасть.&lt;br /&gt;</w:t>
        <w:br/>
        <w:t>Коли ти годен правди пильнувати,&lt;br /&gt;</w:t>
        <w:br/>
        <w:t>з якої вже зискують махлярі,&lt;br /&gt;</w:t>
        <w:br/>
        <w:t>розбитий витвір знову доробляти,&lt;br /&gt;</w:t>
        <w:br/>
        <w:t>хоча начиння геть уже старі.&lt;br /&gt;</w:t>
        <w:br/>
        <w:t>Коли ти можеш всі свої надбання&lt;br /&gt;</w:t>
        <w:br/>
        <w:t>поставити на кін, аби за мить&lt;br /&gt;</w:t>
        <w:br/>
        <w:t>проциндрити без жалю й дорікання —&lt;br /&gt;</w:t>
        <w:br/>
        <w:t>адже тебе поразка не страшить.&lt;br /&gt;</w:t>
        <w:br/>
        <w:t>Коли змертвілі нерви, думи, тіло&lt;br /&gt;</w:t>
        <w:br/>
        <w:t>ти можеш знову кидати у бій,&lt;br /&gt;</w:t>
        <w:br/>
        <w:t>коли триматися немає сили&lt;br /&gt;</w:t>
        <w:br/>
        <w:t>і тільки воля владно каже: стій!&lt;br /&gt;</w:t>
        <w:br/>
        <w:t>Коли в юрбі шляхетності не губиш,&lt;br /&gt;</w:t>
        <w:br/>
        <w:t>А бувши з королями — простоти,&lt;br /&gt;</w:t>
        <w:br/>
        <w:t>коли ні враг, ні друг, котрого любиш,&lt;br /&gt;</w:t>
        <w:br/>
        <w:t>нічим тобі не можуть дорікти.&lt;br /&gt;</w:t>
        <w:br/>
        <w:t>Коли ти знаєш ціну щохвилини,&lt;br /&gt;</w:t>
        <w:br/>
        <w:t>коли від неї геть усе береш,&lt;br /&gt;</w:t>
        <w:br/>
        <w:t>тоді я певен: ти єси людина&lt;br /&gt;</w:t>
        <w:br/>
        <w:t>і землю всю своєю назовеш.</w:t>
      </w:r>
    </w:p>
    <w:p>
      <w:r>
        <w:br/>
        <w:t>--------------------------------------------------------</w:t>
      </w:r>
    </w:p>
    <w:p>
      <w:r>
        <w:br/>
        <w:t>Джозеф-Редьярд Кіплінґ&lt;br /&gt;</w:t>
        <w:br/>
        <w:t>Синові</w:t>
      </w:r>
    </w:p>
    <w:p>
      <w:r>
        <w:br/>
        <w:t>Перекладач: Є.Сверстюк&lt;br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 вистоїш, коли всі проти тебе —&lt;br /&gt;</w:t>
        <w:br/>
        <w:t>Упали духом і тебе клянуть,&lt;br /&gt;</w:t>
        <w:br/>
        <w:t>Як всупереч усім ти віриш в себе,&lt;br /&gt;</w:t>
        <w:br/>
        <w:t>А з їх зневіри також візьмеш суть;&lt;br /&gt;</w:t>
        <w:br/>
        <w:t>Якщо чекати зможеш ти невтомно,&lt;br /&gt;</w:t>
        <w:br/>
        <w:t>Оббріханий — мовчати і пройти&lt;br /&gt;</w:t>
        <w:br/>
        <w:t>Під поглядом ненависті, притому&lt;br /&gt;</w:t>
        <w:br/>
        <w:t>Не грати цноти ані доброти;</w:t>
      </w:r>
    </w:p>
    <w:p>
      <w:r>
        <w:br/>
        <w:t>Як зможеш мріять — в мрійництво не впасти,&lt;br /&gt;</w:t>
        <w:br/>
        <w:t>І думать — не творити думки культ,&lt;br /&gt;</w:t>
        <w:br/>
        <w:t>Якщо Тріумф, зарівно як Нещастя,&lt;br /&gt;</w:t>
        <w:br/>
        <w:t>Спримеш як дим і вітер на віку;&lt;br /&gt;</w:t>
        <w:br/>
        <w:t>Якщо стерпиш, як з правди твого слова&lt;br /&gt;</w:t>
        <w:br/>
        <w:t>Пройдисвіт ставить пастку на простих,&lt;br /&gt;</w:t>
        <w:br/>
        <w:t>Якщо впаде все, чим ти жив, і знову&lt;br /&gt;</w:t>
        <w:br/>
        <w:t>Зумієш все почати — і звести;</w:t>
      </w:r>
    </w:p>
    <w:p>
      <w:r>
        <w:br/>
        <w:t>Якщо ти зможеш в прориві одному&lt;br /&gt;</w:t>
        <w:br/>
        <w:t>Поставить все на карту і програть,&lt;br /&gt;</w:t>
        <w:br/>
        <w:t>А потім — все спочатку, і нікому&lt;br /&gt;</w:t>
        <w:br/>
        <w:t>Про втрати навіть слова не сказать;&lt;br /&gt;</w:t>
        <w:br/>
        <w:t>Якщо ти змусиш Серце, Нерви, Жили&lt;br /&gt;</w:t>
        <w:br/>
        <w:t>Служити ще, коли уже в тобі&lt;br /&gt;</w:t>
        <w:br/>
        <w:t>Усе згоріло, вигасло — лишилась&lt;br /&gt;</w:t>
        <w:br/>
        <w:t>Одна лиш воля — встоять в боротьбі;</w:t>
      </w:r>
    </w:p>
    <w:p>
      <w:r>
        <w:br/>
        <w:t>Як зможеш гідно річ вести з юрбою&lt;br /&gt;</w:t>
        <w:br/>
        <w:t>І з Королем не втратиш простоти.&lt;br /&gt;</w:t>
        <w:br/>
        <w:t>Якщо усі рахуються з тобою —&lt;br /&gt;</w:t>
        <w:br/>
        <w:t>На відстані, яку відміриш ти;&lt;br /&gt;</w:t>
        <w:br/>
        <w:t>Якщо ущерть наповниш біг хвилини&lt;br /&gt;</w:t>
        <w:br/>
        <w:t>Снагою дум, енергією дій,&lt;br /&gt;</w:t>
        <w:br/>
        <w:t>Тоді весь світ тобі належить, сину,&lt;br /&gt;</w:t>
        <w:br/>
        <w:t>І більше: ти — Людина, сину мій.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