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Скіфи</w:t>
      </w:r>
    </w:p>
    <w:p>
      <w:r>
        <w:br/>
        <w:t xml:space="preserve"> СКІФИ</w:t>
      </w:r>
    </w:p>
    <w:p>
      <w:r>
        <w:br/>
        <w:t>Панмонголізм! Хоч назва дика,&lt;br /&gt;</w:t>
        <w:br/>
        <w:t>Та пестить мені слух вона.&lt;br /&gt;</w:t>
        <w:br/>
        <w:t>Володимир Соловйов</w:t>
      </w:r>
    </w:p>
    <w:p>
      <w:r>
        <w:br/>
        <w:t>Мільйони — вас. Нас — тьми, і тьми, і тьми.&lt;br /&gt;</w:t>
        <w:br/>
        <w:t>Потуга наша — незборима!&lt;br /&gt;</w:t>
        <w:br/>
        <w:t>Так, скіфи — ми! Так, азіати — ми, —&lt;br /&gt;</w:t>
        <w:br/>
        <w:t>З розкосими й захланними очима!</w:t>
      </w:r>
    </w:p>
    <w:p>
      <w:r>
        <w:br/>
        <w:t>Що нам година, те віки — для вас!&lt;br /&gt;</w:t>
        <w:br/>
        <w:t>Ми, як послужливі холопи,&lt;br /&gt;</w:t>
        <w:br/>
        <w:t>Тримали щит між двох ворожих рас —&lt;br /&gt;</w:t>
        <w:br/>
        <w:t>Монголів та Європи!</w:t>
      </w:r>
    </w:p>
    <w:p>
      <w:r>
        <w:br/>
        <w:t>Віками вашого ковадла дзвін&lt;br /&gt;</w:t>
        <w:br/>
        <w:t>Заглушував громи лавини,&lt;br /&gt;</w:t>
        <w:br/>
        <w:t>Вам казкою страшною був загин&lt;br /&gt;</w:t>
        <w:br/>
        <w:t>І Лісабона, і Мессіни*!</w:t>
      </w:r>
    </w:p>
    <w:p>
      <w:r>
        <w:br/>
        <w:t>Ви сотні літ дивилися на Схід,&lt;br /&gt;</w:t>
        <w:br/>
        <w:t>Перлини наші зором жерли,&lt;br /&gt;</w:t>
        <w:br/>
        <w:t>Чекали, глумлячись, коли — в похід,&lt;br /&gt;</w:t>
        <w:br/>
        <w:t>Коли гармат наставить жерла!</w:t>
      </w:r>
    </w:p>
    <w:p>
      <w:r>
        <w:br/>
        <w:t>Ось — день прийшов! Б'є крилами біда,&lt;br /&gt;</w:t>
        <w:br/>
        <w:t>Та наступає час потали,&lt;br /&gt;</w:t>
        <w:br/>
        <w:t>І, може, там ростиме лобода,&lt;br /&gt;</w:t>
        <w:br/>
        <w:t>Де ваші Пестуми** стояли!</w:t>
      </w:r>
    </w:p>
    <w:p>
      <w:r>
        <w:br/>
        <w:t>Старий премудрий світе! Доки в гріб&lt;br /&gt;</w:t>
        <w:br/>
        <w:t>Не впав ти від нудьги й достатку,&lt;br /&gt;</w:t>
        <w:br/>
        <w:t>Спинися перед Сфінксом, як Едіп,&lt;br /&gt;</w:t>
        <w:br/>
        <w:t>І древню розгадай загадку!..</w:t>
      </w:r>
    </w:p>
    <w:p>
      <w:r>
        <w:br/>
        <w:t>Росія — Сфінкс. Печальна, і ясна,&lt;br /&gt;</w:t>
        <w:br/>
        <w:t>І чорною залита кров'ю,&lt;br /&gt;</w:t>
        <w:br/>
        <w:t>Вдивляється, вдивляється вона&lt;br /&gt;</w:t>
        <w:br/>
        <w:t>В твій вид — з ненавистю й любов'ю!</w:t>
      </w:r>
    </w:p>
    <w:p>
      <w:r>
        <w:br/>
        <w:t>А так любить, як любить наша кров,&lt;br /&gt;</w:t>
        <w:br/>
        <w:t>Ніхто вже з вас давно не любить!&lt;br /&gt;</w:t>
        <w:br/>
        <w:t>Забули ви, що в світі є любов,&lt;br /&gt;</w:t>
        <w:br/>
        <w:t>Котра і спалює, і губить!</w:t>
      </w:r>
    </w:p>
    <w:p>
      <w:r>
        <w:br/>
        <w:t>Ми любим все — студених чисел струм.&lt;br /&gt;</w:t>
        <w:br/>
        <w:t>І дар видінь в душі натхненній.&lt;br /&gt;</w:t>
        <w:br/>
        <w:t>Нам ясне все — і галльський гострий ум,&lt;br /&gt;</w:t>
        <w:br/>
        <w:t>І хмурявий німецький геній...</w:t>
      </w:r>
    </w:p>
    <w:p>
      <w:r>
        <w:br/>
        <w:t>Ми знаєм все — паризьких вулиць жах,&lt;br /&gt;</w:t>
        <w:br/>
        <w:t>Венеціанські прохолоди.&lt;br /&gt;</w:t>
        <w:br/>
        <w:t>І пахощі в цитринових лісах,&lt;br /&gt;</w:t>
        <w:br/>
        <w:t>І Кельна піднебесні зводи...</w:t>
      </w:r>
    </w:p>
    <w:p>
      <w:r>
        <w:br/>
        <w:t>Ми любим плоть — її засмагу, й смак.&lt;br /&gt;</w:t>
        <w:br/>
        <w:t>І плоті млосний, смертний запах...&lt;br /&gt;</w:t>
        <w:br/>
        <w:t>Чи ж винні ми, як хрусне ваш кістяк&lt;br /&gt;</w:t>
        <w:br/>
        <w:t>В тяжких і ніжних наших лапах?</w:t>
      </w:r>
    </w:p>
    <w:p>
      <w:r>
        <w:br/>
        <w:t>Ми звикли за вуздечку на скаку&lt;br /&gt;</w:t>
        <w:br/>
        <w:t>Ловити лошаків огнистих,&lt;br /&gt;</w:t>
        <w:br/>
        <w:t>Ламати коням спину їх важку...&lt;br /&gt;</w:t>
        <w:br/>
        <w:t>Рабинь смиряти норовистих...</w:t>
      </w:r>
    </w:p>
    <w:p>
      <w:r>
        <w:br/>
        <w:t>Прийдіть до нас! В обійми — із хуртеч&lt;br /&gt;</w:t>
        <w:br/>
        <w:t>Війни жахної, в мир — з прокляття!&lt;br /&gt;</w:t>
        <w:br/>
        <w:t>Допоки ще не пізно — в піхви меч,&lt;br /&gt;</w:t>
        <w:br/>
        <w:t>Товариші! Ми станем — браття!</w:t>
      </w:r>
    </w:p>
    <w:p>
      <w:r>
        <w:br/>
        <w:t>А якщо ні — чекайте горя й мсти!&lt;br /&gt;</w:t>
        <w:br/>
        <w:t>І нам доступне віроломство!&lt;br /&gt;</w:t>
        <w:br/>
        <w:t>В тисячоліттях буде вас клясти&lt;br /&gt;</w:t>
        <w:br/>
        <w:t>Сумне, знекровлене потомство!</w:t>
      </w:r>
    </w:p>
    <w:p>
      <w:r>
        <w:br/>
        <w:t>Ми широко в могутньому строю&lt;br /&gt;</w:t>
        <w:br/>
        <w:t>Розступимось у хащу дику&lt;br /&gt;</w:t>
        <w:br/>
        <w:t>Перед Європою! Ми вам свою&lt;br /&gt;</w:t>
        <w:br/>
        <w:t>Покажем азіатську пику!</w:t>
      </w:r>
    </w:p>
    <w:p>
      <w:r>
        <w:br/>
        <w:t>Ідіть усі, ідіть аж за Урал!&lt;br /&gt;</w:t>
        <w:br/>
        <w:t>Ми звільнюємо поле бою&lt;br /&gt;</w:t>
        <w:br/>
        <w:t>Моторів, де скрегоче інтеграл,&lt;br /&gt;</w:t>
        <w:br/>
        <w:t>З монгольських дикунів ордою!</w:t>
      </w:r>
    </w:p>
    <w:p>
      <w:r>
        <w:br/>
        <w:t>Ми вам не щит! І вже в найважчу мить&lt;br /&gt;</w:t>
        <w:br/>
        <w:t>За вас не станем, як опока.&lt;br /&gt;</w:t>
        <w:br/>
        <w:t>Подивимся, як смертний бій кипить,&lt;br /&gt;</w:t>
        <w:br/>
        <w:t>Щілиною вузького ока!</w:t>
      </w:r>
    </w:p>
    <w:p>
      <w:r>
        <w:br/>
        <w:t>Не рушимось, як буде лютий гун&lt;br /&gt;</w:t>
        <w:br/>
        <w:t>Мерців обшукувати ласо,&lt;br /&gt;</w:t>
        <w:br/>
        <w:t>Міста палити, в храм вести табун,&lt;br /&gt;</w:t>
        <w:br/>
        <w:t>Пекти із білих бранців м'ясо!..</w:t>
      </w:r>
    </w:p>
    <w:p>
      <w:r>
        <w:br/>
        <w:t>Отямся, ветхий світе! Глянь — вперед!&lt;br /&gt;</w:t>
        <w:br/>
        <w:t>І вслухайся в поганську ліру! —&lt;br /&gt;</w:t>
        <w:br/>
        <w:t>Вона востаннє кличе на бенкет,&lt;br /&gt;</w:t>
        <w:br/>
        <w:t>На братню учту праці й миру!</w:t>
      </w:r>
    </w:p>
    <w:p>
      <w:r>
        <w:br/>
        <w:t>-------------------&lt;br /&gt;</w:t>
        <w:br/>
        <w:t>* Маються на увазі землетруси в цих містах, які дощенту їх зруйнували.&lt;br /&gt;</w:t>
        <w:br/>
        <w:t>** Давньоримське місто, зруйноване сарацинами в XI ст.</w:t>
      </w:r>
    </w:p>
    <w:p>
      <w:r>
        <w:br/>
        <w:t>Перекладач: Д. Павличко</w:t>
      </w:r>
    </w:p>
    <w:p>
      <w:r>
        <w:br/>
        <w:t>Олександр Блок&lt;br /&gt;</w:t>
        <w:br/>
        <w:t>Скіфи у перекладі Віктора Грабовського</w:t>
      </w:r>
    </w:p>
    <w:p>
      <w:r>
        <w:br/>
        <w:t>Перекладач: Віктор Грабовський&lt;br /&gt;</w:t>
        <w:br/>
        <w:t>Джерело: З газети: "Літературна Україна" 24 листопада 2005 року</w:t>
      </w:r>
    </w:p>
    <w:p>
      <w:r>
        <w:br/>
        <w:t>Панмонголізм! Хоч слово й дике,&lt;br /&gt;</w:t>
        <w:br/>
        <w:t>Та тішить мені слух воно.&lt;br /&gt;</w:t>
        <w:br/>
        <w:t>Володимир Соловйов</w:t>
      </w:r>
    </w:p>
    <w:p>
      <w:r>
        <w:br/>
        <w:t>Мільйони — вас. Нас — тьми і тьми, і тьми.&lt;br /&gt;</w:t>
        <w:br/>
        <w:t>А спробуйте, зітніться з нами!&lt;br /&gt;</w:t>
        <w:br/>
        <w:t>Так, скіфи — ми! Так, азіати — ми,&lt;br /&gt;</w:t>
        <w:br/>
        <w:t>З розкосими й захланними очами.&lt;br /&gt;</w:t>
        <w:br/>
        <w:t>Віки — для вас, годинонька — для нас.&lt;br /&gt;</w:t>
        <w:br/>
        <w:t>Ми, ніби праведні холопи,&lt;br /&gt;</w:t>
        <w:br/>
        <w:t>Держали щит поміж ворожих рас&lt;br /&gt;</w:t>
        <w:br/>
        <w:t>Монголів і Європи!&lt;br /&gt;</w:t>
        <w:br/>
        <w:t>Віки, віки кувавсь ваш чорний шал&lt;br /&gt;</w:t>
        <w:br/>
        <w:t>І заглушав громів лавини,&lt;br /&gt;</w:t>
        <w:br/>
        <w:t>Мов байка дика був для вас провал&lt;br /&gt;</w:t>
        <w:br/>
        <w:t>І Лісабона, Мессіни!&lt;br /&gt;</w:t>
        <w:br/>
        <w:t>Ви сотні літ на Схід кровили шлях,&lt;br /&gt;</w:t>
        <w:br/>
        <w:t>Втішались нашими скарбами,&lt;br /&gt;</w:t>
        <w:br/>
        <w:t>Вичікуючи з глумом у серцях,&lt;br /&gt;</w:t>
        <w:br/>
        <w:t>Щоб край наш зародив гробами!&lt;br /&gt;</w:t>
        <w:br/>
        <w:t>Що ж — час настав. Розкрилилась біда,&lt;br /&gt;</w:t>
        <w:br/>
        <w:t>Віщуючи добу безчесну.&lt;br /&gt;</w:t>
        <w:br/>
        <w:t>Цей день прийде! В його слідах&lt;br /&gt;</w:t>
        <w:br/>
        <w:t>Всі ваші Пестуми пощезнуть!&lt;br /&gt;</w:t>
        <w:br/>
        <w:t>О ветхий світе! Доки ти не згиб,&lt;br /&gt;</w:t>
        <w:br/>
        <w:t>Допоки нудишся без гадки.&lt;br /&gt;</w:t>
        <w:br/>
        <w:t>Прислухайся, премудрий, мов Едип,&lt;br /&gt;</w:t>
        <w:br/>
        <w:t>До Сфінкса і його загадки!&lt;br /&gt;</w:t>
        <w:br/>
        <w:t>Росія — Сфінкс. У радощах, журбі&lt;br /&gt;</w:t>
        <w:br/>
        <w:t>Чи чорною залита кров'ю,&lt;br /&gt;</w:t>
        <w:br/>
        <w:t>Вона зорить, зорить увіч тобі&lt;br /&gt;</w:t>
        <w:br/>
        <w:t>Зі зненавистю із любов'ю!&lt;br /&gt;</w:t>
        <w:br/>
        <w:t>Любити ж так, як любить наша кров,&lt;br /&gt;</w:t>
        <w:br/>
        <w:t>Ніхто з вас вже давно не любить!&lt;br /&gt;</w:t>
        <w:br/>
        <w:t>Забули ви, що в світі є любов,&lt;br /&gt;</w:t>
        <w:br/>
        <w:t>Котра і спалює, і губить!&lt;br /&gt;</w:t>
        <w:br/>
        <w:t>Ми любим все — холодних чисел жар&lt;br /&gt;</w:t>
        <w:br/>
        <w:t>І дар божистого натхнення.&lt;br /&gt;</w:t>
        <w:br/>
        <w:t>Втямки нам все — і гострий галльський жарт,&lt;br /&gt;</w:t>
        <w:br/>
        <w:t>І смерковий германський геній.&lt;br /&gt;</w:t>
        <w:br/>
        <w:t>Ми знаєм все — паризьких вулиць чад&lt;br /&gt;</w:t>
        <w:br/>
        <w:t>І венеційські виногради,&lt;br /&gt;</w:t>
        <w:br/>
        <w:t>Гаїв далеких щемний аромат&lt;br /&gt;</w:t>
        <w:br/>
        <w:t>І Кельна вдушливі громади...&lt;br /&gt;</w:t>
        <w:br/>
        <w:t>Ми любим плоть — на колір і на смак,&lt;br /&gt;</w:t>
        <w:br/>
        <w:t>Її нудотний, смертний запах...&lt;br /&gt;</w:t>
        <w:br/>
        <w:t>Чи ж винні ми, як хрусне ваш кістяк&lt;br /&gt;</w:t>
        <w:br/>
        <w:t>В тяжких і ніжних наших лапах?&lt;br /&gt;</w:t>
        <w:br/>
        <w:t>Ми звикли жеребцям, що, мов хорти,&lt;br /&gt;</w:t>
        <w:br/>
        <w:t>Дичавіють в степах росистих,&lt;br /&gt;</w:t>
        <w:br/>
        <w:t>Ламати на скаку важкі хребти&lt;br /&gt;</w:t>
        <w:br/>
        <w:t>Й рабинь скоряти норовистих...&lt;br /&gt;</w:t>
        <w:br/>
        <w:t>Прийдіть до нас! Із вогняних хуртеч&lt;br /&gt;</w:t>
        <w:br/>
        <w:t>Воскресне хай війні прокляття!&lt;br /&gt;</w:t>
        <w:br/>
        <w:t>Покіль не пізно — в піхви древній меч,&lt;br /&gt;</w:t>
        <w:br/>
        <w:t>Товариші! Ми станем — браття!&lt;br /&gt;</w:t>
        <w:br/>
        <w:t>А якщо ні — не ждіть ясного дня,&lt;br /&gt;</w:t>
        <w:br/>
        <w:t>Бо й нам доступне віроломство!&lt;br /&gt;</w:t>
        <w:br/>
        <w:t>Віки, віки — клястиме вас до пня&lt;br /&gt;</w:t>
        <w:br/>
        <w:t>Нездале, хирляве потомство.&lt;br /&gt;</w:t>
        <w:br/>
        <w:t>Ми — врізнобіч, по нетрях, в слушний час&lt;br /&gt;</w:t>
        <w:br/>
        <w:t>Перед Європи гожим ликом&lt;br /&gt;</w:t>
        <w:br/>
        <w:t>Розступимось! І вздрієте ви враз&lt;br /&gt;</w:t>
        <w:br/>
        <w:t>Азійську нашу хитру пику!&lt;br /&gt;</w:t>
        <w:br/>
        <w:t>Ходіть мерщій! Прошкуйте на Урал!&lt;br /&gt;</w:t>
        <w:br/>
        <w:t>Ми відступаєм поле бою&lt;br /&gt;</w:t>
        <w:br/>
        <w:t>Премудрості, закутій в інтеграл,&lt;br /&gt;</w:t>
        <w:br/>
        <w:t>З монголів дикою ордою!&lt;br /&gt;</w:t>
        <w:br/>
        <w:t>Та відтепер — ми вам уже не щит,&lt;br /&gt;</w:t>
        <w:br/>
        <w:t>Самі кривавтеся боями!&lt;br /&gt;</w:t>
        <w:br/>
        <w:t>Ми ж тільки здалеку на смертний спит&lt;br /&gt;</w:t>
        <w:br/>
        <w:t>Вузькими зиркнемо очами.&lt;br /&gt;</w:t>
        <w:br/>
        <w:t>Не зробимо й півкроку, коли враг&lt;br /&gt;</w:t>
        <w:br/>
        <w:t>Роздягне ваші трупи в шанцях,&lt;br /&gt;</w:t>
        <w:br/>
        <w:t>Міста сплюндрує і на пожарах,&lt;br /&gt;</w:t>
        <w:br/>
        <w:t>Як м'ясо, смажитиме бранців!..&lt;br /&gt;</w:t>
        <w:br/>
        <w:t>О, світе ветхий! Стямся хоч на мент!&lt;br /&gt;</w:t>
        <w:br/>
        <w:t>На учту, де братерство, праця й віра,&lt;br /&gt;</w:t>
        <w:br/>
        <w:t>Востаннє — на святий бенкет —&lt;br /&gt;</w:t>
        <w:br/>
        <w:t>Нас варварська скликає ліра!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Скіфи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