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короля</w:t>
      </w:r>
    </w:p>
    <w:p>
      <w:r>
        <w:br/>
        <w:t xml:space="preserve"> &lt;p&gt;Якось помирав один король. Лежить він і з відчаю сам до себе промовляє:</w:t>
      </w:r>
    </w:p>
    <w:p>
      <w:r>
        <w:br/>
        <w:t>— Невже мені, всевладному королю, доведеться вмерти? Та де ж мої ворожбити? Чому вони не рятують мене?</w:t>
      </w:r>
    </w:p>
    <w:p>
      <w:r>
        <w:br/>
        <w:t>А ворожбити з великого ляку всі порозбігалися. Лишився тільки один старий ворожбит, якому ніхто не йняв віри, бо був він дивакуватий і навіть трохи божевільний.</w:t>
      </w:r>
    </w:p>
    <w:p>
      <w:r>
        <w:br/>
        <w:t>— Гаразд, порятую тебе від смерті,— сказав він.— Але на один день ти мусиш посадити на свій трон дуже схожу на тебе людину, яка потім помре замість тебе.</w:t>
      </w:r>
    </w:p>
    <w:p>
      <w:r>
        <w:br/>
        <w:t>Негайно по всьому королівству було оголошено: всім схожим на короля прибути за добу до королівського двору, бо інакше їх смерть чекає.</w:t>
      </w:r>
    </w:p>
    <w:p>
      <w:r>
        <w:br/>
        <w:t>Багато людей зійшлося на королівський двір. В одного борода, як у короля, а ніс трошки довший, в другого ніс коротший. Таких ворожбит одразу відпускав додому. Інші були схожі на короля, як один апельсин на інший, але ворожбит і тих відпускав, бо їм або зуба бракувало, або на спині були родимі плями.</w:t>
      </w:r>
    </w:p>
    <w:p>
      <w:r>
        <w:br/>
        <w:t>— Отак ти всіх повідпускаєш,— сказав йому король.— Давай хоч одного випробуємо.</w:t>
      </w:r>
    </w:p>
    <w:p>
      <w:r>
        <w:br/>
        <w:t>— Не буде з них пуття, шкода праці,— твердив своє ворожбит.</w:t>
      </w:r>
    </w:p>
    <w:p>
      <w:r>
        <w:br/>
        <w:t>Якось увечері король з ворожбитом вийшли на вежу. Раптом ворожбит вигукнув:</w:t>
      </w:r>
    </w:p>
    <w:p>
      <w:r>
        <w:br/>
        <w:t>— Дивись, он той чоловік схожий на тебе, як викапаний!</w:t>
      </w:r>
    </w:p>
    <w:p>
      <w:r>
        <w:br/>
        <w:t>І показав на кульгавого, підсліпуватого, замурзаного і вкритого коростою жебрака.</w:t>
      </w:r>
    </w:p>
    <w:p>
      <w:r>
        <w:br/>
        <w:t>— Отакої! — образився король.— Та ми ж нітрохи не схожі.</w:t>
      </w:r>
    </w:p>
    <w:p>
      <w:r>
        <w:br/>
        <w:t>— А на мою думку,— сказав ворожбит,— смертельно хворого короля можна порівняти лише з найубогішим, найнещаснішим бідолахою. Не гаючи часу, перебирайся в жебраків одяг, посади його на трон, і ти врятований.</w:t>
      </w:r>
    </w:p>
    <w:p>
      <w:r>
        <w:br/>
        <w:t>Та король не хотів визнати, що він схожий на жебрака. Розгнівався він, вернувся в палац, надяг корону, взяв скипетр і того ж таки вечора помер.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короля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