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Сніжинки</w:t>
      </w:r>
    </w:p>
    <w:p>
      <w:r>
        <w:br/>
        <w:t xml:space="preserve"> Білесенькі сніжиночки,&lt;br /&gt;</w:t>
        <w:br/>
        <w:t>Вродились ми з води;&lt;br /&gt;</w:t>
        <w:br/>
        <w:t>Легенькі, як пушиночки,&lt;br /&gt;</w:t>
        <w:br/>
        <w:t>Спустилися сюди.</w:t>
      </w:r>
    </w:p>
    <w:p>
      <w:r>
        <w:br/>
        <w:t>Ми хмарою носилися&lt;br /&gt;</w:t>
        <w:br/>
        <w:t>Від подиху зими,&lt;br /&gt;</w:t>
        <w:br/>
        <w:t>І весело крутилися&lt;br /&gt;</w:t>
        <w:br/>
        <w:t>Метелицею ми.</w:t>
      </w:r>
    </w:p>
    <w:p>
      <w:r>
        <w:br/>
        <w:t>Тепер ми хочем спатоньки,&lt;br /&gt;</w:t>
        <w:br/>
        <w:t>Як дітоньки малі.&lt;br /&gt;</w:t>
        <w:br/>
        <w:t>І липнемо до матінки —&lt;br /&gt;</w:t>
        <w:br/>
        <w:t>До любої землі.</w:t>
      </w:r>
    </w:p>
    <w:p>
      <w:r>
        <w:br/>
        <w:t>Матуся наша рідная&lt;br /&gt;</w:t>
        <w:br/>
        <w:t>Холодна і суха,&lt;br /&gt;</w:t>
        <w:br/>
        <w:t>Бо дуже змерзла бідная&lt;br /&gt;</w:t>
        <w:br/>
        <w:t>Вона без кожуха.</w:t>
      </w:r>
    </w:p>
    <w:p>
      <w:r>
        <w:br/>
        <w:t>Отож її нагріємо,&lt;br /&gt;</w:t>
        <w:br/>
        <w:t>Устелимо сніжком.&lt;br /&gt;</w:t>
        <w:br/>
        <w:t>Мов ковдрою, накриємо&lt;br /&gt;</w:t>
        <w:br/>
        <w:t>Легесеньким пушком.</w:t>
      </w:r>
    </w:p>
    <w:p>
      <w:r>
        <w:br/>
        <w:t>Нехай зимою злючою&lt;br /&gt;</w:t>
        <w:br/>
        <w:t>Вона спочине в сні,&lt;br /&gt;</w:t>
        <w:br/>
        <w:t>Щоб зеленню пахучою&lt;br /&gt;</w:t>
        <w:br/>
        <w:t>Прибратись навесні.</w:t>
      </w:r>
    </w:p>
    <w:p>
      <w:r>
        <w:br/>
        <w:t>Щоб з ниви колосистої&lt;br /&gt;</w:t>
        <w:br/>
        <w:t>Був добрий урожай,—&lt;br /&gt;</w:t>
        <w:br/>
        <w:t>То й долі променистої&lt;br /&gt;</w:t>
        <w:br/>
        <w:t>Зазнає рідний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