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Собака й Кінь</w:t>
      </w:r>
    </w:p>
    <w:p>
      <w:r>
        <w:br/>
        <w:t xml:space="preserve"> В одного селянина служачи,&lt;br /&gt;</w:t>
        <w:br/>
        <w:t>Собака із Конем якось змагатись стали.&lt;br /&gt;</w:t>
        <w:br/>
        <w:t>— Чи ба! — Барбос говорить.— Пан який... мовчи!&lt;br /&gt;</w:t>
        <w:br/>
        <w:t>Про мене, й зовсім з двору хай тебе б прогнали.&lt;br /&gt;</w:t>
        <w:br/>
        <w:t>Ну, що таке: возить або орать!&lt;br /&gt;</w:t>
        <w:br/>
        <w:t>Про те, щоб ти зугарен був,— щось не чувать;&lt;br /&gt;</w:t>
        <w:br/>
        <w:t>Чи можна ж бо тобі рівнятися зі мною?&lt;br /&gt;</w:t>
        <w:br/>
        <w:t>Ні вдень ані вночі не знаю я спокою:&lt;br /&gt;</w:t>
        <w:br/>
        <w:t>Коло отари вдень я бігаю, сиджу,&lt;br /&gt;</w:t>
        <w:br/>
        <w:t>Вночі ось хату стережу.&lt;br /&gt;</w:t>
        <w:br/>
        <w:t>— Звичайно,— Кінь йому,— розумний ти,&lt;br /&gt;</w:t>
        <w:br/>
        <w:t>Ведеш ти річ правдиву;&lt;br /&gt;</w:t>
        <w:br/>
        <w:t>Але — коли б то не орав я ниву,&lt;br /&gt;</w:t>
        <w:br/>
        <w:t>То нічого було б тобі тут стерегти.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Собака й Кінь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