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Солом'яний дід</w:t>
      </w:r>
    </w:p>
    <w:p>
      <w:r>
        <w:br/>
        <w:t xml:space="preserve"> Щоб Горобців шкодливих настрашити,&lt;br /&gt;</w:t>
        <w:br/>
        <w:t>Вигадливий Хазяїн взяв&lt;br /&gt;</w:t>
        <w:br/>
        <w:t>Солом'яного Діда приладнав&lt;br /&gt;</w:t>
        <w:br/>
        <w:t>Та ще й з лозиною, неначе хоче бити;&lt;br /&gt;</w:t>
        <w:br/>
        <w:t>Горобчики сміються у кутку,-&lt;br /&gt;</w:t>
        <w:br/>
        <w:t>Вони, пройдисвіти, дознались,&lt;br /&gt;</w:t>
        <w:br/>
        <w:t>Що то химера, не злякались&lt;br /&gt;</w:t>
        <w:br/>
        <w:t>І шкоду роблять у садку.&lt;br /&gt;</w:t>
        <w:br/>
        <w:t>— Чи вам обридло в світі жити? —&lt;br /&gt;</w:t>
        <w:br/>
        <w:t>Озвавсь Пацюк.— Он Дід стоїть.&lt;br /&gt;</w:t>
        <w:br/>
        <w:t>Лозиною вас хоче бить,&lt;br /&gt;</w:t>
        <w:br/>
        <w:t>Тікайте швидше, дуросвіти! —&lt;br /&gt;</w:t>
        <w:br/>
        <w:t>А Горобці кричать: — Найшов дурних!&lt;br /&gt;</w:t>
        <w:br/>
        <w:t>Ми бачили ще не таких:&lt;br /&gt;</w:t>
        <w:br/>
        <w:t>У панському саду стояли генерали —&lt;br /&gt;</w:t>
        <w:br/>
        <w:t>Та й тим на голову сідали,&lt;br /&gt;</w:t>
        <w:br/>
        <w:t>А се солом'яник... Не боїмось,&lt;br /&gt;</w:t>
        <w:br/>
        <w:t>Під носом пурхаєм і сміємось.</w:t>
      </w:r>
    </w:p>
    <w:p>
      <w:r>
        <w:br/>
        <w:t>Такі Діди і між людьми бувають,&lt;br /&gt;</w:t>
        <w:br/>
        <w:t>І нічогісінько не помагають;&lt;br /&gt;</w:t>
        <w:br/>
        <w:t>А час би людям перестать&lt;br /&gt;</w:t>
        <w:br/>
        <w:t>Солом'яного Діла пхать&lt;br /&gt;</w:t>
        <w:br/>
        <w:t>І тільки горобців смішити;&lt;br /&gt;</w:t>
        <w:br/>
        <w:t>Тепер не пугалом добру навчать,&lt;br /&gt;</w:t>
        <w:br/>
        <w:t>Нам треба іншого бажать —&lt;br /&gt;</w:t>
        <w:br/>
        <w:t>Живого слова правди і просвіти.&lt;br /&gt;</w:t>
        <w:br/>
        <w:t>[1891]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Солом'яний дід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