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Святослава</w:t>
      </w:r>
    </w:p>
    <w:p>
      <w:r>
        <w:br/>
        <w:t xml:space="preserve"> Я бачив сон. Важенних перел град&lt;br /&gt;</w:t>
        <w:br/>
        <w:t>На груди сипали мені, старому,&lt;br /&gt;</w:t>
        <w:br/>
        <w:t>Вдягали в ддовгу чорну паполому,&lt;br /&gt;</w:t>
        <w:br/>
        <w:t>Давали пити не вино, а чад.</w:t>
      </w:r>
    </w:p>
    <w:p>
      <w:r>
        <w:br/>
        <w:t>Я зір будив — обводив кругогляд&lt;br /&gt;</w:t>
        <w:br/>
        <w:t>І відчував крізь димку нерухому,&lt;br /&gt;</w:t>
        <w:br/>
        <w:t>Як обсипався дах княжого дому,&lt;br /&gt;</w:t>
        <w:br/>
        <w:t>Як крякав крук і як клубочивсь гад.</w:t>
      </w:r>
    </w:p>
    <w:p>
      <w:r>
        <w:br/>
        <w:t>О, що за туга розум мій опала!&lt;br /&gt;</w:t>
        <w:br/>
        <w:t>Яка крізь серце потекла Каяла,&lt;br /&gt;</w:t>
        <w:br/>
        <w:t>Що за чуття на серце налягло!</w:t>
      </w:r>
    </w:p>
    <w:p>
      <w:r>
        <w:br/>
        <w:t>Ніч місячна кругом, така студена,&lt;br /&gt;</w:t>
        <w:br/>
        <w:t>Антена гнеться, як струнке стебло,&lt;br /&gt;</w:t>
        <w:br/>
        <w:t>І чорний день десь дзвонить у стремена.</w:t>
      </w:r>
    </w:p>
    <w:p>
      <w:r>
        <w:br/>
        <w:t>23.04.1931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Святослава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