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Сонячні кларнети (збірка)</w:t>
      </w:r>
    </w:p>
    <w:p>
      <w:r>
        <w:br/>
        <w:t xml:space="preserve"> Перша збірка поета.</w:t>
      </w:r>
    </w:p>
    <w:p>
      <w:r>
        <w:br/>
        <w:t>Не Зевс, не Пан…&lt;br /&gt;</w:t>
        <w:br/>
        <w:t>Закучерявилися хмари…&lt;br /&gt;</w:t>
        <w:br/>
        <w:t>Гаї шумлять…&lt;br /&gt;</w:t>
        <w:br/>
        <w:t>Арфами, арфами…&lt;br /&gt;</w:t>
        <w:br/>
        <w:t>Десь надходила весна&lt;br /&gt;</w:t>
        <w:br/>
        <w:t>Цвіт в моєму серці…&lt;br /&gt;</w:t>
        <w:br/>
        <w:t>Не дивися так привітно…&lt;br /&gt;</w:t>
        <w:br/>
        <w:t>Подивилась ясно…&lt;br /&gt;</w:t>
        <w:br/>
        <w:t>З кохання плакав я…&lt;br /&gt;</w:t>
        <w:br/>
        <w:t>О, Панно Інно…&lt;br /&gt;</w:t>
        <w:br/>
        <w:t>Я стою на кручі…&lt;br /&gt;</w:t>
        <w:br/>
        <w:t>Там тополі у полі…&lt;br /&gt;</w:t>
        <w:br/>
        <w:t>Гаптує дівчина…&lt;br /&gt;</w:t>
        <w:br/>
        <w:t>Квітчастий луг…&lt;br /&gt;</w:t>
        <w:br/>
        <w:t>Ой не крийся, природо…&lt;br /&gt;</w:t>
        <w:br/>
        <w:t>Іще пташки…&lt;br /&gt;</w:t>
        <w:br/>
        <w:t>Світає…&lt;br /&gt;</w:t>
        <w:br/>
        <w:t>Енгармонійне&lt;br /&gt;</w:t>
        <w:br/>
        <w:t>Ходять по квітах…&lt;br /&gt;</w:t>
        <w:br/>
        <w:t>У собор&lt;br /&gt;</w:t>
        <w:br/>
        <w:t>Пастелі&lt;br /&gt;</w:t>
        <w:br/>
        <w:t>А я у гай ходила.&lt;br /&gt;</w:t>
        <w:br/>
        <w:t>Хтось гладив ниви…&lt;br /&gt;</w:t>
        <w:br/>
        <w:t>На стрімчастих скелях&lt;br /&gt;</w:t>
        <w:br/>
        <w:t>По хліб шла дитина…&lt;br /&gt;</w:t>
        <w:br/>
        <w:t>Одчиняйте двері…&lt;br /&gt;</w:t>
        <w:br/>
        <w:t>Скорбна мати&lt;br /&gt;</w:t>
        <w:br/>
        <w:t>По блакитному степу&lt;br /&gt;</w:t>
        <w:br/>
        <w:t>Колискова&lt;br /&gt;</w:t>
        <w:br/>
        <w:t>Хор лісових дзвіночків&lt;br /&gt;</w:t>
        <w:br/>
        <w:t>Зелена неділя&lt;br /&gt;</w:t>
        <w:br/>
        <w:t>Війна&lt;br /&gt;</w:t>
        <w:br/>
        <w:t>Дума про трьох вітрів&lt;br /&gt;</w:t>
        <w:br/>
        <w:t>Золотий гомін</w:t>
      </w:r>
    </w:p>
    <w:p>
      <w:r>
        <w:br/>
        <w:t>Не Зевс, не Пан…</w:t>
      </w:r>
    </w:p>
    <w:p>
      <w:r>
        <w:br/>
        <w:t>Не Зевс, не Пан, не Голуб-Дух,&lt;br /&gt;</w:t>
        <w:br/>
        <w:t>Лиш Сонячні Кларнети.&lt;br /&gt;</w:t>
        <w:br/>
        <w:t>У танці я, ритмічний рух,&lt;br /&gt;</w:t>
        <w:br/>
        <w:t>В безсмертнім — всі планети.</w:t>
      </w:r>
    </w:p>
    <w:p>
      <w:r>
        <w:br/>
        <w:t>Я був — не Я. Лиш мрія, сон.&lt;br /&gt;</w:t>
        <w:br/>
        <w:t>Навколо — дзвонні згуки,&lt;br /&gt;</w:t>
        <w:br/>
        <w:t>І пітьми творчої хітон,&lt;br /&gt;</w:t>
        <w:br/>
        <w:t>І благовісні руки.</w:t>
      </w:r>
    </w:p>
    <w:p>
      <w:r>
        <w:br/>
        <w:t>Прокинувсь я — і я вже Ти:&lt;br /&gt;</w:t>
        <w:br/>
        <w:t>Над мною, підо мною&lt;br /&gt;</w:t>
        <w:br/>
        <w:t>Горять світи, біжать світи&lt;br /&gt;</w:t>
        <w:br/>
        <w:t>Музичною рікою.</w:t>
      </w:r>
    </w:p>
    <w:p>
      <w:r>
        <w:br/>
        <w:t>І стежив я, і я веснів:&lt;br /&gt;</w:t>
        <w:br/>
        <w:t>Акордились планети.&lt;br /&gt;</w:t>
        <w:br/>
        <w:t>Навік я взнав, що Ти не Гнів, —&lt;br /&gt;</w:t>
        <w:br/>
        <w:t>Лиш Сонячні Кларнети.</w:t>
      </w:r>
    </w:p>
    <w:p>
      <w:r>
        <w:br/>
        <w:t>1918&lt;br /&gt;</w:t>
        <w:br/>
        <w:t>Закучерявилися хмари…</w:t>
      </w:r>
    </w:p>
    <w:p>
      <w:r>
        <w:br/>
        <w:t>Закучерявилися хмари. Лягла в глибінь блакить…&lt;br /&gt;</w:t>
        <w:br/>
        <w:t>О милий друже, — знов недуже —&lt;br /&gt;</w:t>
        <w:br/>
        <w:t>О любий брате, — розіп'яте —&lt;br /&gt;</w:t>
        <w:br/>
        <w:t>Недуже серце моє, серце, мов лебідь той ячить.</w:t>
      </w:r>
    </w:p>
    <w:p>
      <w:r>
        <w:br/>
        <w:t>Закучерявилися хмари…&lt;br /&gt;</w:t>
        <w:br/>
        <w:t>Женуть вітри, мов буйні тури! Тополі арфи гнуть…&lt;br /&gt;</w:t>
        <w:br/>
        <w:t>З душі моєї — мов лілеї —&lt;br /&gt;</w:t>
        <w:br/>
        <w:t>Ростуть прекрасні — ясні, ясні —&lt;br /&gt;</w:t>
        <w:br/>
        <w:t>З душі моєї смутки, жалі мов квітоньки ростуть.&lt;br /&gt;</w:t>
        <w:br/>
        <w:t>Женуть вітри, мов буйні тури!</w:t>
      </w:r>
    </w:p>
    <w:p>
      <w:r>
        <w:br/>
        <w:t>Одбивсь в озерах настрій сонця. Снує про давнє дим…&lt;br /&gt;</w:t>
        <w:br/>
        <w:t>Я хочу бути — як забути? —&lt;br /&gt;</w:t>
        <w:br/>
        <w:t>Я хочу знову — чорноброву? —&lt;br /&gt;</w:t>
        <w:br/>
        <w:t>Я хочу бути вічно-юним, незломно-молодим!&lt;br /&gt;</w:t>
        <w:br/>
        <w:t>Одбивсь в озерах настрій сонця.</w:t>
      </w:r>
    </w:p>
    <w:p>
      <w:r>
        <w:br/>
        <w:t>І сміх, і дзвони, й радість тепла. Цвіте веселка дум…&lt;br /&gt;</w:t>
        <w:br/>
        <w:t>Сум серце тисне: — сонце! пісне! —&lt;br /&gt;</w:t>
        <w:br/>
        <w:t>В душі я ставлю — вас я славлю! —&lt;br /&gt;</w:t>
        <w:br/>
        <w:t>В душі я ставлю світлий парус, бо в мене в серці сум.&lt;br /&gt;</w:t>
        <w:br/>
        <w:t>І сміх, і дзвони, й радість тепла.</w:t>
      </w:r>
    </w:p>
    <w:p>
      <w:r>
        <w:br/>
        <w:t>1917&lt;br /&gt;</w:t>
        <w:br/>
        <w:t>Гаї шумлять…</w:t>
      </w:r>
    </w:p>
    <w:p>
      <w:r>
        <w:br/>
        <w:t>Гаї шумлять —&lt;br /&gt;</w:t>
        <w:br/>
        <w:t>Я слухаю.&lt;br /&gt;</w:t>
        <w:br/>
        <w:t>Хмарки біжать —&lt;br /&gt;</w:t>
        <w:br/>
        <w:t>Милуюся.&lt;br /&gt;</w:t>
        <w:br/>
        <w:t>Милуюся — дивуюся,&lt;br /&gt;</w:t>
        <w:br/>
        <w:t>Чого душі моїй&lt;br /&gt;</w:t>
        <w:br/>
        <w:t>так весело.</w:t>
      </w:r>
    </w:p>
    <w:p>
      <w:r>
        <w:br/>
        <w:t>Гей, дзвін гуде —&lt;br /&gt;</w:t>
        <w:br/>
        <w:t>І здалеку&lt;br /&gt;</w:t>
        <w:br/>
        <w:t>Думки пряде —&lt;br /&gt;</w:t>
        <w:br/>
        <w:t>Над нивами.&lt;br /&gt;</w:t>
        <w:br/>
        <w:t>Над нивами-приливами,&lt;br /&gt;</w:t>
        <w:br/>
        <w:t>Купаючи мене,&lt;br /&gt;</w:t>
        <w:br/>
        <w:t>мов ластівку.</w:t>
      </w:r>
    </w:p>
    <w:p>
      <w:r>
        <w:br/>
        <w:t>Я йду, іду —&lt;br /&gt;</w:t>
        <w:br/>
        <w:t>Зворушений.&lt;br /&gt;</w:t>
        <w:br/>
        <w:t>Когось все жду —&lt;br /&gt;</w:t>
        <w:br/>
        <w:t>Співаючи.&lt;br /&gt;</w:t>
        <w:br/>
        <w:t>Співаючи — кохаючи&lt;br /&gt;</w:t>
        <w:br/>
        <w:t>Під тихий шепіт трав&lt;br /&gt;</w:t>
        <w:br/>
        <w:t>голублячий.</w:t>
      </w:r>
    </w:p>
    <w:p>
      <w:r>
        <w:br/>
        <w:t>Щось мріє гай —&lt;br /&gt;</w:t>
        <w:br/>
        <w:t>Над річкою.&lt;br /&gt;</w:t>
        <w:br/>
        <w:t>Ген неба край —&lt;br /&gt;</w:t>
        <w:br/>
        <w:t>Як золото.&lt;br /&gt;</w:t>
        <w:br/>
        <w:t>Мов золото — поколото,&lt;br /&gt;</w:t>
        <w:br/>
        <w:t>Горить-тремтить ріка,&lt;br /&gt;</w:t>
        <w:br/>
        <w:t>як музика.</w:t>
      </w:r>
    </w:p>
    <w:p>
      <w:r>
        <w:br/>
        <w:t>1913&lt;br /&gt;</w:t>
        <w:br/>
        <w:t>Арфами, арфами…</w:t>
      </w:r>
    </w:p>
    <w:p>
      <w:r>
        <w:br/>
        <w:t>Арфами, арфами —&lt;br /&gt;</w:t>
        <w:br/>
        <w:t>золотими, голосними обізвалися гаї&lt;br /&gt;</w:t>
        <w:br/>
        <w:t>Самодзвонними:</w:t>
      </w:r>
    </w:p>
    <w:p>
      <w:r>
        <w:br/>
        <w:t>Йде весна&lt;br /&gt;</w:t>
        <w:br/>
        <w:t>Запашна,&lt;br /&gt;</w:t>
        <w:br/>
        <w:t>Квітами-перлами&lt;br /&gt;</w:t>
        <w:br/>
        <w:t>Закосичена.</w:t>
      </w:r>
    </w:p>
    <w:p>
      <w:r>
        <w:br/>
        <w:t>Думами, думами —&lt;br /&gt;</w:t>
        <w:br/>
        <w:t>наче море кораблями, переповнилась блакить&lt;br /&gt;</w:t>
        <w:br/>
        <w:t>Ніжнотонними:&lt;br /&gt;</w:t>
        <w:br/>
        <w:t>Буде бій&lt;br /&gt;</w:t>
        <w:br/>
        <w:t>Вогневий!&lt;br /&gt;</w:t>
        <w:br/>
        <w:t>Сміх буде, плач буде&lt;br /&gt;</w:t>
        <w:br/>
        <w:t>Перламутровий…</w:t>
      </w:r>
    </w:p>
    <w:p>
      <w:r>
        <w:br/>
        <w:t>Стану я, гляну я —&lt;br /&gt;</w:t>
        <w:br/>
        <w:t>скрізь поточки як дзвіночки, жайворон як золотий&lt;br /&gt;</w:t>
        <w:br/>
        <w:t>З переливами:&lt;br /&gt;</w:t>
        <w:br/>
        <w:t>Йде весна&lt;br /&gt;</w:t>
        <w:br/>
        <w:t>Запашна,&lt;br /&gt;</w:t>
        <w:br/>
        <w:t>Квітами-перлами&lt;br /&gt;</w:t>
        <w:br/>
        <w:t>Закосичена.</w:t>
      </w:r>
    </w:p>
    <w:p>
      <w:r>
        <w:br/>
        <w:t>Любая, милая —&lt;br /&gt;</w:t>
        <w:br/>
        <w:t>чи засмучена ти ходиш, чи налита щастям вкрай&lt;br /&gt;</w:t>
        <w:br/>
        <w:t>Там за нивами:&lt;br /&gt;</w:t>
        <w:br/>
        <w:t>Ой одкрий&lt;br /&gt;</w:t>
        <w:br/>
        <w:t>Колос вій!&lt;br /&gt;</w:t>
        <w:br/>
        <w:t>Сміх буде, плач буде&lt;br /&gt;</w:t>
        <w:br/>
        <w:t>Перламутровий…</w:t>
      </w:r>
    </w:p>
    <w:p>
      <w:r>
        <w:br/>
        <w:t>1914&lt;br /&gt;</w:t>
        <w:br/>
        <w:t>Десь надходила весна</w:t>
      </w:r>
    </w:p>
    <w:p>
      <w:r>
        <w:br/>
        <w:t>Десь надходила весна. — Я сказав їй: ти весна!&lt;br /&gt;</w:t>
        <w:br/>
        <w:t>Сизокрилими голубками&lt;br /&gt;</w:t>
        <w:br/>
        <w:t>У куточках на вустах&lt;br /&gt;</w:t>
        <w:br/>
        <w:t>Їй спурхнуло щось усмішками —&lt;br /&gt;</w:t>
        <w:br/>
        <w:t>Й потонуло у душі…</w:t>
      </w:r>
    </w:p>
    <w:p>
      <w:r>
        <w:br/>
        <w:t>Наливалися жита. — Я сказав їй: золота!&lt;br /&gt;</w:t>
        <w:br/>
        <w:t>Гнівно брівоньки зламалися,&lt;br /&gt;</w:t>
        <w:br/>
        <w:t>Одвернулася. Пішла.&lt;br /&gt;</w:t>
        <w:br/>
        <w:t>Тільки довго оглядалася —&lt;br /&gt;</w:t>
        <w:br/>
        <w:t>Мовби кликала: іди!</w:t>
      </w:r>
    </w:p>
    <w:p>
      <w:r>
        <w:br/>
        <w:t>Почали тумани йти. — Я сказав; не любиш ти!&lt;br /&gt;</w:t>
        <w:br/>
        <w:t>Стала. Глянула. Промовила.&lt;br /&gt;</w:t>
        <w:br/>
        <w:t>От І осінь вже прийшла.&lt;br /&gt;</w:t>
        <w:br/>
        <w:t>Так любить? — кажи. Та швидше ж бо! —&lt;br /&gt;</w:t>
        <w:br/>
        <w:t>Блиснув сміх Їй, мов кинджал…</w:t>
      </w:r>
    </w:p>
    <w:p>
      <w:r>
        <w:br/>
        <w:t>Зажуривсь під снігом гай. — Я сказав їй: що ж… прощай!&lt;br /&gt;</w:t>
        <w:br/>
        <w:t>Враз сердечним теплим сяєвом&lt;br /&gt;</w:t>
        <w:br/>
        <w:t>Щось їй бризнуло з очей…&lt;br /&gt;</w:t>
        <w:br/>
        <w:t>Сизокрилою голубкою&lt;br /&gt;</w:t>
        <w:br/>
        <w:t>На моїх вона вустах!</w:t>
      </w:r>
    </w:p>
    <w:p>
      <w:r>
        <w:br/>
        <w:t>1917&lt;br /&gt;</w:t>
        <w:br/>
        <w:t>Цвіт в моєму серці…</w:t>
      </w:r>
    </w:p>
    <w:p>
      <w:r>
        <w:br/>
        <w:t>Цвіт в моєму серці.&lt;br /&gt;</w:t>
        <w:br/>
        <w:t>Ясний цвіт-первоцвіт.&lt;br /&gt;</w:t>
        <w:br/>
        <w:t>Ти той цвіт, мій друже,&lt;br /&gt;</w:t>
        <w:br/>
        <w:t>Срібляний первоцвіт.&lt;br /&gt;</w:t>
        <w:br/>
        <w:t>Ах, ізнов, кохана,&lt;br /&gt;</w:t>
        <w:br/>
        <w:t>Де згучала рана —&lt;br /&gt;</w:t>
        <w:br/>
        <w:t>Квітне цвіт-лервоцвіт!</w:t>
      </w:r>
    </w:p>
    <w:p>
      <w:r>
        <w:br/>
        <w:t>Слухаю мелодій&lt;br /&gt;</w:t>
        <w:br/>
        <w:t>Хмар, озер та вітру.&lt;br /&gt;</w:t>
        <w:br/>
        <w:t>Я бриню, як струни&lt;br /&gt;</w:t>
        <w:br/>
        <w:t>Степу, хмар та вітру.&lt;br /&gt;</w:t>
        <w:br/>
        <w:t>Всі ми серцем дзвоним,&lt;br /&gt;</w:t>
        <w:br/>
        <w:t>Сним вином червоним —&lt;br /&gt;</w:t>
        <w:br/>
        <w:t>Сонця, хмар та вітру!</w:t>
      </w:r>
    </w:p>
    <w:p>
      <w:r>
        <w:br/>
        <w:t>Десь краї казкові,&lt;br /&gt;</w:t>
        <w:br/>
        <w:t>Золоті верхів'я…&lt;br /&gt;</w:t>
        <w:br/>
        <w:t>Тільки шлях тернистий&lt;br /&gt;</w:t>
        <w:br/>
        <w:t>Та на ті верхів'я.&lt;br /&gt;</w:t>
        <w:br/>
        <w:t>Ходять-світять зорі,&lt;br /&gt;</w:t>
        <w:br/>
        <w:t>Плинуть хвилі в морі —&lt;br /&gt;</w:t>
        <w:br/>
        <w:t>В ритмах на верхів'я!</w:t>
      </w:r>
    </w:p>
    <w:p>
      <w:r>
        <w:br/>
        <w:t>Світ в моєму серці,&lt;br /&gt;</w:t>
        <w:br/>
        <w:t>Мрій танок, світанок.&lt;br /&gt;</w:t>
        <w:br/>
        <w:t>Ти той світ, мій друже,&lt;br /&gt;</w:t>
        <w:br/>
        <w:t>Зоряний світанок.&lt;br /&gt;</w:t>
        <w:br/>
        <w:t>Я твої очиці,&lt;br /&gt;</w:t>
        <w:br/>
        <w:t>Зорі, зорениці —&lt;br /&gt;</w:t>
        <w:br/>
        <w:t>Славлю як світанок!</w:t>
      </w:r>
    </w:p>
    <w:p>
      <w:r>
        <w:br/>
        <w:t>1917&lt;br /&gt;</w:t>
        <w:br/>
        <w:t>Не дивися так привітно…</w:t>
      </w:r>
    </w:p>
    <w:p>
      <w:r>
        <w:br/>
        <w:t>Не дивися так привітно,&lt;br /&gt;</w:t>
        <w:br/>
        <w:t>Яблуневоцвітно.&lt;br /&gt;</w:t>
        <w:br/>
        <w:t>Стигнуть зорі, як пшениця:&lt;br /&gt;</w:t>
        <w:br/>
        <w:t>Буду я журиться.</w:t>
      </w:r>
    </w:p>
    <w:p>
      <w:r>
        <w:br/>
        <w:t>Не милуй мене шовкове,&lt;br /&gt;</w:t>
        <w:br/>
        <w:t>Ясно-соколово.&lt;br /&gt;</w:t>
        <w:br/>
        <w:t>На схід сонця квітнуть рожі:&lt;br /&gt;</w:t>
        <w:br/>
        <w:t>Будуть дні погожі.</w:t>
      </w:r>
    </w:p>
    <w:p>
      <w:r>
        <w:br/>
        <w:t>На схід сонця грають грози —&lt;br /&gt;</w:t>
        <w:br/>
        <w:t>Будуть знову сльози!&lt;br /&gt;</w:t>
        <w:br/>
        <w:t>Встали мати, встали й татко:&lt;br /&gt;</w:t>
        <w:br/>
        <w:t>Де ластовенятко?</w:t>
      </w:r>
    </w:p>
    <w:p>
      <w:r>
        <w:br/>
        <w:t>А я тут, в саду, на лавці,&lt;br /&gt;</w:t>
        <w:br/>
        <w:t>Де квітки-ласкавці…&lt;br /&gt;</w:t>
        <w:br/>
        <w:t>Що скажу їм? — Все помітно:&lt;br /&gt;</w:t>
        <w:br/>
        <w:t>Яблуневоцвітно.</w:t>
      </w:r>
    </w:p>
    <w:p>
      <w:r>
        <w:br/>
        <w:t>1918&lt;br /&gt;</w:t>
        <w:br/>
        <w:t>Подивилась ясно…</w:t>
      </w:r>
    </w:p>
    <w:p>
      <w:r>
        <w:br/>
        <w:t>Подивилась ясно, — заспівали скрипки! —&lt;br /&gt;</w:t>
        <w:br/>
        <w:t>Обняла востаннє, — у моїй душі. —&lt;br /&gt;</w:t>
        <w:br/>
        <w:t>Ліс мовчав у смутку, в чорному акорді.&lt;br /&gt;</w:t>
        <w:br/>
        <w:t>Заспівали скрипки у моїй душі!</w:t>
      </w:r>
    </w:p>
    <w:p>
      <w:r>
        <w:br/>
        <w:t>Знав я, знав: навіки, — промені як вії! —&lt;br /&gt;</w:t>
        <w:br/>
        <w:t>Більше не побачу, — сонячних очей. —&lt;br /&gt;</w:t>
        <w:br/>
        <w:t>Буду вічно сам я, в чорному акорді.&lt;br /&gt;</w:t>
        <w:br/>
        <w:t>Промені як вії сонячних очей!</w:t>
      </w:r>
    </w:p>
    <w:p>
      <w:r>
        <w:br/>
        <w:t>1918&lt;br /&gt;</w:t>
        <w:br/>
        <w:t>З кохання плакав я…</w:t>
      </w:r>
    </w:p>
    <w:p>
      <w:r>
        <w:br/>
        <w:t>З кохання плакав я, ридав.&lt;br /&gt;</w:t>
        <w:br/>
        <w:t>(Над бором хмари муром!)&lt;br /&gt;</w:t>
        <w:br/>
        <w:t>Той плач між нею, мною став —&lt;br /&gt;</w:t>
        <w:br/>
        <w:t>(Мармуровим муром…)</w:t>
      </w:r>
    </w:p>
    <w:p>
      <w:r>
        <w:br/>
        <w:t>Пливуть молитви угорі.&lt;br /&gt;</w:t>
        <w:br/>
        <w:t>(Вернися з сміхом — дзвоном!)&lt;br /&gt;</w:t>
        <w:br/>
        <w:t>Спадає лист на вівтарі —&lt;br /&gt;</w:t>
        <w:br/>
        <w:t>(Кучерявим дзвоном…)</w:t>
      </w:r>
    </w:p>
    <w:p>
      <w:r>
        <w:br/>
        <w:t>Уже десь випали сніги.&lt;br /&gt;</w:t>
        <w:br/>
        <w:t>(Над бором хмари муром!)&lt;br /&gt;</w:t>
        <w:br/>
        <w:t>Розбиті ніжні вороги —&lt;br /&gt;</w:t>
        <w:br/>
        <w:t>(Мармуровим муром…)</w:t>
      </w:r>
    </w:p>
    <w:p>
      <w:r>
        <w:br/>
        <w:t>Самотна ти, самотний я.&lt;br /&gt;</w:t>
        <w:br/>
        <w:t>(Весна! — світанок! — вишня!)&lt;br /&gt;</w:t>
        <w:br/>
        <w:t>Обсипалась душа твоя —&lt;br /&gt;</w:t>
        <w:br/>
        <w:t>(Вранішняя вишня…)</w:t>
      </w:r>
    </w:p>
    <w:p>
      <w:r>
        <w:br/>
        <w:t>1917&lt;br /&gt;</w:t>
        <w:br/>
        <w:t>О, Панно Інно…</w:t>
      </w:r>
    </w:p>
    <w:p>
      <w:r>
        <w:br/>
        <w:t>О,панно Інно, панно Інно!&lt;br /&gt;</w:t>
        <w:br/>
        <w:t>Я — сам. Вікно. Сніги…&lt;br /&gt;</w:t>
        <w:br/>
        <w:t>Сестру я Вашу так любив —&lt;br /&gt;</w:t>
        <w:br/>
        <w:t>Дитинно, злотоцінно.&lt;br /&gt;</w:t>
        <w:br/>
        <w:t>Любив? — Давно. Цвіли луги…&lt;br /&gt;</w:t>
        <w:br/>
        <w:t>О,панно Інно, панно Інно,&lt;br /&gt;</w:t>
        <w:br/>
        <w:t>Любові усміх квітне раз — ще й тлінно.&lt;br /&gt;</w:t>
        <w:br/>
        <w:t>Сніги, сніги, сніги…</w:t>
      </w:r>
    </w:p>
    <w:p>
      <w:r>
        <w:br/>
        <w:t>Я Ваші очі пам'ятаю,&lt;br /&gt;</w:t>
        <w:br/>
        <w:t>Як музику, як спів.&lt;br /&gt;</w:t>
        <w:br/>
        <w:t>Зимовий вечір. Тиша. Ми.&lt;br /&gt;</w:t>
        <w:br/>
        <w:t>Я Вам чужий — я знаю.&lt;br /&gt;</w:t>
        <w:br/>
        <w:t>А хтось кричить: ти рідну стрів!&lt;br /&gt;</w:t>
        <w:br/>
        <w:t>І раптом — небо… шепіт гаю…&lt;br /&gt;</w:t>
        <w:br/>
        <w:t>О ні, то очі Ваші. — Я ридаю,&lt;br /&gt;</w:t>
        <w:br/>
        <w:t>Сестра чи Ви? — Любив…</w:t>
      </w:r>
    </w:p>
    <w:p>
      <w:r>
        <w:br/>
        <w:t>1915&lt;br /&gt;</w:t>
        <w:br/>
        <w:t>Я стою на кручі…</w:t>
      </w:r>
    </w:p>
    <w:p>
      <w:r>
        <w:br/>
        <w:t>Я стою на кручі —&lt;br /&gt;</w:t>
        <w:br/>
        <w:t>За рікою дзвони;&lt;br /&gt;</w:t>
        <w:br/>
        <w:t>Жду твоїх вітрил я —&lt;br /&gt;</w:t>
        <w:br/>
        <w:t>Тінь там тоне, тінь там десь.</w:t>
      </w:r>
    </w:p>
    <w:p>
      <w:r>
        <w:br/>
        <w:t>Випливають хмари —&lt;br /&gt;</w:t>
        <w:br/>
        <w:t>Сум росте, мов колос:&lt;br /&gt;</w:t>
        <w:br/>
        <w:t>Хмари хмарять хвилі —&lt;br /&gt;</w:t>
        <w:br/>
        <w:t>Сумно, сам я, світлий сон…</w:t>
      </w:r>
    </w:p>
    <w:p>
      <w:r>
        <w:br/>
        <w:t>Вірю омофорно —&lt;br /&gt;</w:t>
        <w:br/>
        <w:t>За рікою дзвони:&lt;br /&gt;</w:t>
        <w:br/>
        <w:t>Сню волосожарно —&lt;br /&gt;</w:t>
        <w:br/>
        <w:t>Тінь там тоне, тінь там десь.</w:t>
      </w:r>
    </w:p>
    <w:p>
      <w:r>
        <w:br/>
        <w:t>Припливеш, приплинеш —&lt;br /&gt;</w:t>
        <w:br/>
        <w:t>Сум росте мов колос:&lt;br /&gt;</w:t>
        <w:br/>
        <w:t>З піснею про сонце! —&lt;br /&gt;</w:t>
        <w:br/>
        <w:t>Сумно, сам я, світлий сон…</w:t>
      </w:r>
    </w:p>
    <w:p>
      <w:r>
        <w:br/>
        <w:t>1918&lt;br /&gt;</w:t>
        <w:br/>
        <w:t>Там тополі у полі…</w:t>
      </w:r>
    </w:p>
    <w:p>
      <w:r>
        <w:br/>
        <w:t>Там тополі у полі на волі&lt;br /&gt;</w:t>
        <w:br/>
        <w:t>(Хтось на заході жертву приніс)&lt;br /&gt;</w:t>
        <w:br/>
        <w:t>З буйним вітром, свавольним і диким,&lt;br /&gt;</w:t>
        <w:br/>
        <w:t>Струнко рвуться кудись в далечінь…</w:t>
      </w:r>
    </w:p>
    <w:p>
      <w:r>
        <w:br/>
        <w:t>Йду в простори я, чулий, тривожний&lt;br /&gt;</w:t>
        <w:br/>
        <w:t>(Гасне день, облітає, мов мак).&lt;br /&gt;</w:t>
        <w:br/>
        <w:t>В моїм серці і бурі, і грози,&lt;br /&gt;</w:t>
        <w:br/>
        <w:t>Й рокотання — ридання бандур…</w:t>
      </w:r>
    </w:p>
    <w:p>
      <w:r>
        <w:br/>
        <w:t>Хилить вітер жита понад шляхом&lt;br /&gt;</w:t>
        <w:br/>
        <w:t>(Ой там хмара похмура з півдня).&lt;br /&gt;</w:t>
        <w:br/>
        <w:t>І так смутно, так смутно співає —&lt;br /&gt;</w:t>
        <w:br/>
        <w:t>Тільки перепел б'є десь у дзвін…</w:t>
      </w:r>
    </w:p>
    <w:p>
      <w:r>
        <w:br/>
        <w:t>Моя пісне, вогниста, шалена&lt;br /&gt;</w:t>
        <w:br/>
        <w:t>(Креше небо і котить свій гнів),&lt;br /&gt;</w:t>
        <w:br/>
        <w:t>Ах, розбийся на світлі акорди,&lt;br /&gt;</w:t>
        <w:br/>
        <w:t>Розридайсь — і затихни, як грім…</w:t>
      </w:r>
    </w:p>
    <w:p>
      <w:r>
        <w:br/>
        <w:t>1916&lt;br /&gt;</w:t>
        <w:br/>
        <w:t>Гаптує дівчина…</w:t>
      </w:r>
    </w:p>
    <w:p>
      <w:r>
        <w:br/>
        <w:t>Гаптує дівчина й ридає —&lt;br /&gt;</w:t>
        <w:br/>
        <w:t>Чи то ж шиття!&lt;br /&gt;</w:t>
        <w:br/>
        <w:t>Червоним, чорним вишиває&lt;br /&gt;</w:t>
        <w:br/>
        <w:t>Мені життя.</w:t>
      </w:r>
    </w:p>
    <w:p>
      <w:r>
        <w:br/>
        <w:t>Танцюють згуки на дзвіниці,&lt;br /&gt;</w:t>
        <w:br/>
        <w:t>І плаче дзвін.&lt;br /&gt;</w:t>
        <w:br/>
        <w:t>Я йду. Мій шлях то із костриці,&lt;br /&gt;</w:t>
        <w:br/>
        <w:t>То із жоржин.</w:t>
      </w:r>
    </w:p>
    <w:p>
      <w:r>
        <w:br/>
        <w:t>Тумани линуть вгору, вгору,&lt;br /&gt;</w:t>
        <w:br/>
        <w:t>А хмари — вниз.&lt;br /&gt;</w:t>
        <w:br/>
        <w:t>Чому я не люблю простору,&lt;br /&gt;</w:t>
        <w:br/>
        <w:t>Як я без сліз?</w:t>
      </w:r>
    </w:p>
    <w:p>
      <w:r>
        <w:br/>
        <w:t>Я ввечері цілую рожу&lt;br /&gt;</w:t>
        <w:br/>
        <w:t>І кличу сум.&lt;br /&gt;</w:t>
        <w:br/>
        <w:t>Чому, чому я жить не можу&lt;br /&gt;</w:t>
        <w:br/>
        <w:t>Та сам, без дум?</w:t>
      </w:r>
    </w:p>
    <w:p>
      <w:r>
        <w:br/>
        <w:t>1914&lt;br /&gt;</w:t>
        <w:br/>
        <w:t>Квітчастий луг…</w:t>
      </w:r>
    </w:p>
    <w:p>
      <w:r>
        <w:br/>
        <w:t>Квітчастий луг і дощик золотий.&lt;br /&gt;</w:t>
        <w:br/>
        <w:t>А в далині, мов акварелі, —&lt;br /&gt;</w:t>
        <w:br/>
        <w:t>Примружились гаї, замислились оселі…&lt;br /&gt;</w:t>
        <w:br/>
        <w:t>Ах, серце, пий!&lt;br /&gt;</w:t>
        <w:br/>
        <w:t>Повітря — мов прив'ялий трунок.&lt;br /&gt;</w:t>
        <w:br/>
        <w:t>Це рання осінь шле цілунок&lt;br /&gt;</w:t>
        <w:br/>
        <w:t>Такий чудовий та сумний.</w:t>
      </w:r>
    </w:p>
    <w:p>
      <w:r>
        <w:br/>
        <w:t>Стою я сам посеред нив чужих,&lt;br /&gt;</w:t>
        <w:br/>
        <w:t>Немов покинута офіра.&lt;br /&gt;</w:t>
        <w:br/>
        <w:t>І слухає мій сум природа. Люба. Щира,&lt;br /&gt;</w:t>
        <w:br/>
        <w:t>Крізь плач, крізь сміх.&lt;br /&gt;</w:t>
        <w:br/>
        <w:t>Вона сама — царівна мила —&lt;br /&gt;</w:t>
        <w:br/>
        <w:t>Не раз свій смуток хоронила&lt;br /&gt;</w:t>
        <w:br/>
        <w:t>В самій собі, в піснях своїх.</w:t>
      </w:r>
    </w:p>
    <w:p>
      <w:r>
        <w:br/>
        <w:t>Стою. Молюсь. Так тихо-тихо скрізь, —&lt;br /&gt;</w:t>
        <w:br/>
        <w:t>Мов перед образом Мадонни.&lt;br /&gt;</w:t>
        <w:br/>
        <w:t>Лиш від осель пливуть тужні, обнявшись, дзвони,&lt;br /&gt;</w:t>
        <w:br/>
        <w:t>Узори сліз.&lt;br /&gt;</w:t>
        <w:br/>
        <w:t>Лише з-над хмар часом прилине&lt;br /&gt;</w:t>
        <w:br/>
        <w:t>Прощання з літом журавлине —&lt;br /&gt;</w:t>
        <w:br/>
        <w:t>Погасле, як грезет із риз…</w:t>
      </w:r>
    </w:p>
    <w:p>
      <w:r>
        <w:br/>
        <w:t>Гей, над дорогою стоїть верба,&lt;br /&gt;</w:t>
        <w:br/>
        <w:t>Дзвінкі дощові струни ловить,&lt;br /&gt;</w:t>
        <w:br/>
        <w:t>Все вітами хитає, наче сумно мовить:&lt;br /&gt;</w:t>
        <w:br/>
        <w:t>Журба, журба…&lt;br /&gt;</w:t>
        <w:br/>
        <w:t>Отак роки, отак без краю&lt;br /&gt;</w:t>
        <w:br/>
        <w:t>На струнах Вічності перебираю&lt;br /&gt;</w:t>
        <w:br/>
        <w:t>Я, одинокая верба.</w:t>
      </w:r>
    </w:p>
    <w:p>
      <w:r>
        <w:br/>
        <w:t>1915&lt;br /&gt;</w:t>
        <w:br/>
        <w:t>Ой не крийся, природо…</w:t>
      </w:r>
    </w:p>
    <w:p>
      <w:r>
        <w:br/>
        <w:t>Ой не крийся, природо, не крийся.&lt;br /&gt;</w:t>
        <w:br/>
        <w:t>Що ти в тузі за літом, у тузі.&lt;br /&gt;</w:t>
        <w:br/>
        <w:t>У туманах ти сниш… А чогось так сичі&lt;br /&gt;</w:t>
        <w:br/>
        <w:t>Розридалися в лузі.</w:t>
      </w:r>
    </w:p>
    <w:p>
      <w:r>
        <w:br/>
        <w:t>Твої коси від смутку, від суму&lt;br /&gt;</w:t>
        <w:br/>
        <w:t>Вкрила прозолоть, ой ще й кривава.&lt;br /&gt;</w:t>
        <w:br/>
        <w:t>Певно й серце твоє взолотила печаль,&lt;br /&gt;</w:t>
        <w:br/>
        <w:t>Що така ти ласкава.</w:t>
      </w:r>
    </w:p>
    <w:p>
      <w:r>
        <w:br/>
        <w:t>А була ж ти — як буря Із громом!&lt;br /&gt;</w:t>
        <w:br/>
        <w:t>А була ж ти — як ніч на Купала…&lt;br /&gt;</w:t>
        <w:br/>
        <w:t>Безгоміння і сум. Безгоміння і сон. —&lt;br /&gt;</w:t>
        <w:br/>
        <w:t>Тільки зірка упала…</w:t>
      </w:r>
    </w:p>
    <w:p>
      <w:r>
        <w:br/>
        <w:t>Ой там зірка десь впала, як згадка.&lt;br /&gt;</w:t>
        <w:br/>
        <w:t>Засміялося серце у тузі!&lt;br /&gt;</w:t>
        <w:br/>
        <w:t>Плачуть знову сичі… О ридай же, молись;&lt;br /&gt;</w:t>
        <w:br/>
        <w:t>Ходить осінь у лузі.</w:t>
      </w:r>
    </w:p>
    <w:p>
      <w:r>
        <w:br/>
        <w:t>1915&lt;br /&gt;</w:t>
        <w:br/>
        <w:t>Іще пташки…</w:t>
      </w:r>
    </w:p>
    <w:p>
      <w:r>
        <w:br/>
        <w:t>Іще пташки в дзвінких піснях блакитний день купають,&lt;br /&gt;</w:t>
        <w:br/>
        <w:t>Ще половіє злотом хвиль на сонці жита риза&lt;br /&gt;</w:t>
        <w:br/>
        <w:t>(Вітри лежать, вітри на арфу грають); —&lt;br /&gt;</w:t>
        <w:br/>
        <w:t>А в небі свариться вже хтось. Завіса чорно-сиза&lt;br /&gt;</w:t>
        <w:br/>
        <w:t>Півнеба мовчки зап'яла. Земля вдягає тінь…&lt;br /&gt;</w:t>
        <w:br/>
        <w:t>Мов звір, ховається людина.&lt;br /&gt;</w:t>
        <w:br/>
        <w:t>— Господь іде! — подумав десь полинь.&lt;br /&gt;</w:t>
        <w:br/>
        <w:t>Заплакав дощ… і вщух.&lt;br /&gt;</w:t>
        <w:br/>
        <w:t>Мовчить гора. Мовчить долина.&lt;br /&gt;</w:t>
        <w:br/>
        <w:t>— Господня тінь, — прошепотів полинь.</w:t>
      </w:r>
    </w:p>
    <w:p>
      <w:r>
        <w:br/>
        <w:t>І враз — роздерлась пополам завіса! — Тиша. Мертва…&lt;br /&gt;</w:t>
        <w:br/>
        <w:t>Метнувсь огонь: розцвівсь, розпавсь — аж води закипіли!&lt;br /&gt;</w:t>
        <w:br/>
        <w:t>І полилася піснь, принеслась жертва.&lt;br /&gt;</w:t>
        <w:br/>
        <w:t>Курять шляхи, біжать, біжать… Рвуть вихори, як жили,&lt;br /&gt;</w:t>
        <w:br/>
        <w:t>Рідке коріння верб старих, що моляться в сльозах.&lt;br /&gt;</w:t>
        <w:br/>
        <w:t>А трави — й плакати не сміють.&lt;br /&gt;</w:t>
        <w:br/>
        <w:t>Ідуть потужні сили! Морок. Жах…&lt;br /&gt;</w:t>
        <w:br/>
        <w:t>…І дзвонять десь в селі.&lt;br /&gt;</w:t>
        <w:br/>
        <w:t>І вже тремтять, вже спокій сіють&lt;br /&gt;</w:t>
        <w:br/>
        <w:t>Сріблясті голуби у небесах.</w:t>
      </w:r>
    </w:p>
    <w:p>
      <w:r>
        <w:br/>
        <w:t>[1914–1916]&lt;br /&gt;</w:t>
        <w:br/>
        <w:t>Світає…</w:t>
      </w:r>
    </w:p>
    <w:p>
      <w:r>
        <w:br/>
        <w:t>Світає…&lt;br /&gt;</w:t>
        <w:br/>
        <w:t>Так тихо, так любо, так ніжно у полі.&lt;br /&gt;</w:t>
        <w:br/>
        <w:t>Мов свічі погаслі в клубках фіміаму,&lt;br /&gt;</w:t>
        <w:br/>
        <w:t>В туман загорнувшись, далекі тополі&lt;br /&gt;</w:t>
        <w:br/>
        <w:t>В душі вигравають мінорную гаму.&lt;br /&gt;</w:t>
        <w:br/>
        <w:t>Вже дніє поволі…&lt;br /&gt;</w:t>
        <w:br/>
        <w:t>Так тихо, так любо, так ніжно у полі.</w:t>
      </w:r>
    </w:p>
    <w:p>
      <w:r>
        <w:br/>
        <w:t>Світає…&lt;br /&gt;</w:t>
        <w:br/>
        <w:t>Все спить ще: і небо, і зорі безсилі.&lt;br /&gt;</w:t>
        <w:br/>
        <w:t>Лиш птах десь озвався спросоння ліниво,&lt;br /&gt;</w:t>
        <w:br/>
        <w:t>Та пень обгорілий, мов піп на могилі,&lt;br /&gt;</w:t>
        <w:br/>
        <w:t>"Безсмертний, помилуй!" — кричить мовчазливо.&lt;br /&gt;</w:t>
        <w:br/>
        <w:t>Видніє щохвилі…&lt;br /&gt;</w:t>
        <w:br/>
        <w:t>Все спить ще: і небо, і зорі безсилі.</w:t>
      </w:r>
    </w:p>
    <w:p>
      <w:r>
        <w:br/>
        <w:t>Світає…&lt;br /&gt;</w:t>
        <w:br/>
        <w:t>Проміннями схід ранить ніч, мов мечами.&lt;br /&gt;</w:t>
        <w:br/>
        <w:t>Хмарки золоті поспішають на битву&lt;br /&gt;</w:t>
        <w:br/>
        <w:t>Безмовні тумани тремтять над полями,&lt;br /&gt;</w:t>
        <w:br/>
        <w:t>І з ними стаю я на ранню молитву:&lt;br /&gt;</w:t>
        <w:br/>
        <w:t>О зглянься над нами!&lt;br /&gt;</w:t>
        <w:br/>
        <w:t>За що нас Ти раниш у серце мечами?</w:t>
      </w:r>
    </w:p>
    <w:p>
      <w:r>
        <w:br/>
        <w:t>[1914–1916]&lt;br /&gt;</w:t>
        <w:br/>
        <w:t>Енгармонійне</w:t>
      </w:r>
    </w:p>
    <w:p>
      <w:r>
        <w:br/>
        <w:t>ТУМАН</w:t>
      </w:r>
    </w:p>
    <w:p>
      <w:r>
        <w:br/>
        <w:t>Над болотом пряде молоком.&lt;br /&gt;</w:t>
        <w:br/>
        <w:t>Чорний ворон замисливсь.&lt;br /&gt;</w:t>
        <w:br/>
        <w:t>Сизий ворон задумавсь.&lt;br /&gt;</w:t>
        <w:br/>
        <w:t>Очі виклював. Бог зна кому.</w:t>
      </w:r>
    </w:p>
    <w:p>
      <w:r>
        <w:br/>
        <w:t>А від сходу мечами йде гнів!..&lt;br /&gt;</w:t>
        <w:br/>
        <w:t>Чорний ворон враз кинувсь.&lt;br /&gt;</w:t>
        <w:br/>
        <w:t>Сизий ворон схопився.&lt;br /&gt;</w:t>
        <w:br/>
        <w:t>Очі виклював. Бог зна кому</w:t>
      </w:r>
    </w:p>
    <w:p>
      <w:r>
        <w:br/>
        <w:t>СОНЦЕ</w:t>
      </w:r>
    </w:p>
    <w:p>
      <w:r>
        <w:br/>
        <w:t>Десь клюють та й райські птиці&lt;br /&gt;</w:t>
        <w:br/>
        <w:t>Вино-зелено.&lt;br /&gt;</w:t>
        <w:br/>
        <w:t>Розпрозорились озера!..&lt;br /&gt;</w:t>
        <w:br/>
        <w:t>Тінь. Давно.</w:t>
      </w:r>
    </w:p>
    <w:p>
      <w:r>
        <w:br/>
        <w:t>Косарі кують до сходу.&lt;br /&gt;</w:t>
        <w:br/>
        <w:t>Полум'я квіток!&lt;br /&gt;</w:t>
        <w:br/>
        <w:t>Перса дівчини спросоння:&lt;br /&gt;</w:t>
        <w:br/>
        <w:t>Син… синок…</w:t>
      </w:r>
    </w:p>
    <w:p>
      <w:r>
        <w:br/>
        <w:t>ВІТЕР</w:t>
      </w:r>
    </w:p>
    <w:p>
      <w:r>
        <w:br/>
        <w:t>Птах — ріка — зелена вика —&lt;br /&gt;</w:t>
        <w:br/>
        <w:t>Ритми соняшника.&lt;br /&gt;</w:t>
        <w:br/>
        <w:t>День біжить, дзвенить-сміється,&lt;br /&gt;</w:t>
        <w:br/>
        <w:t>Перегулюється!</w:t>
      </w:r>
    </w:p>
    <w:p>
      <w:r>
        <w:br/>
        <w:t>Над житами — йде з медами —&lt;br /&gt;</w:t>
        <w:br/>
        <w:t>Хилить келихами.&lt;br /&gt;</w:t>
        <w:br/>
        <w:t>День біжить, дзвенить-сміється,&lt;br /&gt;</w:t>
        <w:br/>
        <w:t>Перегулюється!</w:t>
      </w:r>
    </w:p>
    <w:p>
      <w:r>
        <w:br/>
        <w:t>ДОЩ</w:t>
      </w:r>
    </w:p>
    <w:p>
      <w:r>
        <w:br/>
        <w:t>А на воді в чиїсь руці&lt;br /&gt;</w:t>
        <w:br/>
        <w:t>Гадюки пнуться… Сон. До дна.&lt;br /&gt;</w:t>
        <w:br/>
        <w:t>Війнув, дихнув, сипнув пшона&lt;br /&gt;</w:t>
        <w:br/>
        <w:t>І заскакали горобці!..</w:t>
      </w:r>
    </w:p>
    <w:p>
      <w:r>
        <w:br/>
        <w:t>— Тікай! — шепнуло в береги.&lt;br /&gt;</w:t>
        <w:br/>
        <w:t>— Лягай… — хитнуло смолки.&lt;br /&gt;</w:t>
        <w:br/>
        <w:t>Спустила хмарка на луги&lt;br /&gt;</w:t>
        <w:br/>
        <w:t>Мережані подолки.</w:t>
      </w:r>
    </w:p>
    <w:p>
      <w:r>
        <w:br/>
        <w:t>1918&lt;br /&gt;</w:t>
        <w:br/>
        <w:t>Ходять по квітах…</w:t>
      </w:r>
    </w:p>
    <w:p>
      <w:r>
        <w:br/>
        <w:t>Ходять по квітах, по росі.&lt;br /&gt;</w:t>
        <w:br/>
        <w:t>Очима чесними,&lt;br /&gt;</w:t>
        <w:br/>
        <w:t>Христовоскресними&lt;br /&gt;</w:t>
        <w:br/>
        <w:t>Поеми тчуть.&lt;br /&gt;</w:t>
        <w:br/>
        <w:t>А сонця, сонця в їх красі —&lt;br /&gt;</w:t>
        <w:br/>
        <w:t>Не чуть.</w:t>
      </w:r>
    </w:p>
    <w:p>
      <w:r>
        <w:br/>
        <w:t>Царства.&lt;br /&gt;</w:t>
        <w:br/>
        <w:t>Під спів крові — без пісень —&lt;br /&gt;</w:t>
        <w:br/>
        <w:t>Вмер чорнобривий день.&lt;br /&gt;</w:t>
        <w:br/>
        <w:t>О лицарі безумного лицарства,&lt;br /&gt;</w:t>
        <w:br/>
        <w:t>З прокляттям вас на перегній!&lt;br /&gt;</w:t>
        <w:br/>
        <w:t>— Трояндний!&lt;br /&gt;</w:t>
        <w:br/>
        <w:t>— Молодий!&lt;br /&gt;</w:t>
        <w:br/>
        <w:t>— Бій!</w:t>
      </w:r>
    </w:p>
    <w:p>
      <w:r>
        <w:br/>
        <w:t>1917&lt;br /&gt;</w:t>
        <w:br/>
        <w:t>У собор</w:t>
      </w:r>
    </w:p>
    <w:p>
      <w:r>
        <w:br/>
        <w:t>І</w:t>
      </w:r>
    </w:p>
    <w:p>
      <w:r>
        <w:br/>
        <w:t>По один бік верби,&lt;br /&gt;</w:t>
        <w:br/>
        <w:t>По другий старці.&lt;br /&gt;</w:t>
        <w:br/>
        <w:t>Гнуться, гнуться, гнуться верби.&lt;br /&gt;</w:t>
        <w:br/>
        <w:t>Нагинаються старці.</w:t>
      </w:r>
    </w:p>
    <w:p>
      <w:r>
        <w:br/>
        <w:t>Шум юрби глухої.&lt;br /&gt;</w:t>
        <w:br/>
        <w:t>Блиск хмариних крил!&lt;br /&gt;</w:t>
        <w:br/>
        <w:t>…Сповиває аналої&lt;br /&gt;</w:t>
        <w:br/>
        <w:t>Синє брязканя кадил.</w:t>
      </w:r>
    </w:p>
    <w:p>
      <w:r>
        <w:br/>
        <w:t>Тут говорять з Богом.&lt;br /&gt;</w:t>
        <w:br/>
        <w:t>Тут Йому скажу —&lt;br /&gt;</w:t>
        <w:br/>
        <w:t>(Хтось заплакав за порогом) —&lt;br /&gt;</w:t>
        <w:br/>
        <w:t>З херувимами служу!</w:t>
      </w:r>
    </w:p>
    <w:p>
      <w:r>
        <w:br/>
        <w:t>Жду я, ждуть всі люде —&lt;br /&gt;</w:t>
        <w:br/>
        <w:t>І нема Його.&lt;br /&gt;</w:t>
        <w:br/>
        <w:t>Гнуться, гнуться, гнуться люде,&lt;br /&gt;</w:t>
        <w:br/>
        <w:t>Дожидаються Його.</w:t>
      </w:r>
    </w:p>
    <w:p>
      <w:r>
        <w:br/>
        <w:t>II</w:t>
      </w:r>
    </w:p>
    <w:p>
      <w:r>
        <w:br/>
        <w:t>Співає стежка&lt;br /&gt;</w:t>
        <w:br/>
        <w:t>На город.&lt;br /&gt;</w:t>
        <w:br/>
        <w:t>Гарбуз під парасольками&lt;br /&gt;</w:t>
        <w:br/>
        <w:t>Про сонце думає.</w:t>
      </w:r>
    </w:p>
    <w:p>
      <w:r>
        <w:br/>
        <w:t>За частоколом —&lt;br /&gt;</w:t>
        <w:br/>
        <w:t>Зелений гімн.&lt;br /&gt;</w:t>
        <w:br/>
        <w:t>Зоставайтеся, люде,&lt;br /&gt;</w:t>
        <w:br/>
        <w:t>З своїми божками!</w:t>
      </w:r>
    </w:p>
    <w:p>
      <w:r>
        <w:br/>
        <w:t>Соняшники горять…&lt;br /&gt;</w:t>
        <w:br/>
        <w:t>— сама як струна —&lt;br /&gt;</w:t>
        <w:br/>
        <w:t>Метеликів дуети…&lt;br /&gt;</w:t>
        <w:br/>
        <w:t>— а на лапках мед —</w:t>
      </w:r>
    </w:p>
    <w:p>
      <w:r>
        <w:br/>
        <w:t>Ромашка? — здрастуй!&lt;br /&gt;</w:t>
        <w:br/>
        <w:t>І вона тихо: здрастуй.&lt;br /&gt;</w:t>
        <w:br/>
        <w:t>І згучить земля,&lt;br /&gt;</w:t>
        <w:br/>
        <w:t>Як орган.</w:t>
      </w:r>
    </w:p>
    <w:p>
      <w:r>
        <w:br/>
        <w:t>1917&lt;br /&gt;</w:t>
        <w:br/>
        <w:t>Пастелі</w:t>
      </w:r>
    </w:p>
    <w:p>
      <w:r>
        <w:br/>
        <w:t>І</w:t>
      </w:r>
    </w:p>
    <w:p>
      <w:r>
        <w:br/>
        <w:t>Пробіг зайчик.&lt;br /&gt;</w:t>
        <w:br/>
        <w:t>Дивиться —&lt;br /&gt;</w:t>
        <w:br/>
        <w:t>Світанок!&lt;br /&gt;</w:t>
        <w:br/>
        <w:t>Сидить, грається.&lt;br /&gt;</w:t>
        <w:br/>
        <w:t>Ромашкам очі розтулює,&lt;br /&gt;</w:t>
        <w:br/>
        <w:t>А на сході небо пахне.&lt;br /&gt;</w:t>
        <w:br/>
        <w:t>Півні чорний плащ ночі&lt;br /&gt;</w:t>
        <w:br/>
        <w:t>Вогняними нитками сточують.&lt;br /&gt;</w:t>
        <w:br/>
        <w:t>— сонце —&lt;br /&gt;</w:t>
        <w:br/>
        <w:t>Пробіг зайчик.</w:t>
      </w:r>
    </w:p>
    <w:p>
      <w:r>
        <w:br/>
        <w:t>II</w:t>
      </w:r>
    </w:p>
    <w:p>
      <w:r>
        <w:br/>
        <w:t>Випив доброго вина&lt;br /&gt;</w:t>
        <w:br/>
        <w:t>Залізний день.&lt;br /&gt;</w:t>
        <w:br/>
        <w:t>Розцвітайте, луги! —&lt;br /&gt;</w:t>
        <w:br/>
        <w:t>: я йду — день —&lt;br /&gt;</w:t>
        <w:br/>
        <w:t>Пасітесь, отари! —&lt;br /&gt;</w:t>
        <w:br/>
        <w:t>: до своєї любої — день —&lt;br /&gt;</w:t>
        <w:br/>
        <w:t>Колискове, колоски!—&lt;br /&gt;</w:t>
        <w:br/>
        <w:t>:удень.&lt;br /&gt;</w:t>
        <w:br/>
        <w:t>Випив доброго вина&lt;br /&gt;</w:t>
        <w:br/>
        <w:t>Залізний день.</w:t>
      </w:r>
    </w:p>
    <w:p>
      <w:r>
        <w:br/>
        <w:t>III</w:t>
      </w:r>
    </w:p>
    <w:p>
      <w:r>
        <w:br/>
        <w:t>Коливалося флейтами&lt;br /&gt;</w:t>
        <w:br/>
        <w:t>Там, де сонце зайшло.&lt;br /&gt;</w:t>
        <w:br/>
        <w:t>Навшпиньках&lt;br /&gt;</w:t>
        <w:br/>
        <w:t>Підійшов вечір.&lt;br /&gt;</w:t>
        <w:br/>
        <w:t>Засвітив зорі,&lt;br /&gt;</w:t>
        <w:br/>
        <w:t>Прослав на травах тумани&lt;br /&gt;</w:t>
        <w:br/>
        <w:t>І, на вуста поклавши палець,&lt;br /&gt;</w:t>
        <w:br/>
        <w:t>Ліг.&lt;br /&gt;</w:t>
        <w:br/>
        <w:t>Коливалося флейтами&lt;br /&gt;</w:t>
        <w:br/>
        <w:t>Там, де сонце зайшло.</w:t>
      </w:r>
    </w:p>
    <w:p>
      <w:r>
        <w:br/>
        <w:t>IV</w:t>
      </w:r>
    </w:p>
    <w:p>
      <w:r>
        <w:br/>
        <w:t>Укрийте мене, укрийте:&lt;br /&gt;</w:t>
        <w:br/>
        <w:t>Я — ніч, стара,&lt;br /&gt;</w:t>
        <w:br/>
        <w:t>Нездужаю.&lt;br /&gt;</w:t>
        <w:br/>
        <w:t>Одвіку в снах&lt;br /&gt;</w:t>
        <w:br/>
        <w:t>Мій чорний шлях.&lt;br /&gt;</w:t>
        <w:br/>
        <w:t>Покладіть отут м'яти,&lt;br /&gt;</w:t>
        <w:br/>
        <w:t>Та хай тополя шелестить.&lt;br /&gt;</w:t>
        <w:br/>
        <w:t>Укрийте мене, укрийте:&lt;br /&gt;</w:t>
        <w:br/>
        <w:t>Я — ніч, стара,&lt;br /&gt;</w:t>
        <w:br/>
        <w:t>Нездужаю.</w:t>
      </w:r>
    </w:p>
    <w:p>
      <w:r>
        <w:br/>
        <w:t>1917&lt;br /&gt;</w:t>
        <w:br/>
        <w:t>А я у гай ходила.</w:t>
      </w:r>
    </w:p>
    <w:p>
      <w:r>
        <w:br/>
        <w:t>А я у гай ходила&lt;br /&gt;</w:t>
        <w:br/>
        <w:t>по квітку ось яку&lt;br /&gt;</w:t>
        <w:br/>
        <w:t>а там дерева люлі&lt;br /&gt;</w:t>
        <w:br/>
        <w:t>і все отак зозулі&lt;br /&gt;</w:t>
        <w:br/>
        <w:t>ку&lt;br /&gt;</w:t>
        <w:br/>
        <w:t>ку</w:t>
      </w:r>
    </w:p>
    <w:p>
      <w:r>
        <w:br/>
        <w:t>Я зайчика зустріла&lt;br /&gt;</w:t>
        <w:br/>
        <w:t>дрімав він на горбку&lt;br /&gt;</w:t>
        <w:br/>
        <w:t>була б його спіймала&lt;br /&gt;</w:t>
        <w:br/>
        <w:t>зозуля ізлякала&lt;br /&gt;</w:t>
        <w:br/>
        <w:t>ку&lt;br /&gt;</w:t>
        <w:br/>
        <w:t>ку</w:t>
      </w:r>
    </w:p>
    <w:p>
      <w:r>
        <w:br/>
        <w:t>1917&lt;br /&gt;</w:t>
        <w:br/>
        <w:t>Хтось гладив ниви…</w:t>
      </w:r>
    </w:p>
    <w:p>
      <w:r>
        <w:br/>
        <w:t>Хтось гладив ниви, все гладив ниви,&lt;br /&gt;</w:t>
        <w:br/>
        <w:t>Ходив у гніві і сіяв співи:&lt;br /&gt;</w:t>
        <w:br/>
        <w:t>О, дайте грому, о, дайте зливи! —&lt;br /&gt;</w:t>
        <w:br/>
        <w:t>Нехай не сохнуть злотисті гриви.&lt;br /&gt;</w:t>
        <w:br/>
        <w:t>Хтось гладив ниви, так ніжно гладив.</w:t>
      </w:r>
    </w:p>
    <w:p>
      <w:r>
        <w:br/>
        <w:t>Плили хмарини, немов перлини…&lt;br /&gt;</w:t>
        <w:br/>
        <w:t>Їх вид рожевий — уста дитини!&lt;br /&gt;</w:t>
        <w:br/>
        <w:t>Набігли тіні — і… ждуть долини,&lt;br /&gt;</w:t>
        <w:br/>
        <w:t>Пробігли тіні — сумні хвилини:&lt;br /&gt;</w:t>
        <w:br/>
        <w:t>Плили хмарини чужі, далекі…</w:t>
      </w:r>
    </w:p>
    <w:p>
      <w:r>
        <w:br/>
        <w:t>Сліпучі тони — і дика воля!&lt;br /&gt;</w:t>
        <w:br/>
        <w:t>Ой, хтось заплакав посеред поля.&lt;br /&gt;</w:t>
        <w:br/>
        <w:t>Зловісна доля, жорстока доля.&lt;br /&gt;</w:t>
        <w:br/>
        <w:t>Здаля сміялась струнка тополя.&lt;br /&gt;</w:t>
        <w:br/>
        <w:t>Сліпучі тони — й смутні волошки…</w:t>
      </w:r>
    </w:p>
    <w:p>
      <w:r>
        <w:br/>
        <w:t>1915&lt;br /&gt;</w:t>
        <w:br/>
        <w:t>На стрімчастих скелях</w:t>
      </w:r>
    </w:p>
    <w:p>
      <w:r>
        <w:br/>
        <w:t>На стрімчастих скелях&lt;br /&gt;</w:t>
        <w:br/>
        <w:t>Де орли та хмари,&lt;br /&gt;</w:t>
        <w:br/>
        <w:t>Над могутнім морем,&lt;br /&gt;</w:t>
        <w:br/>
        <w:t>В осяйній блакиті —&lt;br /&gt;</w:t>
        <w:br/>
        <w:t>Гей,&lt;br /&gt;</w:t>
        <w:br/>
        <w:t>Там&lt;br /&gt;</w:t>
        <w:br/>
        <w:t>Розцвітали грози!&lt;br /&gt;</w:t>
        <w:br/>
        <w:t>Розцвітали грози…</w:t>
      </w:r>
    </w:p>
    <w:p>
      <w:r>
        <w:br/>
        <w:t>Із долин до неба&lt;br /&gt;</w:t>
        <w:br/>
        <w:t>Простяглися руки:&lt;br /&gt;</w:t>
        <w:br/>
        <w:t>О, позичте, грози,&lt;br /&gt;</w:t>
        <w:br/>
        <w:t>Зливної блакиті! —&lt;br /&gt;</w:t>
        <w:br/>
        <w:t>Враз&lt;br /&gt;</w:t>
        <w:br/>
        <w:t>Вниз&lt;br /&gt;</w:t>
        <w:br/>
        <w:t>Впали краплі крові!&lt;br /&gt;</w:t>
        <w:br/>
        <w:t>Впали краплі крові…</w:t>
      </w:r>
    </w:p>
    <w:p>
      <w:r>
        <w:br/>
        <w:t>На ланах, на травах,&lt;br /&gt;</w:t>
        <w:br/>
        <w:t>На срібно-зелених,&lt;br /&gt;</w:t>
        <w:br/>
        <w:t>У житах злотистих,&lt;br /&gt;</w:t>
        <w:br/>
        <w:t>Стрункоколоскових —&lt;br /&gt;</w:t>
        <w:br/>
        <w:t>Гей,&lt;br /&gt;</w:t>
        <w:br/>
        <w:t>Там,&lt;br /&gt;</w:t>
        <w:br/>
        <w:t>Там шуміли шуми!&lt;br /&gt;</w:t>
        <w:br/>
        <w:t>Там гуміли шуми…</w:t>
      </w:r>
    </w:p>
    <w:p>
      <w:r>
        <w:br/>
        <w:t>Хтось горів світанно,&lt;br /&gt;</w:t>
        <w:br/>
        <w:t>Коліноприклонно:&lt;br /&gt;</w:t>
        <w:br/>
        <w:t>Дай нам, земле, шуму,&lt;br /&gt;</w:t>
        <w:br/>
        <w:t>Шуму — божевілля!&lt;br /&gt;</w:t>
        <w:br/>
        <w:t>Ніч.&lt;br /&gt;</w:t>
        <w:br/>
        <w:t>Плач.&lt;br /&gt;</w:t>
        <w:br/>
        <w:t>Смерть шумить косою!&lt;br /&gt;</w:t>
        <w:br/>
        <w:t>Смерть шумить косою…</w:t>
      </w:r>
    </w:p>
    <w:p>
      <w:r>
        <w:br/>
        <w:t>Серпень 1917&lt;br /&gt;</w:t>
        <w:br/>
        <w:t>По хліб шла дитина…</w:t>
      </w:r>
    </w:p>
    <w:p>
      <w:r>
        <w:br/>
        <w:t>По хліб шла дитина — трояндно!&lt;br /&gt;</w:t>
        <w:br/>
        <w:t>: тікайте! стріляють, ідуть.&lt;br /&gt;</w:t>
        <w:br/>
        <w:t>Розкинуло ручки — трояндно…</w:t>
      </w:r>
    </w:p>
    <w:p>
      <w:r>
        <w:br/>
        <w:t>Ні бога, ні чорта — на бурю!&lt;br /&gt;</w:t>
        <w:br/>
        <w:t>: гей, стійте! знайдем і в церквах.&lt;br /&gt;</w:t>
        <w:br/>
        <w:t>Знялось гайвороння — на бурю…</w:t>
      </w:r>
    </w:p>
    <w:p>
      <w:r>
        <w:br/>
        <w:t>Серпень 1917р.&lt;br /&gt;</w:t>
        <w:br/>
        <w:t>Одчиняйте двері…</w:t>
      </w:r>
    </w:p>
    <w:p>
      <w:r>
        <w:br/>
        <w:t>Одчиняйте двері —&lt;br /&gt;</w:t>
        <w:br/>
        <w:t>Наречена йде!&lt;br /&gt;</w:t>
        <w:br/>
        <w:t>Одчиняйте двері —&lt;br /&gt;</w:t>
        <w:br/>
        <w:t>Голуба блакить!&lt;br /&gt;</w:t>
        <w:br/>
        <w:t>Очі, серце і хорали&lt;br /&gt;</w:t>
        <w:br/>
        <w:t>Стали,&lt;br /&gt;</w:t>
        <w:br/>
        <w:t>Ждуть…</w:t>
      </w:r>
    </w:p>
    <w:p>
      <w:r>
        <w:br/>
        <w:t>Одчинились двері —&lt;br /&gt;</w:t>
        <w:br/>
        <w:t>Горобина ніч!&lt;br /&gt;</w:t>
        <w:br/>
        <w:t>Одчинились двері —&lt;br /&gt;</w:t>
        <w:br/>
        <w:t>Всі шляхи в крові!&lt;br /&gt;</w:t>
        <w:br/>
        <w:t>Незриданними сльозами&lt;br /&gt;</w:t>
        <w:br/>
        <w:t>Тьмами&lt;br /&gt;</w:t>
        <w:br/>
        <w:t>Дощ…</w:t>
      </w:r>
    </w:p>
    <w:p>
      <w:r>
        <w:br/>
        <w:t>1918&lt;br /&gt;</w:t>
        <w:br/>
        <w:t>Скорбна мати&lt;br /&gt;</w:t>
        <w:br/>
        <w:t>Пам'яті моєї матері</w:t>
      </w:r>
    </w:p>
    <w:p>
      <w:r>
        <w:br/>
        <w:t>І</w:t>
      </w:r>
    </w:p>
    <w:p>
      <w:r>
        <w:br/>
        <w:t>Проходила по полю&lt;br /&gt;</w:t>
        <w:br/>
        <w:t>Обніжками, межами.&lt;br /&gt;</w:t>
        <w:br/>
        <w:t>Біль серце опромінив&lt;br /&gt;</w:t>
        <w:br/>
        <w:t>Блискучими ножами!</w:t>
      </w:r>
    </w:p>
    <w:p>
      <w:r>
        <w:br/>
        <w:t>Поглянула — скрізь тихо.&lt;br /&gt;</w:t>
        <w:br/>
        <w:t>Чийсь труп в житах чорніє…&lt;br /&gt;</w:t>
        <w:br/>
        <w:t>Спросоння колосочки:&lt;br /&gt;</w:t>
        <w:br/>
        <w:t>Ой радуйся, Маріє!</w:t>
      </w:r>
    </w:p>
    <w:p>
      <w:r>
        <w:br/>
        <w:t>Спросоння колосочки:&lt;br /&gt;</w:t>
        <w:br/>
        <w:t>Побудь, побудь із нами!&lt;br /&gt;</w:t>
        <w:br/>
        <w:t>Спинилась Божа Мати,&lt;br /&gt;</w:t>
        <w:br/>
        <w:t>Заплакала сльозами.</w:t>
      </w:r>
    </w:p>
    <w:p>
      <w:r>
        <w:br/>
        <w:t>Не місяць, І не зорі,&lt;br /&gt;</w:t>
        <w:br/>
        <w:t>І дніти мов не дніло,&lt;br /&gt;</w:t>
        <w:br/>
        <w:t>Як страшно!…людське серце&lt;br /&gt;</w:t>
        <w:br/>
        <w:t>До краю обідніло.</w:t>
      </w:r>
    </w:p>
    <w:p>
      <w:r>
        <w:br/>
        <w:t>II</w:t>
      </w:r>
    </w:p>
    <w:p>
      <w:r>
        <w:br/>
        <w:t>Проходила по полю —&lt;br /&gt;</w:t>
        <w:br/>
        <w:t>Зелене зеленіє…&lt;br /&gt;</w:t>
        <w:br/>
        <w:t>Назустріч Учні Сина:&lt;br /&gt;</w:t>
        <w:br/>
        <w:t>Возрадуйся, Маріє!</w:t>
      </w:r>
    </w:p>
    <w:p>
      <w:r>
        <w:br/>
        <w:t>Возрадуйся, Маріє:&lt;br /&gt;</w:t>
        <w:br/>
        <w:t>Шукаємо Ісуса&lt;br /&gt;</w:t>
        <w:br/>
        <w:t>Скажи, як нам простіше&lt;br /&gt;</w:t>
        <w:br/>
        <w:t>Пройти до Еммауса?</w:t>
      </w:r>
    </w:p>
    <w:p>
      <w:r>
        <w:br/>
        <w:t>Звела Марія руки,&lt;br /&gt;</w:t>
        <w:br/>
        <w:t>Безкровні, як лілеї:&lt;br /&gt;</w:t>
        <w:br/>
        <w:t>Не до Юдеї шлях вам,&lt;br /&gt;</w:t>
        <w:br/>
        <w:t>Вертайте й з Галілеї.</w:t>
      </w:r>
    </w:p>
    <w:p>
      <w:r>
        <w:br/>
        <w:t>Ідіте на Вкраїну,&lt;br /&gt;</w:t>
        <w:br/>
        <w:t>Заходьте в кожну хату ~&lt;br /&gt;</w:t>
        <w:br/>
        <w:t>Ачей вам там покажуть&lt;br /&gt;</w:t>
        <w:br/>
        <w:t>Хоч тінь Його розп'яту</w:t>
      </w:r>
    </w:p>
    <w:p>
      <w:r>
        <w:br/>
        <w:t>III</w:t>
      </w:r>
    </w:p>
    <w:p>
      <w:r>
        <w:br/>
        <w:t>Проходила по полю,&lt;br /&gt;</w:t>
        <w:br/>
        <w:t>В могилах поле мріє —&lt;br /&gt;</w:t>
        <w:br/>
        <w:t>Назустріч вітер віє —&lt;br /&gt;</w:t>
        <w:br/>
        <w:t>Христос воскрес, Маріє!</w:t>
      </w:r>
    </w:p>
    <w:p>
      <w:r>
        <w:br/>
        <w:t>Христос воскрес? — не чула,&lt;br /&gt;</w:t>
        <w:br/>
        <w:t>Не відаю, не знаю.&lt;br /&gt;</w:t>
        <w:br/>
        <w:t>Не буть ніколи раю&lt;br /&gt;</w:t>
        <w:br/>
        <w:t>У цім кривавім краю.</w:t>
      </w:r>
    </w:p>
    <w:p>
      <w:r>
        <w:br/>
        <w:t>Христос воскрес, Маріє!&lt;br /&gt;</w:t>
        <w:br/>
        <w:t>Ми — квіти звіробою,&lt;br /&gt;</w:t>
        <w:br/>
        <w:t>їз крові тут юрбою&lt;br /&gt;</w:t>
        <w:br/>
        <w:t>Зросли на полі бою.</w:t>
      </w:r>
    </w:p>
    <w:p>
      <w:r>
        <w:br/>
        <w:t>Мовчать далекі села.&lt;br /&gt;</w:t>
        <w:br/>
        <w:t>В могилах поле мріє.&lt;br /&gt;</w:t>
        <w:br/>
        <w:t>А квітка лебедіє;&lt;br /&gt;</w:t>
        <w:br/>
        <w:t>О згляньсь хоч Ти, Маріє!</w:t>
      </w:r>
    </w:p>
    <w:p>
      <w:r>
        <w:br/>
        <w:t>IV</w:t>
      </w:r>
    </w:p>
    <w:p>
      <w:r>
        <w:br/>
        <w:t>Проходила по полю…&lt;br /&gt;</w:t>
        <w:br/>
        <w:t>— І цій країні вмерти? —&lt;br /&gt;</w:t>
        <w:br/>
        <w:t>Де він родився вдруге, —&lt;br /&gt;</w:t>
        <w:br/>
        <w:t>Яку любив до смерти?</w:t>
      </w:r>
    </w:p>
    <w:p>
      <w:r>
        <w:br/>
        <w:t>Поглянула — скрізь тихо.&lt;br /&gt;</w:t>
        <w:br/>
        <w:t>Буяє дике жито.&lt;br /&gt;</w:t>
        <w:br/>
        <w:t>— За що Тебе розп'ято?&lt;br /&gt;</w:t>
        <w:br/>
        <w:t>За що Тебе убито?</w:t>
      </w:r>
    </w:p>
    <w:p>
      <w:r>
        <w:br/>
        <w:t>Не витримала суму,&lt;br /&gt;</w:t>
        <w:br/>
        <w:t>Не витримала муки, —&lt;br /&gt;</w:t>
        <w:br/>
        <w:t>Упала на обніжок,&lt;br /&gt;</w:t>
        <w:br/>
        <w:t>Хрестом розп'явши руки!..</w:t>
      </w:r>
    </w:p>
    <w:p>
      <w:r>
        <w:br/>
        <w:t>Над Нею колосочки&lt;br /&gt;</w:t>
        <w:br/>
        <w:t>"Ой радуйся!" — шептали.&lt;br /&gt;</w:t>
        <w:br/>
        <w:t>А янголи на небі —&lt;br /&gt;</w:t>
        <w:br/>
        <w:t>Не чули і не знали.</w:t>
      </w:r>
    </w:p>
    <w:p>
      <w:r>
        <w:br/>
        <w:t>[1918]&lt;br /&gt;</w:t>
        <w:br/>
        <w:t>По блакитному степу</w:t>
      </w:r>
    </w:p>
    <w:p>
      <w:r>
        <w:br/>
        <w:t>По блакитному степу&lt;br /&gt;</w:t>
        <w:br/>
        <w:t>Вороний вітер!&lt;br /&gt;</w:t>
        <w:br/>
        <w:t>Пригорнув раз та й подався —&lt;br /&gt;</w:t>
        <w:br/>
        <w:t>Вороний вітер…</w:t>
      </w:r>
    </w:p>
    <w:p>
      <w:r>
        <w:br/>
        <w:t>Вийшла жита жати я.&lt;br /&gt;</w:t>
        <w:br/>
        <w:t>Громова хмара!&lt;br /&gt;</w:t>
        <w:br/>
        <w:t>Ой не всі з війни додому —&lt;br /&gt;</w:t>
        <w:br/>
        <w:t>Вороний вітер…</w:t>
      </w:r>
    </w:p>
    <w:p>
      <w:r>
        <w:br/>
        <w:t>Гляне сонце, як дитя,&lt;br /&gt;</w:t>
        <w:br/>
        <w:t>А в селі голод!&lt;br /&gt;</w:t>
        <w:br/>
        <w:t>Ходять матері, як тіні, —&lt;br /&gt;</w:t>
        <w:br/>
        <w:t>Вороний вітер…</w:t>
      </w:r>
    </w:p>
    <w:p>
      <w:r>
        <w:br/>
        <w:t>На чужині десь ген-ген&lt;br /&gt;</w:t>
        <w:br/>
        <w:t>Без хреста; ворон…&lt;br /&gt;</w:t>
        <w:br/>
        <w:t>Будьте прокляті з війною! —&lt;br /&gt;</w:t>
        <w:br/>
        <w:t>Вороний вітер…</w:t>
      </w:r>
    </w:p>
    <w:p>
      <w:r>
        <w:br/>
        <w:t>[1917–1918]&lt;br /&gt;</w:t>
        <w:br/>
        <w:t>Колискова&lt;br /&gt;</w:t>
        <w:br/>
        <w:t>З Анатоля Ле Браза</w:t>
      </w:r>
    </w:p>
    <w:p>
      <w:r>
        <w:br/>
        <w:t>Засни, дитинонько, засни! Хай бризнуть сни квітками!&lt;br /&gt;</w:t>
        <w:br/>
        <w:t>Прийми під захист. Боже, тих, чий шлях прославсь морями!</w:t>
      </w:r>
    </w:p>
    <w:p>
      <w:r>
        <w:br/>
        <w:t>Співай, стара, лий серця біль в пісні безкраї, чулі&lt;br /&gt;</w:t>
        <w:br/>
        <w:t>Про море те, що блискотить при місяцю: ой люлі…</w:t>
      </w:r>
    </w:p>
    <w:p>
      <w:r>
        <w:br/>
        <w:t>Як підеш ти на корабель — тоді вже погуляти!&lt;br /&gt;</w:t>
        <w:br/>
        <w:t>Колиску зробить вітер з хвиль і буде колисати.</w:t>
      </w:r>
    </w:p>
    <w:p>
      <w:r>
        <w:br/>
        <w:t>Співай, стара, лий серця біль в пісні безкраї, чулі&lt;br /&gt;</w:t>
        <w:br/>
        <w:t>Про море те, що блискотить при місяцю: ой люлі…</w:t>
      </w:r>
    </w:p>
    <w:p>
      <w:r>
        <w:br/>
        <w:t>В твоїй душі хвилює спів, безмежний спів, як море,&lt;br /&gt;</w:t>
        <w:br/>
        <w:t>Синам на втіху любу він, а матерям на горе.</w:t>
      </w:r>
    </w:p>
    <w:p>
      <w:r>
        <w:br/>
        <w:t>Співай, стара, лий серця біль в пісні безкраї, чулі&lt;br /&gt;</w:t>
        <w:br/>
        <w:t>Про море те, що блискотить при місяцю: ой люлі…</w:t>
      </w:r>
    </w:p>
    <w:p>
      <w:r>
        <w:br/>
        <w:t>У фьордах батенька твого зла хвиля поховала!&lt;br /&gt;</w:t>
        <w:br/>
        <w:t>В той час родився, синку, ти — і я не заридала.</w:t>
      </w:r>
    </w:p>
    <w:p>
      <w:r>
        <w:br/>
        <w:t>Співай, стара, лий серця біль в пісні безкраї, чулі&lt;br /&gt;</w:t>
        <w:br/>
        <w:t>Про море те, що блискотить при місяцю: ой люлі…</w:t>
      </w:r>
    </w:p>
    <w:p>
      <w:r>
        <w:br/>
        <w:t>Громадить хмари буровій над фьордами потворні.&lt;br /&gt;</w:t>
        <w:br/>
        <w:t>Під заколисанку твою колише трупи чорні.</w:t>
      </w:r>
    </w:p>
    <w:p>
      <w:r>
        <w:br/>
        <w:t>Співай, стара, лий серця біль в пісні безкраї, чулі&lt;br /&gt;</w:t>
        <w:br/>
        <w:t>Про море те, що блискотить при місяцю: ой люлі…</w:t>
      </w:r>
    </w:p>
    <w:p>
      <w:r>
        <w:br/>
        <w:t>Засни, дитинонько, засни! Хай бризнуть сни квітками!&lt;br /&gt;</w:t>
        <w:br/>
        <w:t>Прийми під захист. Боже, тих, чий шлях прославсь морями</w:t>
      </w:r>
    </w:p>
    <w:p>
      <w:r>
        <w:br/>
        <w:t>Співай, стара, лий серця біль в пісні безкраї, чулі&lt;br /&gt;</w:t>
        <w:br/>
        <w:t>Про море те, що блискотить при місяцю: ой люлі…</w:t>
      </w:r>
    </w:p>
    <w:p>
      <w:r>
        <w:br/>
        <w:t>Бо ми вас родимо, — о глум! — а глибина поглине!&lt;br /&gt;</w:t>
        <w:br/>
        <w:t>Гей, хто бретонцем уродивсь — той моряком загине:</w:t>
      </w:r>
    </w:p>
    <w:p>
      <w:r>
        <w:br/>
        <w:t>Співай, стара, лий серця біль в пісні безкраї, чулі&lt;br /&gt;</w:t>
        <w:br/>
        <w:t>Про море те, що блискотить при місяцю: ой люлі…</w:t>
      </w:r>
    </w:p>
    <w:p>
      <w:r>
        <w:br/>
        <w:t>Хор лісових дзвіночків&lt;br /&gt;</w:t>
        <w:br/>
        <w:t>Уривок із поеми</w:t>
      </w:r>
    </w:p>
    <w:p>
      <w:r>
        <w:br/>
        <w:t>Ми дзвіночки,&lt;br /&gt;</w:t>
        <w:br/>
        <w:t>Лісові дзвіночки,&lt;br /&gt;</w:t>
        <w:br/>
        <w:t>Славим день.&lt;br /&gt;</w:t>
        <w:br/>
        <w:t>Ми співаєм,&lt;br /&gt;</w:t>
        <w:br/>
        <w:t>Дзвоном зустрічаєм:&lt;br /&gt;</w:t>
        <w:br/>
        <w:t>День!&lt;br /&gt;</w:t>
        <w:br/>
        <w:t>День.</w:t>
      </w:r>
    </w:p>
    <w:p>
      <w:r>
        <w:br/>
        <w:t>Любим сонце,&lt;br /&gt;</w:t>
        <w:br/>
        <w:t>Небосхил і сонце,&lt;br /&gt;</w:t>
        <w:br/>
        <w:t>Світлу тінь,&lt;br /&gt;</w:t>
        <w:br/>
        <w:t>Сни розкішні,&lt;br /&gt;</w:t>
        <w:br/>
        <w:t>Все гаї затишні:&lt;br /&gt;</w:t>
        <w:br/>
        <w:t>Тінь!&lt;br /&gt;</w:t>
        <w:br/>
        <w:t>Тінь.</w:t>
      </w:r>
    </w:p>
    <w:p>
      <w:r>
        <w:br/>
        <w:t>Линьте, хмари,&lt;br /&gt;</w:t>
        <w:br/>
        <w:t>Ой прилиньте, хмари, —&lt;br /&gt;</w:t>
        <w:br/>
        <w:t>Ясний день.&lt;br /&gt;</w:t>
        <w:br/>
        <w:t>Окропіте,&lt;br /&gt;</w:t>
        <w:br/>
        <w:t>Нас благословіте:&lt;br /&gt;</w:t>
        <w:br/>
        <w:t>День!&lt;br /&gt;</w:t>
        <w:br/>
        <w:t>День.</w:t>
      </w:r>
    </w:p>
    <w:p>
      <w:r>
        <w:br/>
        <w:t>Хай по полю,&lt;br /&gt;</w:t>
        <w:br/>
        <w:t>Золотому полю,&lt;br /&gt;</w:t>
        <w:br/>
        <w:t>Ляже тінь.&lt;br /&gt;</w:t>
        <w:br/>
        <w:t>Хай схитнеться —&lt;br /&gt;</w:t>
        <w:br/>
        <w:t>Жито усміхнеться;&lt;br /&gt;</w:t>
        <w:br/>
        <w:t>Тінь!&lt;br /&gt;</w:t>
        <w:br/>
        <w:t>Тінь.</w:t>
      </w:r>
    </w:p>
    <w:p>
      <w:r>
        <w:br/>
        <w:t>1917&lt;br /&gt;</w:t>
        <w:br/>
        <w:t>Зелена неділя</w:t>
      </w:r>
    </w:p>
    <w:p>
      <w:r>
        <w:br/>
        <w:t>Із золотих своїх дворів&lt;br /&gt;</w:t>
        <w:br/>
        <w:t>Свята Неділя вийшла.&lt;br /&gt;</w:t>
        <w:br/>
        <w:t>Тихо. Сумно.&lt;br /&gt;</w:t>
        <w:br/>
        <w:t>Ніщо не пролетить, не заспіває.&lt;br /&gt;</w:t>
        <w:br/>
        <w:t>— Пошли, о Боже, пташку в світ!&lt;br /&gt;</w:t>
        <w:br/>
        <w:t>Хоча б і без голосу — аби кукала.&lt;br /&gt;</w:t>
        <w:br/>
        <w:t>І Бог послав зозулю.&lt;br /&gt;</w:t>
        <w:br/>
        <w:t>— на віку&lt;br /&gt;</w:t>
        <w:br/>
        <w:t>пий музику&lt;br /&gt;</w:t>
        <w:br/>
        <w:t>муку&lt;br /&gt;</w:t>
        <w:br/>
        <w:t>випадковий цього віку&lt;br /&gt;</w:t>
        <w:br/>
        <w:t>потопельнику —&lt;br /&gt;</w:t>
        <w:br/>
        <w:t>Сумно.&lt;br /&gt;</w:t>
        <w:br/>
        <w:t>Зелена Неділя.</w:t>
      </w:r>
    </w:p>
    <w:p>
      <w:r>
        <w:br/>
        <w:t>[1920]&lt;br /&gt;</w:t>
        <w:br/>
        <w:t>Війна</w:t>
      </w:r>
    </w:p>
    <w:p>
      <w:r>
        <w:br/>
        <w:t>І</w:t>
      </w:r>
    </w:p>
    <w:p>
      <w:r>
        <w:br/>
        <w:t>Кладусь я спать.&lt;br /&gt;</w:t>
        <w:br/>
        <w:t>Три янголи в головах стоять.&lt;br /&gt;</w:t>
        <w:br/>
        <w:t>Один янгол — все бачить,&lt;br /&gt;</w:t>
        <w:br/>
        <w:t>Другий янгол — все чує.&lt;br /&gt;</w:t>
        <w:br/>
        <w:t>Третій янгол — все знає.</w:t>
      </w:r>
    </w:p>
    <w:p>
      <w:r>
        <w:br/>
        <w:t>І приснивсь мені&lt;br /&gt;</w:t>
        <w:br/>
        <w:t>Син.</w:t>
      </w:r>
    </w:p>
    <w:p>
      <w:r>
        <w:br/>
        <w:t>Наче він сам проти ворога ставає.&lt;br /&gt;</w:t>
        <w:br/>
        <w:t>А той обступає, просто в груди рубає!&lt;br /&gt;</w:t>
        <w:br/>
        <w:t>(Перший янгол вид свій закриває).</w:t>
      </w:r>
    </w:p>
    <w:p>
      <w:r>
        <w:br/>
        <w:t>І ніби поле рівне, рівне та зелене.&lt;br /&gt;</w:t>
        <w:br/>
        <w:t>І вітер стеле спів: "Прощайте, нене!"&lt;br /&gt;</w:t>
        <w:br/>
        <w:t>(Другий янгол із хрестом до мене).</w:t>
      </w:r>
    </w:p>
    <w:p>
      <w:r>
        <w:br/>
        <w:t>І вітер стеле: "Не сумуйте, смерті той не знає,&lt;br /&gt;</w:t>
        <w:br/>
        <w:t>Хто за Вкраїну помирає!"&lt;br /&gt;</w:t>
        <w:br/>
        <w:t>(Третій янгол серце звеселяє).</w:t>
      </w:r>
    </w:p>
    <w:p>
      <w:r>
        <w:br/>
        <w:t>І приснився мені&lt;br /&gt;</w:t>
        <w:br/>
        <w:t>Син.</w:t>
      </w:r>
    </w:p>
    <w:p>
      <w:r>
        <w:br/>
        <w:t>II</w:t>
      </w:r>
    </w:p>
    <w:p>
      <w:r>
        <w:br/>
        <w:t>Праворуч — сонце.&lt;br /&gt;</w:t>
        <w:br/>
        <w:t>Ліворуч — місяць.&lt;br /&gt;</w:t>
        <w:br/>
        <w:t>А так — зоря.</w:t>
      </w:r>
    </w:p>
    <w:p>
      <w:r>
        <w:br/>
        <w:t>— Благословляю, синку, на ворога.&lt;br /&gt;</w:t>
        <w:br/>
        <w:t>А він: матусю моя!&lt;br /&gt;</w:t>
        <w:br/>
        <w:t>Немає, каже, ворога&lt;br /&gt;</w:t>
        <w:br/>
        <w:t>Та й не було.&lt;br /&gt;</w:t>
        <w:br/>
        <w:t>Тільки й єсть у нас ворог —&lt;br /&gt;</w:t>
        <w:br/>
        <w:t>Наше серце.&lt;br /&gt;</w:t>
        <w:br/>
        <w:t>Благословіть, мамо, шукати зілля,&lt;br /&gt;</w:t>
        <w:br/>
        <w:t>Шукати зілля на людське божевілля.&lt;br /&gt;</w:t>
        <w:br/>
        <w:t>Звела я руку до хреста —&lt;br /&gt;</w:t>
        <w:br/>
        <w:t>Аж коло мене нікого нема.&lt;br /&gt;</w:t>
        <w:br/>
        <w:t>Тихо, лиш ворон: кря! кря!..</w:t>
      </w:r>
    </w:p>
    <w:p>
      <w:r>
        <w:br/>
        <w:t>Праворуч — сонце.&lt;br /&gt;</w:t>
        <w:br/>
        <w:t>Ліворуч — місяць.&lt;br /&gt;</w:t>
        <w:br/>
        <w:t>А так — зоря.</w:t>
      </w:r>
    </w:p>
    <w:p>
      <w:r>
        <w:br/>
        <w:t>[1918]&lt;br /&gt;</w:t>
        <w:br/>
        <w:t>Дума про трьох вітрів</w:t>
      </w:r>
    </w:p>
    <w:p>
      <w:r>
        <w:br/>
        <w:t>На ранній весні-провесні,&lt;br /&gt;</w:t>
        <w:br/>
        <w:t>Гей, на світанню гук.</w:t>
      </w:r>
    </w:p>
    <w:p>
      <w:r>
        <w:br/>
        <w:t>Ой за горами, за високими,&lt;br /&gt;</w:t>
        <w:br/>
        <w:t>Там за морями та за глибокими,&lt;br /&gt;</w:t>
        <w:br/>
        <w:t>Ще Й за шляхами несходимими —&lt;br /&gt;</w:t>
        <w:br/>
        <w:t>Рано-пораненьку Ясне Сонечко сходило,&lt;br /&gt;</w:t>
        <w:br/>
        <w:t>Ясне Сонечко сходило, братів своїх, Вітрів, до себе іскликало,&lt;br /&gt;</w:t>
        <w:br/>
        <w:t>До них словами промовляло:&lt;br /&gt;</w:t>
        <w:br/>
        <w:t>"Брати мої!&lt;br /&gt;</w:t>
        <w:br/>
        <w:t>Вітри мої!&lt;br /&gt;</w:t>
        <w:br/>
        <w:t>Брати мої любі, милі,&lt;br /&gt;</w:t>
        <w:br/>
        <w:t>Вольні, прудкокрилі!&lt;br /&gt;</w:t>
        <w:br/>
        <w:t>А станьте ви на рівні ноги:&lt;br /&gt;</w:t>
        <w:br/>
        <w:t>На гори, доли, на людяні шляхи, на перелоги —&lt;br /&gt;</w:t>
        <w:br/>
        <w:t>Летіть-співайте,&lt;br /&gt;</w:t>
        <w:br/>
        <w:t>Про мене, вашого брата старшого, Ясного Сонечка,&lt;br /&gt;</w:t>
        <w:br/>
        <w:t>Людям повідайте.&lt;br /&gt;</w:t>
        <w:br/>
        <w:t>А уже ж я та не по-зимньому грію:&lt;br /&gt;</w:t>
        <w:br/>
        <w:t>Зоря з зорею перемигнутися не вспіє, —&lt;br /&gt;</w:t>
        <w:br/>
        <w:t>Як я поломенію".</w:t>
      </w:r>
    </w:p>
    <w:p>
      <w:r>
        <w:br/>
        <w:t>Теє Вітри зачували,&lt;br /&gt;</w:t>
        <w:br/>
        <w:t>На рівні ноги ставали,&lt;br /&gt;</w:t>
        <w:br/>
        <w:t>На різні сторони свої дужі крула розправляли.&lt;br /&gt;</w:t>
        <w:br/>
        <w:t>На ранній весні-провесні,&lt;br /&gt;</w:t>
        <w:br/>
        <w:t>Гей, на світанню гук.</w:t>
      </w:r>
    </w:p>
    <w:p>
      <w:r>
        <w:br/>
        <w:t>Що перший Вітер молодий —&lt;br /&gt;</w:t>
        <w:br/>
        <w:t>Лукавий Сніговій —&lt;br /&gt;</w:t>
        <w:br/>
        <w:t>Та так собі подумав, так помислив:&lt;br /&gt;</w:t>
        <w:br/>
        <w:t>"А чи не краще б було,&lt;br /&gt;</w:t>
        <w:br/>
        <w:t>Коли б ти, братіку мій, Ясне Сонечко, та по-зимньому ісходило?&lt;br /&gt;</w:t>
        <w:br/>
        <w:t>Бо цю землю тільки пригрій —&lt;br /&gt;</w:t>
        <w:br/>
        <w:t>То вже й клопіт імій".&lt;br /&gt;</w:t>
        <w:br/>
        <w:t>Тож перший Вітер — Сніговій-Морозище —&lt;br /&gt;</w:t>
        <w:br/>
        <w:t>Летить, гуде, свище,&lt;br /&gt;</w:t>
        <w:br/>
        <w:t>Снігом хати обкидає,&lt;br /&gt;</w:t>
        <w:br/>
        <w:t>З людей насміхає:&lt;br /&gt;</w:t>
        <w:br/>
        <w:t>"Це вас, — каже, — Сонечко веснянеє вітає".</w:t>
      </w:r>
    </w:p>
    <w:p>
      <w:r>
        <w:br/>
        <w:t>Тоді теє люди зачували,&lt;br /&gt;</w:t>
        <w:br/>
        <w:t>Одне д'одного словами промовляли:&lt;br /&gt;</w:t>
        <w:br/>
        <w:t>"Ой не буть, видно, весні, як об Різдві грому,&lt;br /&gt;</w:t>
        <w:br/>
        <w:t>Коли до нас говорять по-чужому".</w:t>
      </w:r>
    </w:p>
    <w:p>
      <w:r>
        <w:br/>
        <w:t>На ранній весні-провесні,&lt;br /&gt;</w:t>
        <w:br/>
        <w:t>Гей, на світанню гук.</w:t>
      </w:r>
    </w:p>
    <w:p>
      <w:r>
        <w:br/>
        <w:t>Що другий Вітер молодий —&lt;br /&gt;</w:t>
        <w:br/>
        <w:t>Безжурний Буровій —&lt;br /&gt;</w:t>
        <w:br/>
        <w:t>Та так собі подумав, так помислив:&lt;br /&gt;</w:t>
        <w:br/>
        <w:t>"Хай собі Сонечко як завгодно сходить —&lt;br /&gt;</w:t>
        <w:br/>
        <w:t>Чи по-зимньому,&lt;br /&gt;</w:t>
        <w:br/>
        <w:t>Чи по-весняному,&lt;br /&gt;</w:t>
        <w:br/>
        <w:t>Аби мені було можна пити-гуляти,&lt;br /&gt;</w:t>
        <w:br/>
        <w:t>Свою душеньку потішати".&lt;br /&gt;</w:t>
        <w:br/>
        <w:t>Тож другий Вітер налітає,&lt;br /&gt;</w:t>
        <w:br/>
        <w:t>Людям хати перекидає,&lt;br /&gt;</w:t>
        <w:br/>
        <w:t>Гірко так насміхає:&lt;br /&gt;</w:t>
        <w:br/>
        <w:t>"Це вас, — каже, — люде, весна та воля вітає".</w:t>
      </w:r>
    </w:p>
    <w:p>
      <w:r>
        <w:br/>
        <w:t>Тоді теє люде зачували,&lt;br /&gt;</w:t>
        <w:br/>
        <w:t>Одне д'одного словами промовляли:&lt;br /&gt;</w:t>
        <w:br/>
        <w:t>"Як отака весна, як отака воля —&lt;br /&gt;</w:t>
        <w:br/>
        <w:t>Проклята ж наша доля!"</w:t>
      </w:r>
    </w:p>
    <w:p>
      <w:r>
        <w:br/>
        <w:t>На ранній весні-провесні,&lt;br /&gt;</w:t>
        <w:br/>
        <w:t>Гей, на світанню гук.</w:t>
      </w:r>
    </w:p>
    <w:p>
      <w:r>
        <w:br/>
        <w:t>Що третій Вітер молодий —&lt;br /&gt;</w:t>
        <w:br/>
        <w:t>Ласкавий Легіт-Теплокрил —&lt;br /&gt;</w:t>
        <w:br/>
        <w:t>Та так собі подумав, так помислив:&lt;br /&gt;</w:t>
        <w:br/>
        <w:t>"А спасибі Богові, що Сонечко на весну повернуло,&lt;br /&gt;</w:t>
        <w:br/>
        <w:t>Ато б земля була навік схолонула, заснула".&lt;br /&gt;</w:t>
        <w:br/>
        <w:t>Тож третій вітер летить, співає,&lt;br /&gt;</w:t>
        <w:br/>
        <w:t>До всіх із ласкою та по-рідному промовляє,&lt;br /&gt;</w:t>
        <w:br/>
        <w:t>Жодного села, хатинки не минає,&lt;br /&gt;</w:t>
        <w:br/>
        <w:t>Удрану шибку ще й пучками поторохкає-пограє:&lt;br /&gt;</w:t>
        <w:br/>
        <w:t>"А вставайте, — каже, — люде. Сонце вам усміхається,&lt;br /&gt;</w:t>
        <w:br/>
        <w:t>Вашого плуга земля дожидається".</w:t>
      </w:r>
    </w:p>
    <w:p>
      <w:r>
        <w:br/>
        <w:t>Отоді теє всі люди зачували,&lt;br /&gt;</w:t>
        <w:br/>
        <w:t>Із хат з піснями вихождали,&lt;br /&gt;</w:t>
        <w:br/>
        <w:t>З великої радості святую землю цілували —&lt;br /&gt;</w:t>
        <w:br/>
        <w:t>Господа Милосердного прославляли!</w:t>
      </w:r>
    </w:p>
    <w:p>
      <w:r>
        <w:br/>
        <w:t>На ранній весні-провесні,&lt;br /&gt;</w:t>
        <w:br/>
        <w:t>Гей, на світанню гук.</w:t>
      </w:r>
    </w:p>
    <w:p>
      <w:r>
        <w:br/>
        <w:t>1917&lt;br /&gt;</w:t>
        <w:br/>
        <w:t>Золотий гомін</w:t>
      </w:r>
    </w:p>
    <w:p>
      <w:r>
        <w:br/>
        <w:t>Над Києвом — золотий гомін,&lt;br /&gt;</w:t>
        <w:br/>
        <w:t>І голуби, і сонце!&lt;br /&gt;</w:t>
        <w:br/>
        <w:t>Внизу —&lt;br /&gt;</w:t>
        <w:br/>
        <w:t>Дніпро торкає струни…</w:t>
      </w:r>
    </w:p>
    <w:p>
      <w:r>
        <w:br/>
        <w:t>Предки.&lt;br /&gt;</w:t>
        <w:br/>
        <w:t>Предки встали з могил;&lt;br /&gt;</w:t>
        <w:br/>
        <w:t>Пішли по місту.&lt;br /&gt;</w:t>
        <w:br/>
        <w:t>Предки жертви сонцю приносять —&lt;br /&gt;</w:t>
        <w:br/>
        <w:t>І того золотий гомін.&lt;br /&gt;</w:t>
        <w:br/>
        <w:t>Ах той гомін!..&lt;br /&gt;</w:t>
        <w:br/>
        <w:t>За ним не чути, що друг твій каже,&lt;br /&gt;</w:t>
        <w:br/>
        <w:t>Від нього грози, пролітаючи над містом, плачуть,&lt;br /&gt;</w:t>
        <w:br/>
        <w:t>Бо їх не помічають.</w:t>
      </w:r>
    </w:p>
    <w:p>
      <w:r>
        <w:br/>
        <w:t>Гомін золотий!</w:t>
      </w:r>
    </w:p>
    <w:p>
      <w:r>
        <w:br/>
        <w:t>Уночі,&lt;br /&gt;</w:t>
        <w:br/>
        <w:t>Як Чумацький Шлях сріблисту куряву простеле,&lt;br /&gt;</w:t>
        <w:br/>
        <w:t>Розчини вікно, послухай:&lt;br /&gt;</w:t>
        <w:br/>
        <w:t>Слухай:&lt;br /&gt;</w:t>
        <w:br/>
        <w:t>Десь в небі плинуть ріки,&lt;br /&gt;</w:t>
        <w:br/>
        <w:t>Потужні ріки дзвону Лаври і Софії!..&lt;br /&gt;</w:t>
        <w:br/>
        <w:t>Човни золотії&lt;br /&gt;</w:t>
        <w:br/>
        <w:t>Із сивої-сивої Давнини причалюють,&lt;br /&gt;</w:t>
        <w:br/>
        <w:t>Човни золотії&lt;br /&gt;</w:t>
        <w:br/>
        <w:t>…З хрестом,&lt;br /&gt;</w:t>
        <w:br/>
        <w:t>Опромінений,&lt;br /&gt;</w:t>
        <w:br/>
        <w:t>Ласкою Божою в серце зранений&lt;br /&gt;</w:t>
        <w:br/>
        <w:t>Виходить Андрій Первозванний.&lt;br /&gt;</w:t>
        <w:br/>
        <w:t>Ступає на горил&lt;br /&gt;</w:t>
        <w:br/>
        <w:t>Благословенні будьте, гори, і ти, ріко мутная!&lt;br /&gt;</w:t>
        <w:br/>
        <w:t>І засміялись гори,&lt;br /&gt;</w:t>
        <w:br/>
        <w:t>Зазеленіли…&lt;br /&gt;</w:t>
        <w:br/>
        <w:t>І ріка мутная сповнилася сонця і блакиті —&lt;br /&gt;</w:t>
        <w:br/>
        <w:t>Торкнула струни…</w:t>
      </w:r>
    </w:p>
    <w:p>
      <w:r>
        <w:br/>
        <w:t>Уночі,&lt;br /&gt;</w:t>
        <w:br/>
        <w:t>Як Чумацький Шлях сріблисту куряву простеле,&lt;br /&gt;</w:t>
        <w:br/>
        <w:t>Вийди на Дніпро!&lt;br /&gt;</w:t>
        <w:br/>
        <w:t>…Над Сивоусим небесними ланами Бог проходить,&lt;br /&gt;</w:t>
        <w:br/>
        <w:t>Бог засіває.&lt;br /&gt;</w:t>
        <w:br/>
        <w:t>Падають&lt;br /&gt;</w:t>
        <w:br/>
        <w:t>Зерна&lt;br /&gt;</w:t>
        <w:br/>
        <w:t>Кришталевої музики.&lt;br /&gt;</w:t>
        <w:br/>
        <w:t>З глибин Вічності падають зерна&lt;br /&gt;</w:t>
        <w:br/>
        <w:t>В душу&lt;br /&gt;</w:t>
        <w:br/>
        <w:t>І там, у храмі душі,&lt;br /&gt;</w:t>
        <w:br/>
        <w:t>Над яким у недосяжній високості в'ються голуби-молитви&lt;br /&gt;</w:t>
        <w:br/>
        <w:t>Там,&lt;br /&gt;</w:t>
        <w:br/>
        <w:t>У повнозгучнім храмі акордами розцвітають,&lt;br /&gt;</w:t>
        <w:br/>
        <w:t>Натхненними, як очі предків!</w:t>
      </w:r>
    </w:p>
    <w:p>
      <w:r>
        <w:br/>
        <w:t>Він був мов жрець сп'янілий від молитви —&lt;br /&gt;</w:t>
        <w:br/>
        <w:t>Наш Київ, —&lt;br /&gt;</w:t>
        <w:br/>
        <w:t>Який моливсь за всю Вкраїну —&lt;br /&gt;</w:t>
        <w:br/>
        <w:t>Прекрасний Київ,&lt;br /&gt;</w:t>
        <w:br/>
        <w:t>— буря!&lt;br /&gt;</w:t>
        <w:br/>
        <w:t>Стихійно очі він розкрив —&lt;br /&gt;</w:t>
        <w:br/>
        <w:t>І всі сміються як вино…&lt;br /&gt;</w:t>
        <w:br/>
        <w:t>— блиск!&lt;br /&gt;</w:t>
        <w:br/>
        <w:t>— жах!&lt;br /&gt;</w:t>
        <w:br/>
        <w:t>Розвивши ясні короговки&lt;br /&gt;</w:t>
        <w:br/>
        <w:t>(І всі сміються як вино),&lt;br /&gt;</w:t>
        <w:br/>
        <w:t>Вогнем схопився Київ&lt;br /&gt;</w:t>
        <w:br/>
        <w:t>У творчій високості!</w:t>
      </w:r>
    </w:p>
    <w:p>
      <w:r>
        <w:br/>
        <w:t>: здрастуй! здрастуй! — сиплеться з очей.&lt;br /&gt;</w:t>
        <w:br/>
        <w:t>Тисячі очей…&lt;br /&gt;</w:t>
        <w:br/>
        <w:t>Раптом тиша: хтось говорить.&lt;br /&gt;</w:t>
        <w:br/>
        <w:t>: слава! з тисячі грудей.&lt;br /&gt;</w:t>
        <w:br/>
        <w:t>І над всім цим в сяйві сонця голуби;&lt;br /&gt;</w:t>
        <w:br/>
        <w:t>: слава! — з тисячі грудей.&lt;br /&gt;</w:t>
        <w:br/>
        <w:t>Голуби.&lt;br /&gt;</w:t>
        <w:br/>
        <w:t>То Україну&lt;br /&gt;</w:t>
        <w:br/>
        <w:t>За всі роки неслави благословляв хрестом&lt;br /&gt;</w:t>
        <w:br/>
        <w:t>Опромінений,&lt;br /&gt;</w:t>
        <w:br/>
        <w:t>Ласкою Божою в серце зранений&lt;br /&gt;</w:t>
        <w:br/>
        <w:t>Андрій Первозванний.&lt;br /&gt;</w:t>
        <w:br/>
        <w:t>І засміялись гори,&lt;br /&gt;</w:t>
        <w:br/>
        <w:t>Зазеленіли…</w:t>
      </w:r>
    </w:p>
    <w:p>
      <w:r>
        <w:br/>
        <w:t>Але ж два чорних гроба.&lt;br /&gt;</w:t>
        <w:br/>
        <w:t>Один світлий.&lt;br /&gt;</w:t>
        <w:br/>
        <w:t>І навкруг&lt;br /&gt;</w:t>
        <w:br/>
        <w:t>Каліки.&lt;br /&gt;</w:t>
        <w:br/>
        <w:t>Повзають, гугнявять, руки простягають&lt;br /&gt;</w:t>
        <w:br/>
        <w:t>(О, які скорчені пальці!) —&lt;br /&gt;</w:t>
        <w:br/>
        <w:t>Дайте Їм, дайте!&lt;br /&gt;</w:t>
        <w:br/>
        <w:t>їсти їм дайте — хай звіра в собі не плекають,&lt;br /&gt;</w:t>
        <w:br/>
        <w:t>— дайте.&lt;br /&gt;</w:t>
        <w:br/>
        <w:t>Повзають, гугнявять, сонце проклинають,&lt;br /&gt;</w:t>
        <w:br/>
        <w:t>Сонце і Христа!</w:t>
      </w:r>
    </w:p>
    <w:p>
      <w:r>
        <w:br/>
        <w:t>Проходять:&lt;br /&gt;</w:t>
        <w:br/>
        <w:t>бідні, багаті, горді, молоді, закохані в хмари й музику&lt;br /&gt;</w:t>
        <w:br/>
        <w:t>Проходять:&lt;br /&gt;</w:t>
        <w:br/>
        <w:t>Чорний птах — у нього очі-пазурі!&lt;br /&gt;</w:t>
        <w:br/>
        <w:t>Чорний птах із гнилих закутків душі,&lt;br /&gt;</w:t>
        <w:br/>
        <w:t>Із поля бою прилетів.&lt;br /&gt;</w:t>
        <w:br/>
        <w:t>Кряче.&lt;br /&gt;</w:t>
        <w:br/>
        <w:t>У золотому гомоні над Києвом,&lt;br /&gt;</w:t>
        <w:br/>
        <w:t>Над всією Вкраїною —&lt;br /&gt;</w:t>
        <w:br/>
        <w:t>Кряче.&lt;br /&gt;</w:t>
        <w:br/>
        <w:t>О, бездушний пташе!&lt;br /&gt;</w:t>
        <w:br/>
        <w:t>Чи це не ти розп'яття душі людської&lt;br /&gt;</w:t>
        <w:br/>
        <w:t>Століття довбав?&lt;br /&gt;</w:t>
        <w:br/>
        <w:t>Століття.&lt;br /&gt;</w:t>
        <w:br/>
        <w:t>Чи не ти виймав живим очі,&lt;br /&gt;</w:t>
        <w:br/>
        <w:t>Із серця віру?&lt;br /&gt;</w:t>
        <w:br/>
        <w:t>Із серця віру.&lt;br /&gt;</w:t>
        <w:br/>
        <w:t>Чого ж тобі тепер треба&lt;br /&gt;</w:t>
        <w:br/>
        <w:t>В години радості і сміху?&lt;br /&gt;</w:t>
        <w:br/>
        <w:t>Чого ж тобі треба тепер, о, бездушний пташе?&lt;br /&gt;</w:t>
        <w:br/>
        <w:t>Говори!&lt;br /&gt;</w:t>
        <w:br/>
        <w:t>Чорнокрилля на голуби й сонце —&lt;br /&gt;</w:t>
        <w:br/>
        <w:t>Чорнокрилля.</w:t>
      </w:r>
    </w:p>
    <w:p>
      <w:r>
        <w:br/>
        <w:t>— Брате мій, пам'ятаєш дні весни на світанню волі?&lt;br /&gt;</w:t>
        <w:br/>
        <w:t>З тобою обнявшись, ходили ми по братніх стежках,&lt;br /&gt;</w:t>
        <w:br/>
        <w:t>Славили сонце!&lt;br /&gt;</w:t>
        <w:br/>
        <w:t>А у всіх тоді (навіть у травинки) сміялись сльози…&lt;br /&gt;</w:t>
        <w:br/>
        <w:t>— Не пам'ятаю. Одійди&lt;br /&gt;</w:t>
        <w:br/>
        <w:t>— Любий мій, чом ти не смієшся, чом не радієш?&lt;br /&gt;</w:t>
        <w:br/>
        <w:t>е ж я, твій брат, до тебе по-рідному промовляю, —&lt;br /&gt;</w:t>
        <w:br/>
        <w:t>Невже ж ти не впізнав?&lt;br /&gt;</w:t>
        <w:br/>
        <w:t>— Відступись! Уб'ю!</w:t>
      </w:r>
    </w:p>
    <w:p>
      <w:r>
        <w:br/>
        <w:t>Чорний птах,&lt;br /&gt;</w:t>
        <w:br/>
        <w:t>Чорний птах кряче.&lt;br /&gt;</w:t>
        <w:br/>
        <w:t>І навкруг&lt;br /&gt;</w:t>
        <w:br/>
        <w:t>Каліки.</w:t>
      </w:r>
    </w:p>
    <w:p>
      <w:r>
        <w:br/>
        <w:t>В години радості і сміху&lt;br /&gt;</w:t>
        <w:br/>
        <w:t>Хто їх поставив на коліна?&lt;br /&gt;</w:t>
        <w:br/>
        <w:t>Хто простягнуть сказав їм руку,&lt;br /&gt;</w:t>
        <w:br/>
        <w:t>Який безумний бог — в години радості і сміху?</w:t>
      </w:r>
    </w:p>
    <w:p>
      <w:r>
        <w:br/>
        <w:t>Предки з жахом одвернулись.</w:t>
      </w:r>
    </w:p>
    <w:p>
      <w:r>
        <w:br/>
        <w:t>: виростем! — сказали тополі.&lt;br /&gt;</w:t>
        <w:br/>
        <w:t>: бризнем піснями — сказали квіти.&lt;br /&gt;</w:t>
        <w:br/>
        <w:t>: розіллємось! — сказав Дніпро.&lt;br /&gt;</w:t>
        <w:br/>
        <w:t>Тополі, квіти, і Дніпро.</w:t>
      </w:r>
    </w:p>
    <w:p>
      <w:r>
        <w:br/>
        <w:t>Дзвенить, дзвенить, дзвенить&lt;br /&gt;</w:t>
        <w:br/>
        <w:t>І б'ється на шматки…&lt;br /&gt;</w:t>
        <w:br/>
        <w:t>— Чи то не золоті джерела скресають під землею?&lt;br /&gt;</w:t>
        <w:br/>
        <w:t>Леліє, віє, ласкавіє,&lt;br /&gt;</w:t>
        <w:br/>
        <w:t>Тремтить, неначе сон…&lt;br /&gt;</w:t>
        <w:br/>
        <w:t>— Чи то не самоцвіти ростуть в глибинах гір?</w:t>
      </w:r>
    </w:p>
    <w:p>
      <w:r>
        <w:br/>
        <w:t>: виростем! — сказали.&lt;br /&gt;</w:t>
        <w:br/>
        <w:t>: розіллємось! — Дніпро.</w:t>
      </w:r>
    </w:p>
    <w:p>
      <w:r>
        <w:br/>
        <w:t>Зоряного ранку припади вухом до землі —&lt;br /&gt;</w:t>
        <w:br/>
        <w:t>…ідуть.&lt;br /&gt;</w:t>
        <w:br/>
        <w:t>То десь із сел і хуторців ідуть до Києва —&lt;br /&gt;</w:t>
        <w:br/>
        <w:t>Шляхами, стежками, обніжками.&lt;br /&gt;</w:t>
        <w:br/>
        <w:t>І б'ються в їх серця у такт&lt;br /&gt;</w:t>
        <w:br/>
        <w:t>— Ідуть! ідуть! —&lt;br /&gt;</w:t>
        <w:br/>
        <w:t>Дзвенять немов сонця у такт&lt;br /&gt;</w:t>
        <w:br/>
        <w:t>— ідуть! ідуть! —&lt;br /&gt;</w:t>
        <w:br/>
        <w:t>Там над шляхами, стежками, обніжками.&lt;br /&gt;</w:t>
        <w:br/>
        <w:t>їдуть!&lt;br /&gt;</w:t>
        <w:br/>
        <w:t>І всі сміються, як вино:&lt;br /&gt;</w:t>
        <w:br/>
        <w:t>І всі співають, як вино:&lt;br /&gt;</w:t>
        <w:br/>
        <w:t>Я — дужий народ,&lt;br /&gt;</w:t>
        <w:br/>
        <w:t>Я молодий!&lt;br /&gt;</w:t>
        <w:br/>
        <w:t>Вслухався я в твій гомін золотий —&lt;br /&gt;</w:t>
        <w:br/>
        <w:t>І от почув.&lt;br /&gt;</w:t>
        <w:br/>
        <w:t>Дививсь я в твої очі —&lt;br /&gt;</w:t>
        <w:br/>
        <w:t>І от побачив.&lt;br /&gt;</w:t>
        <w:br/>
        <w:t>Гори каміння, що на груди мої навалили,&lt;br /&gt;</w:t>
        <w:br/>
        <w:t>Я так легенько скинув —&lt;br /&gt;</w:t>
        <w:br/>
        <w:t>Мов пух…&lt;br /&gt;</w:t>
        <w:br/>
        <w:t>Я — невгасимий Огонь Прекрасний,&lt;br /&gt;</w:t>
        <w:br/>
        <w:t>Одвічний Дух.&lt;br /&gt;</w:t>
        <w:br/>
        <w:t>Вітай же нас ти з сонцем, голубами.&lt;br /&gt;</w:t>
        <w:br/>
        <w:t>Я дужий народ! — з сонцем, голубами.&lt;br /&gt;</w:t>
        <w:br/>
        <w:t>Вітай нас рідними піснями!&lt;br /&gt;</w:t>
        <w:br/>
        <w:t>Я — молодий!&lt;br /&gt;</w:t>
        <w:br/>
        <w:t>Молодий!</w:t>
      </w:r>
    </w:p>
    <w:p>
      <w:r>
        <w:br/>
        <w:t>1917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Сонячні кларнети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