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Старе місто</w:t>
      </w:r>
    </w:p>
    <w:p>
      <w:r>
        <w:br/>
        <w:t xml:space="preserve"> Тумани, тумани над містом пливуть,&lt;br /&gt;</w:t>
        <w:br/>
        <w:t>Як хвилі гойдаються сонні…&lt;br /&gt;</w:t>
        <w:br/>
        <w:t>І клаптями тануть, і лавою йдуть&lt;br /&gt;</w:t>
        <w:br/>
        <w:t>Такі монотонні…</w:t>
      </w:r>
    </w:p>
    <w:p>
      <w:r>
        <w:br/>
        <w:t>Завис олив’яний, імлистий тягар,&lt;br /&gt;</w:t>
        <w:br/>
        <w:t>Немов перегонна отара,&lt;br /&gt;</w:t>
        <w:br/>
        <w:t>І давить, і тисне,— і хвиль його хмар&lt;br /&gt;</w:t>
        <w:br/>
        <w:t>Снується примара…</w:t>
      </w:r>
    </w:p>
    <w:p>
      <w:r>
        <w:br/>
        <w:t>Зі сну потягаючись, вийшов і став&lt;br /&gt;</w:t>
        <w:br/>
        <w:t>Над містом козак величезний,&lt;br /&gt;</w:t>
        <w:br/>
        <w:t>Немов Остряниця або Святослав,—&lt;br /&gt;</w:t>
        <w:br/>
        <w:t>Старезний, старезний.</w:t>
      </w:r>
    </w:p>
    <w:p>
      <w:r>
        <w:br/>
        <w:t>Чуб довгий послався йому на жупан&lt;br /&gt;</w:t>
        <w:br/>
        <w:t>І хвилями вус розпустився…&lt;br /&gt;</w:t>
        <w:br/>
        <w:t>Стоїть, поглядає мов сич дідуган,&lt;br /&gt;</w:t>
        <w:br/>
        <w:t>Чолом похилився.</w:t>
      </w:r>
    </w:p>
    <w:p>
      <w:r>
        <w:br/>
        <w:t>Щось ніби знайоме в тім образі є —&lt;br /&gt;</w:t>
        <w:br/>
        <w:t>Завзяте, міцне, бунтівниче…&lt;br /&gt;</w:t>
        <w:br/>
        <w:t>Щось інше на вигляд, а рідне, своє…&lt;br /&gt;</w:t>
        <w:br/>
        <w:t>Лице робітниче!</w:t>
      </w:r>
    </w:p>
    <w:p>
      <w:r>
        <w:br/>
        <w:t>У млі потопають доми, димарі,&lt;br /&gt;</w:t>
        <w:br/>
        <w:t>Як витвори злої омани,&lt;br /&gt;</w:t>
        <w:br/>
        <w:t>І сунуться, сунуться тихо в горі&lt;br /&gt;</w:t>
        <w:br/>
        <w:t>Тумани… тумани…</w:t>
      </w:r>
    </w:p>
    <w:p>
      <w:r>
        <w:br/>
        <w:t>1912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Старе місто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