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Стій, смерть, зупинись!</w:t>
      </w:r>
    </w:p>
    <w:p>
      <w:r>
        <w:br/>
        <w:t xml:space="preserve"> &lt;p&gt;Встаньте, бійці і командири! Обнажіть голови! Поговоримо сьогодні про те, як боровся зі смертю прекрасний російський юнак, капітан повітряних морів Віктор Гусаров у величні дні Вітчизняної війни на підбитому літаку під хмарами, під вогнем противника, і як він переміг свою смерть на двадцять дев'ятому році життя.</w:t>
      </w:r>
    </w:p>
    <w:p>
      <w:r>
        <w:br/>
        <w:t>Довго літав у небесах винищувач Гусаров. Літав над монгольськими горбами, над Халхин-Голом бився, і там противник зрозумів його і почав поважати. А на Вітчизняну велику народну війну Гусаров ринув з перших днів.</w:t>
      </w:r>
    </w:p>
    <w:p>
      <w:r>
        <w:br/>
        <w:t>Сто разів він вилітав з рідних аеродромів у бій. Сто бойових вильотів! Сто ураганів у груди! Сто вулканів ненависті!</w:t>
      </w:r>
    </w:p>
    <w:p>
      <w:r>
        <w:br/>
        <w:t>З яким хвилюванням впивались в небеса на Захід його бойові друзі! Але завжди з усіх бур, з дощів осколків і куль приводив він, Гусаров, свою шестірку з перемогою і посміхався потім, як велике дитя.</w:t>
      </w:r>
    </w:p>
    <w:p>
      <w:r>
        <w:br/>
        <w:t>Хто ж вій був? Щасливчик, якому випало на долю таке везіння? Удачник, що почував якоюсь інтуїцією, як говориться, де, коли, і що, і як? Стримано обережний?</w:t>
      </w:r>
    </w:p>
    <w:p>
      <w:r>
        <w:br/>
        <w:t>Ні!</w:t>
      </w:r>
    </w:p>
    <w:p>
      <w:r>
        <w:br/>
        <w:t>Такі літаків ворога не збивають. А він тільки за останні тринадцять вильотів власноручно збив шість повітряних піратів.</w:t>
      </w:r>
    </w:p>
    <w:p>
      <w:r>
        <w:br/>
        <w:t>Він був воїн. Він був безстрашний, сміливий і гаряче любив свою Батьківщину. Він був трудолюбивий, як робітник, і знав досконало своє важке бойове ремесло.</w:t>
      </w:r>
    </w:p>
    <w:p>
      <w:r>
        <w:br/>
        <w:t>Він не був славолюбним, не приховував своїх бойових тактичних таємниць, надбаних досвідом боротьби. Він навчав своїх товаришів тактиці повітряного бою з усією старанністю своєї натури.</w:t>
      </w:r>
    </w:p>
    <w:p>
      <w:r>
        <w:br/>
        <w:t>Йому хотілося начебто роздвоїтись, розшестеритись, розмножитись в своїх винищувачах, щоб помножити безмежно увесь свій гнів до ворога, всю пристрасть і ненависть і нищити його, проклятого, до краю.</w:t>
      </w:r>
    </w:p>
    <w:p>
      <w:r>
        <w:br/>
        <w:t>— Ну, брати!— говорив він недавно перед наступом.— Починається наш час. Тепер забудь про все на світі. Треба перемогти! Запам'ятайте, друзі,— скільки б їх не зустрілось — бій приймаємо! Зрозуміло?</w:t>
      </w:r>
    </w:p>
    <w:p>
      <w:r>
        <w:br/>
        <w:t>— Зрозуміло, товаришу капітан!— відповідали винищувачі. Горді бажання хвилювали їх молоді серця.</w:t>
      </w:r>
    </w:p>
    <w:p>
      <w:r>
        <w:br/>
        <w:t>І пішли трудитися на славу Батьківщини. Заходили шестіркою і проти дев'яток, билися дванадцятого травня і з двадцяткою. Одинадцять ворожих великих машин наколотили вони, загубивши одного свого товариша і дві машини.</w:t>
      </w:r>
    </w:p>
    <w:p>
      <w:r>
        <w:br/>
        <w:t>"Скільки б їх не було, а переможцями виходимо ми!"— гордо думали про себе бійці — винищувачі ворогів.</w:t>
      </w:r>
    </w:p>
    <w:p>
      <w:r>
        <w:br/>
        <w:t>Розгоралися "жнива". П'ятнадцятого травня Гусаров водив своїх орлів у бій кожні сорок п'ять хвилин, повертаючись на аеродром для заправки і зарядки. Як їх чекали в цей день! Швидше! Швидше!</w:t>
      </w:r>
    </w:p>
    <w:p>
      <w:r>
        <w:br/>
        <w:t>Пішли... Важка зграя противника показалася попереду і збоку. Мить, друга, третя. І запалав нерівний смертний бій.</w:t>
      </w:r>
    </w:p>
    <w:p>
      <w:r>
        <w:br/>
        <w:t>Хижаки боялися грізної шестірки. Вони вже давно знали її по "почерку" і не підходили близько. Користуючись своєю величезною кількісною перевагою, вони кружляли навколо ескадрильї і поливали її градом бронебійного свинцю.</w:t>
      </w:r>
    </w:p>
    <w:p>
      <w:r>
        <w:br/>
        <w:t>Та не здригнули Гусарови, ні! Довго решетили вони противника, але патронів ось-ось не стане... Немає патронів більш у Віктора Гусарова!</w:t>
      </w:r>
    </w:p>
    <w:p>
      <w:r>
        <w:br/>
        <w:t>Смертельна ворожа куля пробила йому шию навиліт. Сплюнув Гусаров кров'ю, і закрив рот, і міцно-міцно стис зуби. Тоді кров полилася з шиї праворуч і ліворуч двома струмками, як дороге червоне вино з дорогого розбитого сосуда.</w:t>
      </w:r>
    </w:p>
    <w:p>
      <w:r>
        <w:br/>
        <w:t>І зрозумів Гусаров, що він убитий в бою, що він умирає. Ослабли руки, голова опустилась і вже не слухається, закрились очі, і світ закрутився в голові, і полетіло все кудись в блискучу райдужну безодню.</w:t>
      </w:r>
    </w:p>
    <w:p>
      <w:r>
        <w:br/>
        <w:t>Відірвався він від шестірки, як лебідь від зграї. А пара хижаків уже накинулась на нього, і кружляє, і поливає вогнем. Сотні пробоїн в машині. Вже не служить шасі, не виходить. Смерть...</w:t>
      </w:r>
    </w:p>
    <w:p>
      <w:r>
        <w:br/>
        <w:t>Гусаров відкрив очі, і раптом звідкись з глибини народної його душі, від лісів і полів, БІД пісень і широти великої російської натури заговорив у ньому голос життя, заговорила всескорююча воля до перемоги.</w:t>
      </w:r>
    </w:p>
    <w:p>
      <w:r>
        <w:br/>
        <w:t>"Стій, смерть, зупинись! Стій! Дай посадити машину на рідну землю, а там уже чорт з тобою!"— побажав Гусаров.</w:t>
      </w:r>
    </w:p>
    <w:p>
      <w:r>
        <w:br/>
        <w:t>І смерть відступила перед Гусаровим.</w:t>
      </w:r>
    </w:p>
    <w:p>
      <w:r>
        <w:br/>
        <w:t>Благородна воля напружилася в ньому, як грізний заряд надзвичайної сили. Вона заповнила все його єство і держала його нерви, мов натягнутий могутній лук. Вона була рівна тільки його ненависті до ворога і минулій насолоді в боях. Він вирівняв машину.</w:t>
      </w:r>
    </w:p>
    <w:p>
      <w:r>
        <w:br/>
        <w:t>— Ні, прокляті німці! Не візьмете, ні!.. Ні! Ні! Ніколи! "Ніколи-ніколи-ніколи!"— бушував мотор винищувача.</w:t>
      </w:r>
    </w:p>
    <w:p>
      <w:r>
        <w:br/>
        <w:t>— Не вистачить у вас пороху змагатися з радянською людиною! Що, взяли?— затремтів від ненависті Віктор Гусаров і, дивлячись на пролітаючого "хейнкеля", вискалив зуби, крізь які просочувалась кров.</w:t>
      </w:r>
    </w:p>
    <w:p>
      <w:r>
        <w:br/>
        <w:t>Близько з страшним виттям промчав повз нього фашист, і видно було йому підлу фашистську гримасу. Град куль посипався на Гусарова.</w:t>
      </w:r>
    </w:p>
    <w:p>
      <w:r>
        <w:br/>
        <w:t>— Заждіть трохи! Завиєте ви скоро на весь світ, та не моторами вже, а своїм підлим передсмертним виттям... Гади!..</w:t>
      </w:r>
    </w:p>
    <w:p>
      <w:r>
        <w:br/>
        <w:t>Чорна пелена закривала Гусарову очі. Схиливсь Гусаров на руль і, напружуючи залишки своєї незламної волі, пішов від противника.</w:t>
      </w:r>
    </w:p>
    <w:p>
      <w:r>
        <w:br/>
        <w:t>Рідна земля. Аеродром... Біжать... — Милі... Любі...</w:t>
      </w:r>
    </w:p>
    <w:p>
      <w:r>
        <w:br/>
        <w:t>Шасі не працює? Не треба. Сядем на живіт. Винищувач важко приземлився без шасі, знявши хмару куряви.</w:t>
      </w:r>
    </w:p>
    <w:p>
      <w:r>
        <w:br/>
        <w:t>Кинулись до нього товариші. Капітан Віктор Гусаров був мертвий.</w:t>
      </w:r>
    </w:p>
    <w:p>
      <w:r>
        <w:br/>
        <w:t>Воїни великої радянської землі, брати мої! Це був великий чоловік.</w:t>
      </w:r>
    </w:p>
    <w:p>
      <w:r>
        <w:br/>
        <w:t>Не плакати хочеться над Гусаровим. Хочеться говорить про життя, про його величні відкриття серед наших благородних людей і з подякою схилити голови перед юнаком, що поніс труд бою і піднісся до безсмертя в смертному нерівному бою.</w:t>
      </w:r>
    </w:p>
    <w:p>
      <w:r>
        <w:br/>
        <w:t>Хай же вічно красується доблестю наша земля!</w:t>
      </w:r>
    </w:p>
    <w:p>
      <w:r>
        <w:br/>
        <w:t>Слава переможцю!</w:t>
      </w:r>
    </w:p>
    <w:p>
      <w:r>
        <w:br/>
        <w:t>1942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Стій, смерть, зупинись!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