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Студент</w:t>
      </w:r>
    </w:p>
    <w:p>
      <w:r>
        <w:br/>
        <w:t xml:space="preserve"> В славнім місті Петербурзі,&lt;br /&gt;</w:t>
        <w:br/>
        <w:t>Недалеко від Неви,&lt;br /&gt;</w:t>
        <w:br/>
        <w:t>Із болота виглядає&lt;br /&gt;</w:t>
        <w:br/>
        <w:t>Хата бідної вдови.</w:t>
      </w:r>
    </w:p>
    <w:p>
      <w:r>
        <w:br/>
        <w:t>Стара хата зо вдовою&lt;br /&gt;</w:t>
        <w:br/>
        <w:t>Разом вік свій віджила,&lt;br /&gt;</w:t>
        <w:br/>
        <w:t>Почорніла, похилилась&lt;br /&gt;</w:t>
        <w:br/>
        <w:t>І в болото увійшла.</w:t>
      </w:r>
    </w:p>
    <w:p>
      <w:r>
        <w:br/>
        <w:t>Увійшла по самі вікна…&lt;br /&gt;</w:t>
        <w:br/>
        <w:t>В ґанку сходи до сіней;&lt;br /&gt;</w:t>
        <w:br/>
        <w:t>В сінях набік похилились&lt;br /&gt;</w:t>
        <w:br/>
        <w:t>Двоє скривлених дверей…</w:t>
      </w:r>
    </w:p>
    <w:p>
      <w:r>
        <w:br/>
        <w:t>І направо старій бабі&lt;br /&gt;</w:t>
        <w:br/>
        <w:t>Смерть підписує патент,&lt;br /&gt;</w:t>
        <w:br/>
        <w:t>А наліво без копійки&lt;br /&gt;</w:t>
        <w:br/>
        <w:t>Б'ється з нуждою студент.</w:t>
      </w:r>
    </w:p>
    <w:p>
      <w:r>
        <w:br/>
        <w:t>Зима люта. Вітер свище,&lt;br /&gt;</w:t>
        <w:br/>
        <w:t>Сніг по вікнах брязкотить,&lt;br /&gt;</w:t>
        <w:br/>
        <w:t>Мороз душу обіймає,&lt;br /&gt;</w:t>
        <w:br/>
        <w:t>Мороз тіло каменить.</w:t>
      </w:r>
    </w:p>
    <w:p>
      <w:r>
        <w:br/>
        <w:t>А у хаті на постелі&lt;br /&gt;</w:t>
        <w:br/>
        <w:t>У сурдуті і плащу&lt;br /&gt;</w:t>
        <w:br/>
        <w:t>Сидить студент медицини&lt;br /&gt;</w:t>
        <w:br/>
        <w:t>Другий місяць без борщу.</w:t>
      </w:r>
    </w:p>
    <w:p>
      <w:r>
        <w:br/>
        <w:t>І живіт, як гриб, запався,&lt;br /&gt;</w:t>
        <w:br/>
        <w:t>Облізає голова…&lt;br /&gt;</w:t>
        <w:br/>
        <w:t>І остання догорає&lt;br /&gt;</w:t>
        <w:br/>
        <w:t>Його свічка лойова.</w:t>
      </w:r>
    </w:p>
    <w:p>
      <w:r>
        <w:br/>
        <w:t>І сидить він, поглядає&lt;br /&gt;</w:t>
        <w:br/>
        <w:t>На похилену стіну —&lt;br /&gt;</w:t>
        <w:br/>
        <w:t>Під стіною лежить череп,&lt;br /&gt;</w:t>
        <w:br/>
        <w:t>Нема й кришки тютюну.</w:t>
      </w:r>
    </w:p>
    <w:p>
      <w:r>
        <w:br/>
        <w:t>І стіння кругом чорніє…&lt;br /&gt;</w:t>
        <w:br/>
        <w:t>Тілько лазять павуки.&lt;br /&gt;</w:t>
        <w:br/>
        <w:t>Тілько сумно виглядають&lt;br /&gt;</w:t>
        <w:br/>
        <w:t>Із шкалубин прусаки…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Студент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