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Таємниця буття</w:t>
      </w:r>
    </w:p>
    <w:p>
      <w:r>
        <w:br/>
        <w:t xml:space="preserve"> Десь там, у найвищих глибинах,&lt;br /&gt;</w:t>
        <w:br/>
        <w:t>Десь там, у найглибших висотах,&lt;br /&gt;</w:t>
        <w:br/>
        <w:t>Таємниця вродилася, як пелюстина,&lt;br /&gt;</w:t>
        <w:br/>
        <w:t>Як бджола в золотистих сотах.</w:t>
      </w:r>
    </w:p>
    <w:p>
      <w:r>
        <w:br/>
        <w:t>Уся — з найтемнішого світла,&lt;br /&gt;</w:t>
        <w:br/>
        <w:t>Уся — з найсвітлішого змроку&lt;br /&gt;</w:t>
        <w:br/>
        <w:t>Борсалась Таємниця, то тьмава, то світла,&lt;br /&gt;</w:t>
        <w:br/>
        <w:t>Долаючи купіль жорстоку.</w:t>
      </w:r>
    </w:p>
    <w:p>
      <w:r>
        <w:br/>
        <w:t>Ген там з найгіркішого солоду,&lt;br /&gt;</w:t>
        <w:br/>
        <w:t>Ген там з найсолодшого болю&lt;br /&gt;</w:t>
        <w:br/>
        <w:t>Зростала вона аж блакитна від голоду&lt;br /&gt;</w:t>
        <w:br/>
        <w:t>І рвалася тужно на волю.</w:t>
      </w:r>
    </w:p>
    <w:p>
      <w:r>
        <w:br/>
        <w:t>Десь там, в найпалкішому холоді,&lt;br /&gt;</w:t>
        <w:br/>
        <w:t>Ген там, в холоднючій спекоті,&lt;br /&gt;</w:t>
        <w:br/>
        <w:t>Таємниця життя вибухала,&lt;br /&gt;</w:t>
        <w:br/>
        <w:t>Золотиста і зірна насподі.</w:t>
      </w:r>
    </w:p>
    <w:p>
      <w:r>
        <w:br/>
        <w:t>І жахала вона бездонністю,&lt;br /&gt;</w:t>
        <w:br/>
        <w:t>І манила вона мерехтливістю.&lt;br /&gt;</w:t>
        <w:br/>
        <w:t>У закони лягла беззаконністю —&lt;br /&gt;</w:t>
        <w:br/>
        <w:t>Таємничою справедливістю.</w:t>
      </w:r>
    </w:p>
    <w:p>
      <w:r>
        <w:br/>
        <w:t>Таємнице буття — моя болісна рано,&lt;br /&gt;</w:t>
        <w:br/>
        <w:t>Прадавній мій зболений кореню, де ти?&lt;br /&gt;</w:t>
        <w:br/>
        <w:t>Сонця вибухають ранісінько-рано&lt;br /&gt;</w:t>
        <w:br/>
        <w:t>Й народжують бджіл, і людей, і планети.</w:t>
      </w:r>
    </w:p>
    <w:p>
      <w:r>
        <w:br/>
        <w:t>Отам, у найвищих глибинах,&lt;br /&gt;</w:t>
        <w:br/>
        <w:t>Отам, у найглибших висотах,&lt;br /&gt;</w:t>
        <w:br/>
        <w:t>Таємниця, наша вічна жар-птиця,&lt;br /&gt;</w:t>
        <w:br/>
        <w:t>Наше серце бездонням висотує...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Таємниця буття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