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Там звізди пробивались</w:t>
      </w:r>
    </w:p>
    <w:p>
      <w:r>
        <w:br/>
        <w:t xml:space="preserve"> &lt;p&gt;Поезія в прозі</w:t>
      </w:r>
    </w:p>
    <w:p>
      <w:r>
        <w:br/>
        <w:t>Під самим лісом плила вузька глибока ріка. Змивала коріння старих дубів, холодила берег, на якім виростало буйне зілля, густі дикі корчі дерев,— і відбивалась від часу до часу від берега на знак життя.</w:t>
      </w:r>
    </w:p>
    <w:p>
      <w:r>
        <w:br/>
        <w:t>Густий ліс дубовий надав їй барву своєрідну. Плила зовсім зеленою водою, і лиш там, де припирала лівим берегом до гладкої рівнини, блистіла здалека сивавим сріблом.</w:t>
      </w:r>
    </w:p>
    <w:p>
      <w:r>
        <w:br/>
        <w:t>По ній пишались водні рожі, а ще більше їх широке зелене листя.</w:t>
      </w:r>
    </w:p>
    <w:p>
      <w:r>
        <w:br/>
        <w:t>Рівнина, що припирала до лівого берега,— се широкий степ. Степ український. По нім грала розпаношена безконечна туга і одностайний сум.</w:t>
      </w:r>
    </w:p>
    <w:p>
      <w:r>
        <w:br/>
        <w:t>Звідки походив?</w:t>
      </w:r>
    </w:p>
    <w:p>
      <w:r>
        <w:br/>
        <w:t>Не знав. Вже здавна був. Йому тут широко, і він розпустив далеко свої сумні крила і грав по пустім морю тім, мов цар...</w:t>
      </w:r>
    </w:p>
    <w:p>
      <w:r>
        <w:br/>
        <w:t>Незамітно плила ріка вперед. Лиш як вітер здіймався й шалів по степу, її гладка поверхня морщилася з болю.</w:t>
      </w:r>
    </w:p>
    <w:p>
      <w:r>
        <w:br/>
        <w:t>— Чого терпиш?.. — питав тихим шелестом дубовий ліс зелений.</w:t>
      </w:r>
    </w:p>
    <w:p>
      <w:r>
        <w:br/>
        <w:t>— Дражнить мене, а розіллятись не можу,— відшептувала болісно.</w:t>
      </w:r>
    </w:p>
    <w:p>
      <w:r>
        <w:br/>
        <w:t>— Виступи з себе, розіграйся та залий цілий степ широкий, щоб знав, що і в тобі сила! — радив великан.</w:t>
      </w:r>
    </w:p>
    <w:p>
      <w:r>
        <w:br/>
        <w:t>— Замало мене, щоб залляла цілий степ широкий,— відмовила сумно.— Зробились би з мене хіба краплі роси на нім, та окрасили його, мов кришталями. Волю так.</w:t>
      </w:r>
    </w:p>
    <w:p>
      <w:r>
        <w:br/>
        <w:t>— Так? Стіснена в оцей жолоб та вічно стережена каменистим берегом?</w:t>
      </w:r>
    </w:p>
    <w:p>
      <w:r>
        <w:br/>
        <w:t>...По гладкій поверхні промайнув у ясній, місячній ночі усміх її...</w:t>
      </w:r>
    </w:p>
    <w:p>
      <w:r>
        <w:br/>
        <w:t>— Я глибока. Безмежно глибока. Оскільки вужча,остільки глибша. Оце широке пишне листя, що плаває тут і там по мені, що незамітною стеблиною здіймається з мойого замуленого дна до ясного світла, — воно тобі скаже, яка я глибока. Се моя сила і моє багатство...</w:t>
      </w:r>
    </w:p>
    <w:p>
      <w:r>
        <w:br/>
        <w:t>Задумався ліс дубовий.</w:t>
      </w:r>
    </w:p>
    <w:p>
      <w:r>
        <w:br/>
        <w:t>Говорила про багатство, а майже незамітна в тім широкім степу, і усміхалась.</w:t>
      </w:r>
    </w:p>
    <w:p>
      <w:r>
        <w:br/>
        <w:t>* * *</w:t>
      </w:r>
    </w:p>
    <w:p>
      <w:r>
        <w:br/>
        <w:t>Він був її вічною окрасою. Німої пристарої поезії. Магічними місячними ночами снувались русалки по його березі. В глибині його темній, безшелесній співали полохливі соловейки... а десь-не-десь вганявся з-поміж гущавин дерев сильний дуб-великан угору і глядів понад усіх далеко в сірий степ пустий... Далеко до сходу сонця?</w:t>
      </w:r>
    </w:p>
    <w:p>
      <w:r>
        <w:br/>
        <w:t>Недалеко.</w:t>
      </w:r>
    </w:p>
    <w:p>
      <w:r>
        <w:br/>
        <w:t>Але ще ніч пишалася.</w:t>
      </w:r>
    </w:p>
    <w:p>
      <w:r>
        <w:br/>
        <w:t>А ночі тій відповідав широкий сум на степу й далеко розстелена туга...</w:t>
      </w:r>
    </w:p>
    <w:p>
      <w:r>
        <w:br/>
        <w:t>За чим?</w:t>
      </w:r>
    </w:p>
    <w:p>
      <w:r>
        <w:br/>
        <w:t>Що звізди в нім не пробивались. Що весь блиск багатства, що пишався та тремтів вічним сріблом он там на небесах, весь рай, розцвілий на голубім небі, не схилявся до нього і ані раз не відбивався в його могутнім далекім просторі.</w:t>
      </w:r>
    </w:p>
    <w:p>
      <w:r>
        <w:br/>
        <w:t>* * *</w:t>
      </w:r>
    </w:p>
    <w:p>
      <w:r>
        <w:br/>
        <w:t>А під берегом лісу, в темрявім затишку, де ріка була найвужчою й найглибшою, де сунулась темно-лискучою поверхнею своєю незамітною вперед,— там грало світлом небесним.</w:t>
      </w:r>
    </w:p>
    <w:p>
      <w:r>
        <w:br/>
        <w:t>Там звізди пробивались...</w:t>
      </w:r>
    </w:p>
    <w:p>
      <w:r>
        <w:br/>
        <w:t>Чернівці, 27 липня 1900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Там звізди пробивались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