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Тартюф</w:t>
      </w:r>
    </w:p>
    <w:p>
      <w:r>
        <w:br/>
        <w:t xml:space="preserve"> ТАРТЮФ, АБО Ж ОБЛУДНИК&lt;br /&gt;</w:t>
        <w:br/>
        <w:t>Комедія на п’ять дій</w:t>
      </w:r>
    </w:p>
    <w:p>
      <w:r>
        <w:br/>
        <w:t>Переклав Володимир Самійленко</w:t>
      </w:r>
    </w:p>
    <w:p>
      <w:r>
        <w:br/>
        <w:t>ДІЙОВІ ОСОБИ</w:t>
      </w:r>
    </w:p>
    <w:p>
      <w:r>
        <w:br/>
        <w:t>Пані Пернель — Оргонова мати.&lt;br /&gt;</w:t>
        <w:br/>
        <w:t>Оргон.&lt;br /&gt;</w:t>
        <w:br/>
        <w:t>Ельміра — його жінка.</w:t>
      </w:r>
    </w:p>
    <w:p>
      <w:r>
        <w:br/>
        <w:t>Даміс</w:t>
      </w:r>
    </w:p>
    <w:p>
      <w:r>
        <w:br/>
        <w:t>Мар’яна&lt;br /&gt;</w:t>
        <w:br/>
        <w:t>— Оргонові діти.</w:t>
      </w:r>
    </w:p>
    <w:p>
      <w:r>
        <w:br/>
        <w:t>Валер — закоханий у Мар’яну.&lt;br /&gt;</w:t>
        <w:br/>
        <w:t>Клеант — Ельмірин брат.&lt;br /&gt;</w:t>
        <w:br/>
        <w:t>Тартюф — фальшивий святенник.&lt;br /&gt;</w:t>
        <w:br/>
        <w:t>Доріна — служниця Мар’яни.&lt;br /&gt;</w:t>
        <w:br/>
        <w:t>Пан Лояль — судовий пристав.&lt;br /&gt;</w:t>
        <w:br/>
        <w:t>Поліцай.&lt;br /&gt;</w:t>
        <w:br/>
        <w:t>Фліпота — челядка пані Пернель.</w:t>
      </w:r>
    </w:p>
    <w:p>
      <w:r>
        <w:br/>
        <w:t>Діється в Парижі, в Оргоновім домі.</w:t>
      </w:r>
    </w:p>
    <w:p>
      <w:r>
        <w:br/>
        <w:t>ДІЯ ПЕРША</w:t>
      </w:r>
    </w:p>
    <w:p>
      <w:r>
        <w:br/>
        <w:t>ЯВА 1</w:t>
      </w:r>
    </w:p>
    <w:p>
      <w:r>
        <w:br/>
        <w:t>Пані Пернель, Ельміра, Мар’яна, Клеант, Даміс, Доріна, Фліпота.</w:t>
      </w:r>
    </w:p>
    <w:p>
      <w:r>
        <w:br/>
        <w:t>Пані Пернель&lt;br /&gt;</w:t>
        <w:br/>
        <w:t>Ходім, Фліпото; йди ж! Не хочу тут баритись.</w:t>
      </w:r>
    </w:p>
    <w:p>
      <w:r>
        <w:br/>
        <w:t>Ельміра&lt;br /&gt;</w:t>
        <w:br/>
        <w:t>Так прудко ви йдете, що нам не поспішитись.</w:t>
      </w:r>
    </w:p>
    <w:p>
      <w:r>
        <w:br/>
        <w:t>Пані Пернель&lt;br /&gt;</w:t>
        <w:br/>
        <w:t>Ви далі вже не йдіть, невісточко моя,&lt;br /&gt;</w:t>
        <w:br/>
        <w:t>Бо церемоній цих зовсім не хочу я.</w:t>
      </w:r>
    </w:p>
    <w:p>
      <w:r>
        <w:br/>
        <w:t>Ельміра&lt;br /&gt;</w:t>
        <w:br/>
        <w:t>Звичайність так велить, а ще ж ви наша мати.&lt;br /&gt;</w:t>
        <w:br/>
        <w:t>Але скажіть: чого вам хутко так тікати?</w:t>
      </w:r>
    </w:p>
    <w:p>
      <w:r>
        <w:br/>
        <w:t>Пані Пернель&lt;br /&gt;</w:t>
        <w:br/>
        <w:t>Бо надивилася на цей розгардіяш.&lt;br /&gt;</w:t>
        <w:br/>
        <w:t>Щоб догодить мені — є клопіт, та не ваш;&lt;br /&gt;</w:t>
        <w:br/>
        <w:t>Тому від вас я йду свого спокою ради,&lt;br /&gt;</w:t>
        <w:br/>
        <w:t>Бо тут сміється всяк із кожної поради,&lt;br /&gt;</w:t>
        <w:br/>
        <w:t>Мені ваги нема, та й не мовчить ніхто.&lt;br /&gt;</w:t>
        <w:br/>
        <w:t>Та це ж не інше що, як двір царя Пето!</w:t>
      </w:r>
    </w:p>
    <w:p>
      <w:r>
        <w:br/>
        <w:t>Доріна&lt;br /&gt;</w:t>
        <w:br/>
        <w:t>Коли…</w:t>
      </w:r>
    </w:p>
    <w:p>
      <w:r>
        <w:br/>
        <w:t>Пані Пернель&lt;br /&gt;</w:t>
        <w:br/>
        <w:t>Голубочко! Ти дуже язиката.&lt;br /&gt;</w:t>
        <w:br/>
        <w:t>Сваволі й смілості в тобі якраз до ката.&lt;br /&gt;</w:t>
        <w:br/>
        <w:t>Ти думаєш, що всім язик потрібен твій.</w:t>
      </w:r>
    </w:p>
    <w:p>
      <w:r>
        <w:br/>
        <w:t>Даміс&lt;br /&gt;</w:t>
        <w:br/>
        <w:t>Але…</w:t>
      </w:r>
    </w:p>
    <w:p>
      <w:r>
        <w:br/>
        <w:t>Пані Пернель&lt;br /&gt;</w:t>
        <w:br/>
        <w:t>А ти зовсім, мій синочку, дурний, —&lt;br /&gt;</w:t>
        <w:br/>
        <w:t>Я це кажу тобі, як баба до онука,&lt;br /&gt;</w:t>
        <w:br/>
        <w:t>Що з тебе виросте ледащо й ледарюка,&lt;br /&gt;</w:t>
        <w:br/>
        <w:t>Твоєму батькові казала я давно,&lt;br /&gt;</w:t>
        <w:br/>
        <w:t>І виріс ти йому на горенько одно.</w:t>
      </w:r>
    </w:p>
    <w:p>
      <w:r>
        <w:br/>
        <w:t>Мар’яна&lt;br /&gt;</w:t>
        <w:br/>
        <w:t>Мені…</w:t>
      </w:r>
    </w:p>
    <w:p>
      <w:r>
        <w:br/>
        <w:t>Пані Пернель&lt;br /&gt;</w:t>
        <w:br/>
        <w:t>А ви, його сестричка, — ви плохенькі,&lt;br /&gt;</w:t>
        <w:br/>
        <w:t>Мов тихая вода, такі собі тихенькі,&lt;br /&gt;</w:t>
        <w:br/>
        <w:t>Але в такій воді якраз сидять чорти,&lt;br /&gt;</w:t>
        <w:br/>
        <w:t>І ваших норовів не можу я знести.</w:t>
      </w:r>
    </w:p>
    <w:p>
      <w:r>
        <w:br/>
        <w:t>Ельміра&lt;br /&gt;</w:t>
        <w:br/>
        <w:t>Та ви-бо…</w:t>
      </w:r>
    </w:p>
    <w:p>
      <w:r>
        <w:br/>
        <w:t>Пані Пернель&lt;br /&gt;</w:t>
        <w:br/>
        <w:t>Вибачай, невісточко кохана,&lt;br /&gt;</w:t>
        <w:br/>
        <w:t>А ти поводишся таки зовсім погано.&lt;br /&gt;</w:t>
        <w:br/>
        <w:t>Тепер для їх обох ти матір’ю єси.&lt;br /&gt;</w:t>
        <w:br/>
        <w:t>Який же приклад їм собою ти даси?&lt;br /&gt;</w:t>
        <w:br/>
        <w:t>Марнуєш гроші так, що це мене вражає,&lt;br /&gt;</w:t>
        <w:br/>
        <w:t>Вбираєшся, немов княгиня та. Хто дбає,&lt;br /&gt;</w:t>
        <w:br/>
        <w:t>Аби одно своє подружжя чарувать,&lt;br /&gt;</w:t>
        <w:br/>
        <w:t>Прикрас таких повік не стане начіплять.</w:t>
      </w:r>
    </w:p>
    <w:p>
      <w:r>
        <w:br/>
        <w:t>Клеант&lt;br /&gt;</w:t>
        <w:br/>
        <w:t>Ось слухайте…</w:t>
      </w:r>
    </w:p>
    <w:p>
      <w:r>
        <w:br/>
        <w:t>Пані Пернель&lt;br /&gt;</w:t>
        <w:br/>
        <w:t>А ви, невістчин любий брате, —&lt;br /&gt;</w:t>
        <w:br/>
        <w:t>Я рада вас любить, кохати, шанувати,&lt;br /&gt;</w:t>
        <w:br/>
        <w:t>Але якби це я Оргоном тут була,&lt;br /&gt;</w:t>
        <w:br/>
        <w:t>То стежечка до нас для вас би заросла.&lt;br /&gt;</w:t>
        <w:br/>
        <w:t>Ви всіх навчаєте, як треба жити… Пане!&lt;br /&gt;</w:t>
        <w:br/>
        <w:t>Адже ж хто має честь, той слухать вас не стане.&lt;br /&gt;</w:t>
        <w:br/>
        <w:t>Це, може, прикро вам? Це вас не потіша?&lt;br /&gt;</w:t>
        <w:br/>
        <w:t>Що ж, правду я люблю: така моя душа.</w:t>
      </w:r>
    </w:p>
    <w:p>
      <w:r>
        <w:br/>
        <w:t>Даміс&lt;br /&gt;</w:t>
        <w:br/>
        <w:t>От любий ваш Тартюф без хиби та без вади…</w:t>
      </w:r>
    </w:p>
    <w:p>
      <w:r>
        <w:br/>
        <w:t>Пані Пернель&lt;br /&gt;</w:t>
        <w:br/>
        <w:t>Його послухатись усякий був би радий.&lt;br /&gt;</w:t>
        <w:br/>
        <w:t>Мене те гніває, що кожний дурень звик&lt;br /&gt;</w:t>
        <w:br/>
        <w:t>Про нього розпускать нікчемний свій язик.</w:t>
      </w:r>
    </w:p>
    <w:p>
      <w:r>
        <w:br/>
        <w:t>Даміс&lt;br /&gt;</w:t>
        <w:br/>
        <w:t>Чи стану я терпіть, щоб шельма ця побожна&lt;br /&gt;</w:t>
        <w:br/>
        <w:t>Забрала всіх до рук, що й писнути не можна!&lt;br /&gt;</w:t>
        <w:br/>
        <w:t>Що, як цей любий пан ухвали нам не дасть,&lt;br /&gt;</w:t>
        <w:br/>
        <w:t>То вже й побавитись не вільно? От напасть!</w:t>
      </w:r>
    </w:p>
    <w:p>
      <w:r>
        <w:br/>
        <w:t>Доріна&lt;br /&gt;</w:t>
        <w:br/>
        <w:t>Як слухати його, та ще й пойняти віри,&lt;br /&gt;</w:t>
        <w:br/>
        <w:t>Що б ми не діяли, ми чисті бузувіри,&lt;br /&gt;</w:t>
        <w:br/>
        <w:t>Бо гострий критик цей огудить нас усіх.</w:t>
      </w:r>
    </w:p>
    <w:p>
      <w:r>
        <w:br/>
        <w:t>Пані Пернель&lt;br /&gt;</w:t>
        <w:br/>
        <w:t>І все, що гудить він, — то є правдивий гріх,&lt;br /&gt;</w:t>
        <w:br/>
        <w:t>За ним ви зможете до раю доступити.&lt;br /&gt;</w:t>
        <w:br/>
        <w:t>Чи син мій вас не вчив, як слід його любити?</w:t>
      </w:r>
    </w:p>
    <w:p>
      <w:r>
        <w:br/>
        <w:t>Даміс&lt;br /&gt;</w:t>
        <w:br/>
        <w:t>Ні, сила батькова не здужавшого,&lt;br /&gt;</w:t>
        <w:br/>
        <w:t>Щоб я хоч трошечки любити міг його.&lt;br /&gt;</w:t>
        <w:br/>
        <w:t>Я зрадив би себе, якби дививсь інакше,&lt;br /&gt;</w:t>
        <w:br/>
        <w:t>Якби його діла мене вражали м’якше.&lt;br /&gt;</w:t>
        <w:br/>
        <w:t>Пройдисвіт цей давно обурює мене,&lt;br /&gt;</w:t>
        <w:br/>
        <w:t>І я таки зроблю з цим паном щось страшне.</w:t>
      </w:r>
    </w:p>
    <w:p>
      <w:r>
        <w:br/>
        <w:t>Доріна&lt;br /&gt;</w:t>
        <w:br/>
        <w:t>Авжеж, хіба не глум, не сором на всі люди,&lt;br /&gt;</w:t>
        <w:br/>
        <w:t>Що ми в руках усі в нікчемної приблуди?&lt;br /&gt;</w:t>
        <w:br/>
        <w:t>Той ланець, що до нас без підошов прибрів,&lt;br /&gt;</w:t>
        <w:br/>
        <w:t>А вся одежина на йому п’ять шагів,&lt;br /&gt;</w:t>
        <w:br/>
        <w:t>Тепер, як паном став, усе те забуває,&lt;br /&gt;</w:t>
        <w:br/>
        <w:t>Орудує всіма, всім рота забиває!</w:t>
      </w:r>
    </w:p>
    <w:p>
      <w:r>
        <w:br/>
        <w:t>Пані Пернель&lt;br /&gt;</w:t>
        <w:br/>
        <w:t>Ой, не бреши! Тоді найкращий був би лад,&lt;br /&gt;</w:t>
        <w:br/>
        <w:t>Якби всі слухались його святих порад.</w:t>
      </w:r>
    </w:p>
    <w:p>
      <w:r>
        <w:br/>
        <w:t>Доріна&lt;br /&gt;</w:t>
        <w:br/>
        <w:t>Це ваша вигадка його в святі запише,&lt;br /&gt;</w:t>
        <w:br/>
        <w:t>А він — облуда весь і нею тільки дише.&lt;br /&gt;</w:t>
        <w:br/>
        <w:t>Пан і Пернель&lt;br /&gt;</w:t>
        <w:br/>
        <w:t>Ото язик!</w:t>
      </w:r>
    </w:p>
    <w:p>
      <w:r>
        <w:br/>
        <w:t>Доріна&lt;br /&gt;</w:t>
        <w:br/>
        <w:t>Такі — його слуга й він сам, —&lt;br /&gt;</w:t>
        <w:br/>
        <w:t>Що їм без розписки нічого я не дам.</w:t>
      </w:r>
    </w:p>
    <w:p>
      <w:r>
        <w:br/>
        <w:t>Пані Пернель&lt;br /&gt;</w:t>
        <w:br/>
        <w:t>Не знаю, що в душі в слуги його Лорана,&lt;br /&gt;</w:t>
        <w:br/>
        <w:t>Але заприсягтись готова я за пана.&lt;br /&gt;</w:t>
        <w:br/>
        <w:t>А ви на його всі тому повстаєте,&lt;br /&gt;</w:t>
        <w:br/>
        <w:t>Що правди з уст його ніяк не знесете,&lt;br /&gt;</w:t>
        <w:br/>
        <w:t>Бо гнівають його гріхи й думки лукаві,&lt;br /&gt;</w:t>
        <w:br/>
        <w:t>А божий інтерес у нього в кожній справі.</w:t>
      </w:r>
    </w:p>
    <w:p>
      <w:r>
        <w:br/>
        <w:t>Доріна&lt;br /&gt;</w:t>
        <w:br/>
        <w:t>Так. А чому ж його злоба несита їсть,&lt;br /&gt;</w:t>
        <w:br/>
        <w:t>Як завіта до нас хоч який-небудь гість?&lt;br /&gt;</w:t>
        <w:br/>
        <w:t>Чи небо гнівають почесні ті візити,&lt;br /&gt;</w:t>
        <w:br/>
        <w:t>Що він про них кричить, немов несамовитий?&lt;br /&gt;</w:t>
        <w:br/>
        <w:t>А знаєте, чого він на гостей повстав?&lt;br /&gt;</w:t>
        <w:br/>
        <w:t>(Показуючи на Ельміру).&lt;br /&gt;</w:t>
        <w:br/>
        <w:t>Бо нашу пані він до них приревнував.</w:t>
      </w:r>
    </w:p>
    <w:p>
      <w:r>
        <w:br/>
        <w:t>Пані Пернель&lt;br /&gt;</w:t>
        <w:br/>
        <w:t>Мовчи, та з язика не вергай, мов з лопати,&lt;br /&gt;</w:t>
        <w:br/>
        <w:t>Бо всяк, не тільки він, вам став би дорікати.&lt;br /&gt;</w:t>
        <w:br/>
        <w:t>Бо весь гармидер цей, що в домі тут щодня,&lt;br /&gt;</w:t>
        <w:br/>
        <w:t>Карет перед двором невпинна гуркотня,&lt;br /&gt;</w:t>
        <w:br/>
        <w:t>І гук від тиску слуг, що панство понаводить, —&lt;br /&gt;</w:t>
        <w:br/>
        <w:t>В сусідстві поговір та всякі брехні плодить.&lt;br /&gt;</w:t>
        <w:br/>
        <w:t>Нехай у зборах тих іще гріха нема,&lt;br /&gt;</w:t>
        <w:br/>
        <w:t>Але вже слава йде, а це хіба дарма?</w:t>
      </w:r>
    </w:p>
    <w:p>
      <w:r>
        <w:br/>
        <w:t>Клеант&lt;br /&gt;</w:t>
        <w:br/>
        <w:t>Невже ви плетунам заткнуть хотіли б рота?&lt;br /&gt;</w:t>
        <w:br/>
        <w:t>Але на світі жить яка була б охота,&lt;br /&gt;</w:t>
        <w:br/>
        <w:t>Якби не сміли ми приймати любих нам,&lt;br /&gt;</w:t>
        <w:br/>
        <w:t>Аби не дати що сплітати брехунам?&lt;br /&gt;</w:t>
        <w:br/>
        <w:t>Нехай би й так: ніхто до нас і ми нікуди,&lt;br /&gt;</w:t>
        <w:br/>
        <w:t>Але невже тоді мовчали б злії люди?&lt;br /&gt;</w:t>
        <w:br/>
        <w:t>Немає способу від брехень утекти,&lt;br /&gt;</w:t>
        <w:br/>
        <w:t>То не вважаймо ж ми на ті дурні роти.&lt;br /&gt;</w:t>
        <w:br/>
        <w:t>Живім по-людському, нехай собі сороки&lt;br /&gt;</w:t>
        <w:br/>
        <w:t>Стрекочуть, як хотять, і лають на всі боки.</w:t>
      </w:r>
    </w:p>
    <w:p>
      <w:r>
        <w:br/>
        <w:t>Доріна&lt;br /&gt;</w:t>
        <w:br/>
        <w:t>Чи це ж не Дафночка й не Дафнии чоловік,&lt;br /&gt;</w:t>
        <w:br/>
        <w:t>Що тріпають об нас злосливий свій язик?&lt;br /&gt;</w:t>
        <w:br/>
        <w:t>Ті, що в житті самі зблудилися з дороги,&lt;br /&gt;</w:t>
        <w:br/>
        <w:t>Найперше від усіх підіймуть вас на роги.&lt;br /&gt;</w:t>
        <w:br/>
        <w:t>Так і вишукують задля брехні чогось,&lt;br /&gt;</w:t>
        <w:br/>
        <w:t>І вже біда, як їм почути довелось&lt;br /&gt;</w:t>
        <w:br/>
        <w:t>Про приязнь вашу з ким, бо зараз перекрутять&lt;br /&gt;</w:t>
        <w:br/>
        <w:t>І славу рознесуть, і інших збаламутять,&lt;br /&gt;</w:t>
        <w:br/>
        <w:t>І фарби наведуть вони на вас такі,&lt;br /&gt;</w:t>
        <w:br/>
        <w:t>Що й власні вчинки їх здадуться менш гидкі;&lt;br /&gt;</w:t>
        <w:br/>
        <w:t>Бо як, мовляв, між нас ніде святих немає,&lt;br /&gt;</w:t>
        <w:br/>
        <w:t>То й власний їхній бруд ніхто не покарає.&lt;br /&gt;</w:t>
        <w:br/>
        <w:t>Вони б накинули неславу на весь край,&lt;br /&gt;</w:t>
        <w:br/>
        <w:t>Щоб якомога менш припало на їх пай.</w:t>
      </w:r>
    </w:p>
    <w:p>
      <w:r>
        <w:br/>
        <w:t>Пані Пернель&lt;br /&gt;</w:t>
        <w:br/>
        <w:t>Твоє балакання пропало некорисно.&lt;br /&gt;</w:t>
        <w:br/>
        <w:t>Тут про Оранту всім, здається, добре звісно —&lt;br /&gt;</w:t>
        <w:br/>
        <w:t>Побожна то душа, — а от вона, гляди,&lt;br /&gt;</w:t>
        <w:br/>
        <w:t>Не хвалить натовпу, що йде щодня сюди.</w:t>
      </w:r>
    </w:p>
    <w:p>
      <w:r>
        <w:br/>
        <w:t>Доріна&lt;br /&gt;</w:t>
        <w:br/>
        <w:t>Це правда, приклад цей згадати вам годиться,&lt;br /&gt;</w:t>
        <w:br/>
        <w:t>Бо пані ця живе, неначебто черниця,&lt;br /&gt;</w:t>
        <w:br/>
        <w:t>Але ж того вона тепер така свята,&lt;br /&gt;</w:t>
        <w:br/>
        <w:t>Що вже минулися давно її літа.&lt;br /&gt;</w:t>
        <w:br/>
        <w:t>Колись молодшою була вона вродлива,&lt;br /&gt;</w:t>
        <w:br/>
        <w:t>То й до закоханих не так була спесива;&lt;br /&gt;</w:t>
        <w:br/>
        <w:t>Тепер зістарілась, її вже світ не зна,&lt;br /&gt;</w:t>
        <w:br/>
        <w:t>То й світ через оте не хоче знать вона,&lt;br /&gt;</w:t>
        <w:br/>
        <w:t>Ховаючи себе під мудрістю святою,&lt;br /&gt;</w:t>
        <w:br/>
        <w:t>Бо не здолає вже принаджувать красою.&lt;br /&gt;</w:t>
        <w:br/>
        <w:t>Такий уже звичай у всіх зів’ялих краль,&lt;br /&gt;</w:t>
        <w:br/>
        <w:t>Їх молодіж уся покинула, на жаль,&lt;br /&gt;</w:t>
        <w:br/>
        <w:t>І, щоб розважитись і трохи вдовольнитись,&lt;br /&gt;</w:t>
        <w:br/>
        <w:t>Нема їм способу, як тільки присвятитись.&lt;br /&gt;</w:t>
        <w:br/>
        <w:t>І от живуть вони, немов черниці ті,&lt;br /&gt;</w:t>
        <w:br/>
        <w:t>Та судять кожного, бо, бач, самі святі,&lt;br /&gt;</w:t>
        <w:br/>
        <w:t>І ганять не тому; що правди путь їм мила,&lt;br /&gt;</w:t>
        <w:br/>
        <w:t>Але що заздрість їм усі думки обсіла.&lt;br /&gt;</w:t>
        <w:br/>
        <w:t>Не вибачать вони нікому тих потіх,&lt;br /&gt;</w:t>
        <w:br/>
        <w:t>Що, як минув їх час, тепера не для них.</w:t>
      </w:r>
    </w:p>
    <w:p>
      <w:r>
        <w:br/>
        <w:t>Пані Пернель&lt;br /&gt;</w:t>
        <w:br/>
        <w:t>(до Ельміри)&lt;br /&gt;</w:t>
        <w:br/>
        <w:t>Тобі, невісточко, така балаканина&lt;br /&gt;</w:t>
        <w:br/>
        <w:t>Видимо до смаку, а я мовчать повинна,&lt;br /&gt;</w:t>
        <w:br/>
        <w:t>Бо наймичка твоя з плесканням не вгава;&lt;br /&gt;</w:t>
        <w:br/>
        <w:t>Але тепер і я скажу хоч слова два.&lt;br /&gt;</w:t>
        <w:br/>
        <w:t>У найщасливішу свого життя годину&lt;br /&gt;</w:t>
        <w:br/>
        <w:t>Мій син прийняв собі таку святу людину,&lt;br /&gt;</w:t>
        <w:br/>
        <w:t>Що сам господь послав, вас бачивши в гріхах,&lt;br /&gt;</w:t>
        <w:br/>
        <w:t>Щоб розум ваш слабий направити на шлях.&lt;br /&gt;</w:t>
        <w:br/>
        <w:t>Так слухайте ж його, як вам спасіння любе:&lt;br /&gt;</w:t>
        <w:br/>
        <w:t>Він гудить тільки те, що вас веде до згуби.&lt;br /&gt;</w:t>
        <w:br/>
        <w:t>Всі ваші бесіди, гостини і танки —&lt;br /&gt;</w:t>
        <w:br/>
        <w:t>То все лукавого мерзенні вигадки.&lt;br /&gt;</w:t>
        <w:br/>
        <w:t>Про бога там ніхто не згадує в розмові,&lt;br /&gt;</w:t>
        <w:br/>
        <w:t>Балачки ж, пустощі й пісні напоготові,&lt;br /&gt;</w:t>
        <w:br/>
        <w:t>Там судять ближнього, беруть його на сміх&lt;br /&gt;</w:t>
        <w:br/>
        <w:t>І брехні всякії вигадують про всіх.&lt;br /&gt;</w:t>
        <w:br/>
        <w:t>Якби розумному між вами опиниться,&lt;br /&gt;</w:t>
        <w:br/>
        <w:t>То в нього голова від крику розболиться.&lt;br /&gt;</w:t>
        <w:br/>
        <w:t>Сто брехень заразом, хто на яку напав…&lt;br /&gt;</w:t>
        <w:br/>
        <w:t>Там лікар був один, ще й гарно так сказав:&lt;br /&gt;</w:t>
        <w:br/>
        <w:t>Це вавілонський стовп і язиків змішання,&lt;br /&gt;</w:t>
        <w:br/>
        <w:t>Бо стовпились усі задля пащекування.&lt;br /&gt;</w:t>
        <w:br/>
        <w:t>За вигадку таку йому-таки прийшлось…&lt;br /&gt;</w:t>
        <w:br/>
        <w:t>(Показуючи на Клеанта),&lt;br /&gt;</w:t>
        <w:br/>
        <w:t>А цей панок уже регочеться чогось!&lt;br /&gt;</w:t>
        <w:br/>
        <w:t>Найдіть собі дурних та й будете сміятись.&lt;br /&gt;</w:t>
        <w:br/>
        <w:t>(До Ельміри),&lt;br /&gt;</w:t>
        <w:br/>
        <w:t>А ти…. Але прощай! Не хочу вже змагатись,&lt;br /&gt;</w:t>
        <w:br/>
        <w:t>Обрид мені сей двір і кодло ваше все.&lt;br /&gt;</w:t>
        <w:br/>
        <w:t>Тепер мене сюди не швидко занесе.&lt;br /&gt;</w:t>
        <w:br/>
        <w:t>(Ударивши по щоці Фліпоту),&lt;br /&gt;</w:t>
        <w:br/>
        <w:t>А ти загавилась і спиш уже, псяюхо!&lt;br /&gt;</w:t>
        <w:br/>
        <w:t>А, трясця!.. Як візьму оце тебе за вухо! Іди за мною! Ну!..</w:t>
      </w:r>
    </w:p>
    <w:p>
      <w:r>
        <w:br/>
        <w:t>ЯВА 2</w:t>
      </w:r>
    </w:p>
    <w:p>
      <w:r>
        <w:br/>
        <w:t>Клеант, Доріна.</w:t>
      </w:r>
    </w:p>
    <w:p>
      <w:r>
        <w:br/>
        <w:t>Клеант&lt;br /&gt;</w:t>
        <w:br/>
        <w:t>А я вже не піду.&lt;br /&gt;</w:t>
        <w:br/>
        <w:t>Боюся, щоб ізнов не вскочити в біду.&lt;br /&gt;</w:t>
        <w:br/>
        <w:t>Ну, добра жіночка!</w:t>
      </w:r>
    </w:p>
    <w:p>
      <w:r>
        <w:br/>
        <w:t>Доріна&lt;br /&gt;</w:t>
        <w:br/>
        <w:t>А шкода, що не чує&lt;br /&gt;</w:t>
        <w:br/>
        <w:t>Вона, як ваша мосць отут її шанує;&lt;br /&gt;</w:t>
        <w:br/>
        <w:t>Була б подяка вам і, мабуть, не мала.&lt;br /&gt;</w:t>
        <w:br/>
        <w:t>Вона б вам добрості ще краще довела.</w:t>
      </w:r>
    </w:p>
    <w:p>
      <w:r>
        <w:br/>
        <w:t>Клеант&lt;br /&gt;</w:t>
        <w:br/>
        <w:t>Без жодної вини чогось на всіх надалась.&lt;br /&gt;</w:t>
        <w:br/>
        <w:t>Чи то вона в свого Тартюфа закохалась?</w:t>
      </w:r>
    </w:p>
    <w:p>
      <w:r>
        <w:br/>
        <w:t>Доріна&lt;br /&gt;</w:t>
        <w:br/>
        <w:t>Вона то ще не так; а от погляньте ви,&lt;br /&gt;</w:t>
        <w:br/>
        <w:t>Чим син її зробивсь: той збувся голови.&lt;br /&gt;</w:t>
        <w:br/>
        <w:t>Колись розумний був, як слухав нашу раду,&lt;br /&gt;</w:t>
        <w:br/>
        <w:t>І навіть на війні не зостававсь позаду;&lt;br /&gt;</w:t>
        <w:br/>
        <w:t>Але тепер увесь свій розум загубив,&lt;br /&gt;</w:t>
        <w:br/>
        <w:t>Відколи дуже так Тартюфа полюбив.&lt;br /&gt;</w:t>
        <w:br/>
        <w:t>Рідненьким братом став Тартюфа називати,&lt;br /&gt;</w:t>
        <w:br/>
        <w:t>Йому дорожчий він, ніж діти, жінка, мати,&lt;br /&gt;</w:t>
        <w:br/>
        <w:t>Бо то довірений усіх його думок&lt;br /&gt;</w:t>
        <w:br/>
        <w:t>І в ділі кожному єдиний ватажок.&lt;br /&gt;</w:t>
        <w:br/>
        <w:t>А як почне його до серденька тулити!&lt;br /&gt;</w:t>
        <w:br/>
        <w:t>Здається, дівчину не можна більш любити!&lt;br /&gt;</w:t>
        <w:br/>
        <w:t>В обід його щодня на покуть садовить&lt;br /&gt;</w:t>
        <w:br/>
        <w:t>І тішиться, як той за чотирьох трощить;&lt;br /&gt;</w:t>
        <w:br/>
        <w:t>Йому найкращії шматочки відкладає;&lt;br /&gt;</w:t>
        <w:br/>
        <w:t>Тартюф ікне, а він його поздоровляє.&lt;br /&gt;</w:t>
        <w:br/>
        <w:t>Тартюф для нього все: порадник, голова;&lt;br /&gt;</w:t>
        <w:br/>
        <w:t>Він згадує весь день усі його слова;&lt;br /&gt;</w:t>
        <w:br/>
        <w:t>Що б не зробив Тартюф, то буде все чудово,&lt;br /&gt;</w:t>
        <w:br/>
        <w:t>Оракулом стає його найменше слово.&lt;br /&gt;</w:t>
        <w:br/>
        <w:t>А той найшов дурних і вже не ловить гав&lt;br /&gt;</w:t>
        <w:br/>
        <w:t>І штучним виглядом Оргона підобгав.&lt;br /&gt;</w:t>
        <w:br/>
        <w:t>У нього грошики видурює лукаво&lt;br /&gt;</w:t>
        <w:br/>
        <w:t>І глузувати з нас добув нехибне право.&lt;br /&gt;</w:t>
        <w:br/>
        <w:t>Та що! Його слуга, облесливе хлопча,&lt;br /&gt;</w:t>
        <w:br/>
        <w:t>І той мішається до нас і нас навча.&lt;br /&gt;</w:t>
        <w:br/>
        <w:t>Там як почне до нас казання говорити&lt;br /&gt;</w:t>
        <w:br/>
        <w:t>Та розкидати нам стьожки, рум’яна, квіти!&lt;br /&gt;</w:t>
        <w:br/>
        <w:t>Оце якось порвав нам хустку на шматки,&lt;br /&gt;</w:t>
        <w:br/>
        <w:t>Що замішалася в його "Святі квітки",&lt;br /&gt;</w:t>
        <w:br/>
        <w:t>Говорячи, що ми без сорому змішали&lt;br /&gt;</w:t>
        <w:br/>
        <w:t>З святою книжкою чортячі причандали.</w:t>
      </w:r>
    </w:p>
    <w:p>
      <w:r>
        <w:br/>
        <w:t>ЯВА 3</w:t>
      </w:r>
    </w:p>
    <w:p>
      <w:r>
        <w:br/>
        <w:t>Ельміра, Мар’яна, Даміс, Клеант, Доріна.</w:t>
      </w:r>
    </w:p>
    <w:p>
      <w:r>
        <w:br/>
        <w:t>Ельміра&lt;br /&gt;</w:t>
        <w:br/>
        <w:t>(до Клеанта)&lt;br /&gt;</w:t>
        <w:br/>
        <w:t>На ваше щастя, ви не йшли аж до дверей:&lt;br /&gt;</w:t>
        <w:br/>
        <w:t>Було б наслухались іще її речей.&lt;br /&gt;</w:t>
        <w:br/>
        <w:t>Але, я бачила, вернувсь Оргон до хати,&lt;br /&gt;</w:t>
        <w:br/>
        <w:t>То я до себе йду, щоб там його прийняти.</w:t>
      </w:r>
    </w:p>
    <w:p>
      <w:r>
        <w:br/>
        <w:t>Клеант&lt;br /&gt;</w:t>
        <w:br/>
        <w:t>А я зостанусь тут на кілька ще хвилин,&lt;br /&gt;</w:t>
        <w:br/>
        <w:t>У мене тільки й справ — добридень дать один.</w:t>
      </w:r>
    </w:p>
    <w:p>
      <w:r>
        <w:br/>
        <w:t>ЯВА 4</w:t>
      </w:r>
    </w:p>
    <w:p>
      <w:r>
        <w:br/>
        <w:t>Клеант, Даміс, Доріна.</w:t>
      </w:r>
    </w:p>
    <w:p>
      <w:r>
        <w:br/>
        <w:t>Даміс&lt;br /&gt;</w:t>
        <w:br/>
        <w:t>Ви вкиньте з ним слівце про шлюб сестри моєї:&lt;br /&gt;</w:t>
        <w:br/>
        <w:t>Боюсь я, що Тартюф замислив щось на неї,&lt;br /&gt;</w:t>
        <w:br/>
        <w:t>То батька в другий бік коли б іще не збив.&lt;br /&gt;</w:t>
        <w:br/>
        <w:t>Ви знаєте, що я що справу полюбив:&lt;br /&gt;</w:t>
        <w:br/>
        <w:t>З Валером любиться сестра моя Мар’яна.&lt;br /&gt;</w:t>
        <w:br/>
        <w:t>Валерова ж сестра така мені кохана,&lt;br /&gt;</w:t>
        <w:br/>
        <w:t>Що як не…</w:t>
      </w:r>
    </w:p>
    <w:p>
      <w:r>
        <w:br/>
        <w:t>Доріна&lt;br /&gt;</w:t>
        <w:br/>
        <w:t>Він іде.&lt;br /&gt;</w:t>
        <w:br/>
        <w:t>ЯВА 5</w:t>
      </w:r>
    </w:p>
    <w:p>
      <w:r>
        <w:br/>
        <w:t>Оргон, Клеант, Доріна.</w:t>
      </w:r>
    </w:p>
    <w:p>
      <w:r>
        <w:br/>
        <w:t>Оргон&lt;br /&gt;</w:t>
        <w:br/>
        <w:t>А, брате мій, здоров!</w:t>
      </w:r>
    </w:p>
    <w:p>
      <w:r>
        <w:br/>
        <w:t>Клеант&lt;br /&gt;</w:t>
        <w:br/>
        <w:t>Гаразд, що ви прийшли, а я вже був ішов.&lt;br /&gt;</w:t>
        <w:br/>
        <w:t>А що, на хуторі вже красно, та не дуже?</w:t>
      </w:r>
    </w:p>
    <w:p>
      <w:r>
        <w:br/>
        <w:t>Оргон&lt;br /&gt;</w:t>
        <w:br/>
        <w:t>Доріно…&lt;br /&gt;</w:t>
        <w:br/>
        <w:t>(До Клеанта).&lt;br /&gt;</w:t>
        <w:br/>
        <w:t>Підождіть хвилинку, милий друже,&lt;br /&gt;</w:t>
        <w:br/>
        <w:t>Призвольте трошечки, щоб я хоч розпитавсь&lt;br /&gt;</w:t>
        <w:br/>
        <w:t>Про те, що сталось тут, та вже й не турбувавсь.&lt;br /&gt;</w:t>
        <w:br/>
        <w:t>(До Доріни).&lt;br /&gt;</w:t>
        <w:br/>
        <w:t>Чи все за ці два дні велось вам до вподоби?&lt;br /&gt;</w:t>
        <w:br/>
        <w:t>Що поробляєте? Чи хто не мав хвороби?</w:t>
      </w:r>
    </w:p>
    <w:p>
      <w:r>
        <w:br/>
        <w:t>Доріна&lt;br /&gt;</w:t>
        <w:br/>
        <w:t>Завчора в пані страх боліла голова,&lt;br /&gt;</w:t>
        <w:br/>
        <w:t>Та ще й пропасниця була якась нова.</w:t>
      </w:r>
    </w:p>
    <w:p>
      <w:r>
        <w:br/>
        <w:t>Оргон&lt;br /&gt;</w:t>
        <w:br/>
        <w:t>А як Тартюф?</w:t>
      </w:r>
    </w:p>
    <w:p>
      <w:r>
        <w:br/>
        <w:t>Доріна&lt;br /&gt;</w:t>
        <w:br/>
        <w:t>Тартюф? До його що пристане?&lt;br /&gt;</w:t>
        <w:br/>
        <w:t>Такий гладкий, як був, товстий, лице рум’яне.</w:t>
      </w:r>
    </w:p>
    <w:p>
      <w:r>
        <w:br/>
        <w:t>Оргон&lt;br /&gt;</w:t>
        <w:br/>
        <w:t>Бідаха!</w:t>
      </w:r>
    </w:p>
    <w:p>
      <w:r>
        <w:br/>
        <w:t>Доріна&lt;br /&gt;</w:t>
        <w:br/>
        <w:t>Ввечері то й їсти не могли І за вечерею ні крихти не взяли,&lt;br /&gt;</w:t>
        <w:br/>
        <w:t>Бо в голові й тоді ще дуже в їх боліло.</w:t>
      </w:r>
    </w:p>
    <w:p>
      <w:r>
        <w:br/>
        <w:t>Оргон&lt;br /&gt;</w:t>
        <w:br/>
        <w:t>Ну, а Тартюф?</w:t>
      </w:r>
    </w:p>
    <w:p>
      <w:r>
        <w:br/>
        <w:t>Доріна&lt;br /&gt;</w:t>
        <w:br/>
        <w:t>Один за двох він справив діло.&lt;br /&gt;</w:t>
        <w:br/>
        <w:t>Двох куріп’ят обгриз побожно до кісток,&lt;br /&gt;</w:t>
        <w:br/>
        <w:t>Та ще й на закуску здоровий з’їв биток.</w:t>
      </w:r>
    </w:p>
    <w:p>
      <w:r>
        <w:br/>
        <w:t>Оргон</w:t>
      </w:r>
    </w:p>
    <w:p>
      <w:r>
        <w:br/>
        <w:t>Доріна&lt;br /&gt;</w:t>
        <w:br/>
        <w:t>Як лягли ж, то, як одну хвилину,&lt;br /&gt;</w:t>
        <w:br/>
        <w:t>Качались цілу ніч без сну, без одпочину;&lt;br /&gt;</w:t>
        <w:br/>
        <w:t>Було не можна спать, так дуже їх пекло;&lt;br /&gt;</w:t>
        <w:br/>
        <w:t>А коло їх і нам спочинку не було.</w:t>
      </w:r>
    </w:p>
    <w:p>
      <w:r>
        <w:br/>
        <w:t>Оргон&lt;br /&gt;</w:t>
        <w:br/>
        <w:t>Ну, а Тартюф?</w:t>
      </w:r>
    </w:p>
    <w:p>
      <w:r>
        <w:br/>
        <w:t>Доріна&lt;br /&gt;</w:t>
        <w:br/>
        <w:t>Наївсь вечерею смачною,&lt;br /&gt;</w:t>
        <w:br/>
        <w:t>Устав, та й спатоньки поплентавсь до покою,&lt;br /&gt;</w:t>
        <w:br/>
        <w:t>І на перини там бебехнувся як пень,&lt;br /&gt;</w:t>
        <w:br/>
        <w:t>Та вже прокинувся на другий тільки день.</w:t>
      </w:r>
    </w:p>
    <w:p>
      <w:r>
        <w:br/>
        <w:t>Оргон&lt;br /&gt;</w:t>
        <w:br/>
        <w:t>Бідаха!</w:t>
      </w:r>
    </w:p>
    <w:p>
      <w:r>
        <w:br/>
        <w:t>Доріна&lt;br /&gt;</w:t>
        <w:br/>
        <w:t>Та таки ми пані вговорили, —&lt;br /&gt;</w:t>
        <w:br/>
        <w:t>І згодились вони, щоб кров їм отворили,&lt;br /&gt;</w:t>
        <w:br/>
        <w:t>І зараз же тоді зробилось легше їм.</w:t>
      </w:r>
    </w:p>
    <w:p>
      <w:r>
        <w:br/>
        <w:t>Оргон&lt;br /&gt;</w:t>
        <w:br/>
        <w:t>Ну, а Тартюф?</w:t>
      </w:r>
    </w:p>
    <w:p>
      <w:r>
        <w:br/>
        <w:t>Доріна&lt;br /&gt;</w:t>
        <w:br/>
        <w:t>О, він не налякавсь нічим&lt;br /&gt;</w:t>
        <w:br/>
        <w:t>І проти бід усіх, набравши в душу сили,&lt;br /&gt;</w:t>
        <w:br/>
        <w:t>Хильнув чарок із п’ять, як снідати посіли,&lt;br /&gt;</w:t>
        <w:br/>
        <w:t>Щоб знову в пані влить ту виточену кров.</w:t>
      </w:r>
    </w:p>
    <w:p>
      <w:r>
        <w:br/>
        <w:t>Оргон&lt;br /&gt;</w:t>
        <w:br/>
        <w:t>Бідаха!</w:t>
      </w:r>
    </w:p>
    <w:p>
      <w:r>
        <w:br/>
        <w:t>Доріна&lt;br /&gt;</w:t>
        <w:br/>
        <w:t>Та тепер усі здорові знов.&lt;br /&gt;</w:t>
        <w:br/>
        <w:t>Піду ж до пані я, скажу, що ви чимало&lt;br /&gt;</w:t>
        <w:br/>
        <w:t>Зраділи, що її хвороби вже не стало.</w:t>
      </w:r>
    </w:p>
    <w:p>
      <w:r>
        <w:br/>
        <w:t>ЯВА 6</w:t>
      </w:r>
    </w:p>
    <w:p>
      <w:r>
        <w:br/>
        <w:t>Оргон, Клеант.</w:t>
      </w:r>
    </w:p>
    <w:p>
      <w:r>
        <w:br/>
        <w:t>Клеант&lt;br /&gt;</w:t>
        <w:br/>
        <w:t>Вона ж у вічі вам на глум вас узяла.&lt;br /&gt;</w:t>
        <w:br/>
        <w:t>Не гнівайтесь, бо річ моя зовсім не зла,&lt;br /&gt;</w:t>
        <w:br/>
        <w:t>Але вам так і слід, самі собі ви шкоду&lt;br /&gt;</w:t>
        <w:br/>
        <w:t>Зробили примхами, яких не чув я зроду.&lt;br /&gt;</w:t>
        <w:br/>
        <w:t>Чи можна, щоб Тартюф вас так опанував,&lt;br /&gt;</w:t>
        <w:br/>
        <w:t>Що вже байдуже вам до всіх на світі справ.&lt;br /&gt;</w:t>
        <w:br/>
        <w:t>Ви прийняли його, ще й полатали лати…&lt;br /&gt;</w:t>
        <w:br/>
        <w:t>А вже тепер дійшли…</w:t>
      </w:r>
    </w:p>
    <w:p>
      <w:r>
        <w:br/>
        <w:t>Оproн&lt;br /&gt;</w:t>
        <w:br/>
        <w:t>Ось годі вам казати,&lt;br /&gt;</w:t>
        <w:br/>
        <w:t>Бо ви не знаєте зовсім, який він є.</w:t>
      </w:r>
    </w:p>
    <w:p>
      <w:r>
        <w:br/>
        <w:t>Клеант&lt;br /&gt;</w:t>
        <w:br/>
        <w:t>Не знаю? Що ж, тоді питання постає:&lt;br /&gt;</w:t>
        <w:br/>
        <w:t>Як розпізнать його, яким він може бути?</w:t>
      </w:r>
    </w:p>
    <w:p>
      <w:r>
        <w:br/>
        <w:t>Оргон&lt;br /&gt;</w:t>
        <w:br/>
        <w:t>Якби вам довелось як слід його збагнути,&lt;br /&gt;</w:t>
        <w:br/>
        <w:t>Ви б краю не знайшли всім радощам своїм.&lt;br /&gt;</w:t>
        <w:br/>
        <w:t>Це чоловік такий… Ах! Він такий… зовсім…&lt;br /&gt;</w:t>
        <w:br/>
        <w:t>Хто слухає його, живе в такім спокою&lt;br /&gt;</w:t>
        <w:br/>
        <w:t>І дивиться на світ, як на копицю гною.&lt;br /&gt;</w:t>
        <w:br/>
        <w:t>Я від його розмов цілком не той, що був,&lt;br /&gt;</w:t>
        <w:br/>
        <w:t>І вже до всіх речей прихильності позбув.&lt;br /&gt;</w:t>
        <w:br/>
        <w:t>Тепер і приязні в душі моїй немає:&lt;br /&gt;</w:t>
        <w:br/>
        <w:t>Нехай тут мати вмре, брат, жінка, син сконає, —&lt;br /&gt;</w:t>
        <w:br/>
        <w:t>Повірите, мені байдуже вже про те.</w:t>
      </w:r>
    </w:p>
    <w:p>
      <w:r>
        <w:br/>
        <w:t>Клеант&lt;br /&gt;</w:t>
        <w:br/>
        <w:t>От людські почуття і серце золоте!</w:t>
      </w:r>
    </w:p>
    <w:p>
      <w:r>
        <w:br/>
        <w:t>Оргон&lt;br /&gt;</w:t>
        <w:br/>
        <w:t>Якби ви знали, як ми вперше з ним спізнались,&lt;br /&gt;</w:t>
        <w:br/>
        <w:t>Ви, певно б, так, як я, душею з ним з’єднались.&lt;br /&gt;</w:t>
        <w:br/>
        <w:t>Оце було щодня до церкви тихо йде&lt;br /&gt;</w:t>
        <w:br/>
        <w:t>І там, де я стою, навколішки впаде,&lt;br /&gt;</w:t>
        <w:br/>
        <w:t>І в церкві хто б не був, на нього всяк дивився,&lt;br /&gt;</w:t>
        <w:br/>
        <w:t>З яким він запалом до господа молився.&lt;br /&gt;</w:t>
        <w:br/>
        <w:t>Зітхав так голосно, то знов крижем лягав&lt;br /&gt;</w:t>
        <w:br/>
        <w:t>І землю щоразу покірно цілував;&lt;br /&gt;</w:t>
        <w:br/>
        <w:t>А як виходив я, мерщій передо мною&lt;br /&gt;</w:t>
        <w:br/>
        <w:t>Ставав при виході з свяченою водою.&lt;br /&gt;</w:t>
        <w:br/>
        <w:t>Його слуга, що теж на праву путь ступив,&lt;br /&gt;</w:t>
        <w:br/>
        <w:t>Про вбожество його зі мною говорив;&lt;br /&gt;</w:t>
        <w:br/>
        <w:t>І то я став йому грошима помагати,&lt;br /&gt;</w:t>
        <w:br/>
        <w:t>Але він не хотів усіх від мене брати.&lt;br /&gt;</w:t>
        <w:br/>
        <w:t>"Частину я візьму, — казав, — а цю верну,&lt;br /&gt;</w:t>
        <w:br/>
        <w:t>Бо я не заробив такого талану".&lt;br /&gt;</w:t>
        <w:br/>
        <w:t>Коли ж я не приймав, він брав і в ту ж хвилину&lt;br /&gt;</w:t>
        <w:br/>
        <w:t>На вбогих роздавав тих грошей половину.&lt;br /&gt;</w:t>
        <w:br/>
        <w:t>Нарешті бог привів його до мене жить,&lt;br /&gt;</w:t>
        <w:br/>
        <w:t>І саме відтоді мені в усім щастить.&lt;br /&gt;</w:t>
        <w:br/>
        <w:t>Він догляда всього, за жінкою моєю,&lt;br /&gt;</w:t>
        <w:br/>
        <w:t>Шануючи мене, зорить, як за своєю,&lt;br /&gt;</w:t>
        <w:br/>
        <w:t>Її ревнує більш, ніж я, і вже мене&lt;br /&gt;</w:t>
        <w:br/>
        <w:t>Сповістить кожний раз, як хто їй підморгне.&lt;br /&gt;</w:t>
        <w:br/>
        <w:t>А щирий він який — повірити не можна,&lt;br /&gt;</w:t>
        <w:br/>
        <w:t>Бо перед ним стає гріхом дрібниця кожна,&lt;br /&gt;</w:t>
        <w:br/>
        <w:t>Його боїться він у всіх ділах своїх:&lt;br /&gt;</w:t>
        <w:br/>
        <w:t>Оце якось собі поставив він у гріх,&lt;br /&gt;</w:t>
        <w:br/>
        <w:t>Що, як піймав блоху, — а саме він молився, —&lt;br /&gt;</w:t>
        <w:br/>
        <w:t>Вбиваючи її, занадто прогнівився.</w:t>
      </w:r>
    </w:p>
    <w:p>
      <w:r>
        <w:br/>
        <w:t>Клеант&lt;br /&gt;</w:t>
        <w:br/>
        <w:t>Ой, ой! Ви розум свій, мабуть, згубили весь&lt;br /&gt;</w:t>
        <w:br/>
        <w:t>Чи то ви тільки так іи мене смієтесь?&lt;br /&gt;</w:t>
        <w:br/>
        <w:t>Балачка поглядів моїх не перетворить.</w:t>
      </w:r>
    </w:p>
    <w:p>
      <w:r>
        <w:br/>
        <w:t>Оргон&lt;br /&gt;</w:t>
        <w:br/>
        <w:t>Безбожно дума той, хто так, як ви, говорить,&lt;br /&gt;</w:t>
        <w:br/>
        <w:t>І духу вільного в вас повна голова.&lt;br /&gt;</w:t>
        <w:br/>
        <w:t>Я вас остерігав не раз уже й не два,&lt;br /&gt;</w:t>
        <w:br/>
        <w:t>Що бог за ці думки вас тяжко покарає.</w:t>
      </w:r>
    </w:p>
    <w:p>
      <w:r>
        <w:br/>
        <w:t>Клеант&lt;br /&gt;</w:t>
        <w:br/>
        <w:t>Таким, як ви, якраз ця мова припадає,&lt;br /&gt;</w:t>
        <w:br/>
        <w:t>Сліпі — хотять на всіх полуду навести,&lt;br /&gt;</w:t>
        <w:br/>
        <w:t>Бо в них безбожний, хто не має сліпоти,&lt;br /&gt;</w:t>
        <w:br/>
        <w:t>І той, кому кривить свій вид не до вподоби,&lt;br /&gt;</w:t>
        <w:br/>
        <w:t>Ні віри в святощі не має, ні шаноби.&lt;br /&gt;</w:t>
        <w:br/>
        <w:t>Ні, мова ця мене зовсім не настрашить,&lt;br /&gt;</w:t>
        <w:br/>
        <w:t>Я знаю, що кажу, і бог це серце зрить;&lt;br /&gt;</w:t>
        <w:br/>
        <w:t>На вихиляси всі не хочу я вважати;&lt;br /&gt;</w:t>
        <w:br/>
        <w:t>Святим перед людьми себе не трудно вдати.&lt;br /&gt;</w:t>
        <w:br/>
        <w:t>Так само, як не той одважний, хто зложив&lt;br /&gt;</w:t>
        <w:br/>
        <w:t>Байки про те, яких побив він ворогів,&lt;br /&gt;</w:t>
        <w:br/>
        <w:t>І до побожного життя дають закони&lt;br /&gt;</w:t>
        <w:br/>
        <w:t>Не ті, що скрізь гудуть про піст і про поклони.&lt;br /&gt;</w:t>
        <w:br/>
        <w:t>Гай, гай! Невже ж то вам, мій братику, дарма,&lt;br /&gt;</w:t>
        <w:br/>
        <w:t>Що зовсім правди в тій побожності нема;&lt;br /&gt;</w:t>
        <w:br/>
        <w:t>Чи з правдою брехню поставили б ви в парі?&lt;br /&gt;</w:t>
        <w:br/>
        <w:t>Дали б ту саму честь обличчю, що й машкарі?&lt;br /&gt;</w:t>
        <w:br/>
        <w:t>Те саме хитрощам, що й справжнім почуттям!&lt;br /&gt;</w:t>
        <w:br/>
        <w:t>Подоба істини за правду стала вам!&lt;br /&gt;</w:t>
        <w:br/>
        <w:t>Мара й особа вам однаково хороші,&lt;br /&gt;</w:t>
        <w:br/>
        <w:t>Фальшиве золото для вас правдиві гроші.&lt;br /&gt;</w:t>
        <w:br/>
        <w:t>Але ж поміж людьми найбільш істот чудних,&lt;br /&gt;</w:t>
        <w:br/>
        <w:t>Натури чистої ніде не видно в них;&lt;br /&gt;</w:t>
        <w:br/>
        <w:t>У межах розуму їм тісно аж до смерті,&lt;br /&gt;</w:t>
        <w:br/>
        <w:t>І от силкуються вони, щоб їх розперти;&lt;br /&gt;</w:t>
        <w:br/>
        <w:t>Не раз вони псують найвищі почуття,&lt;br /&gt;</w:t>
        <w:br/>
        <w:t>Бо в них вони живуть без міри й без пуття.&lt;br /&gt;</w:t>
        <w:br/>
        <w:t>Про це я вам хотів між іншим нагадати.</w:t>
      </w:r>
    </w:p>
    <w:p>
      <w:r>
        <w:br/>
        <w:t>Оргон&lt;br /&gt;</w:t>
        <w:br/>
        <w:t>О, бачу я, що ви філософ, ще й завзятий.&lt;br /&gt;</w:t>
        <w:br/>
        <w:t>У вас у одного ще розум не погас;&lt;br /&gt;</w:t>
        <w:br/>
        <w:t>Знання й науки всі зостались тільки в вас;&lt;br /&gt;</w:t>
        <w:br/>
        <w:t>Оракул ви, Катон для нашого століття.&lt;br /&gt;</w:t>
        <w:br/>
        <w:t>І побіч вас усі — нікчемне тільки сміття.</w:t>
      </w:r>
    </w:p>
    <w:p>
      <w:r>
        <w:br/>
        <w:t>Клеант&lt;br /&gt;</w:t>
        <w:br/>
        <w:t>Ви помиляєтесь, я не філософ, ні;&lt;br /&gt;</w:t>
        <w:br/>
        <w:t>Науки всі й знання не залягли в мені,&lt;br /&gt;</w:t>
        <w:br/>
        <w:t>Проте ж хоч дещицю я, може, добре знаю&lt;br /&gt;</w:t>
        <w:br/>
        <w:t>І правду від брехні запевно відрізняю.&lt;br /&gt;</w:t>
        <w:br/>
        <w:t>Чи є де чоловік шановніший, як той,&lt;br /&gt;</w:t>
        <w:br/>
        <w:t>Хто богові себе віддав? Він є герой.&lt;br /&gt;</w:t>
        <w:br/>
        <w:t>На світі вищого нічого я. не бачу&lt;br /&gt;</w:t>
        <w:br/>
        <w:t>Над душу праведну, в побожності гарячу.&lt;br /&gt;</w:t>
        <w:br/>
        <w:t>Але зате найбільш ненавидна мені&lt;br /&gt;</w:t>
        <w:br/>
        <w:t>Побожність для людей, збудована з брехні,&lt;br /&gt;</w:t>
        <w:br/>
        <w:t>І ці пройдисвіти, ці ніби преподобні,&lt;br /&gt;</w:t>
        <w:br/>
        <w:t>Ці богокради, ці актори неподобні,&lt;br /&gt;</w:t>
        <w:br/>
        <w:t>Що найсвятіше все, що має людський рід,&lt;br /&gt;</w:t>
        <w:br/>
        <w:t>За іграшку взяли, забувши кару й стид,&lt;br /&gt;</w:t>
        <w:br/>
        <w:t>Бо пориви в душі до зиску тільки чують,&lt;br /&gt;</w:t>
        <w:br/>
        <w:t>А з правди роблять крам і святістю торгують,&lt;br /&gt;</w:t>
        <w:br/>
        <w:t>І щоб поваги більш собі в людей здобуть,&lt;br /&gt;</w:t>
        <w:br/>
        <w:t>Очима лупають і землю лобом б’ють.&lt;br /&gt;</w:t>
        <w:br/>
        <w:t>Поглянути на них — живими йдуть до бога,&lt;br /&gt;</w:t>
        <w:br/>
        <w:t>А пхають у гаман де можна й скільки мога;&lt;br /&gt;</w:t>
        <w:br/>
        <w:t>В гарячих молитвах випрошують у всіх,&lt;br /&gt;</w:t>
        <w:br/>
        <w:t>Монахів удають між натовпу й утіх,&lt;br /&gt;</w:t>
        <w:br/>
        <w:t>Ховають бруд душі за ревністю до віри,&lt;br /&gt;</w:t>
        <w:br/>
        <w:t>Дражливі, тяжко злі, безвірні, лицеміри,&lt;br /&gt;</w:t>
        <w:br/>
        <w:t>І якщо їм кого згубити закортить,&lt;br /&gt;</w:t>
        <w:br/>
        <w:t>То згублять і речуть: се небо так велить.&lt;br /&gt;</w:t>
        <w:br/>
        <w:t>Вони тому страшні неситою злобою,&lt;br /&gt;</w:t>
        <w:br/>
        <w:t>Що проти нас беруть таку поважну зброю,&lt;br /&gt;</w:t>
        <w:br/>
        <w:t>Бо люди віри ймуть у щирість їх, вони ж&lt;br /&gt;</w:t>
        <w:br/>
        <w:t>Охоче в серце нам свячений встромлять ніж.&lt;br /&gt;</w:t>
        <w:br/>
        <w:t>На цих дурисвітів наш вік тепер багатий;&lt;br /&gt;</w:t>
        <w:br/>
        <w:t>Побожне ж серце теж не трудно розпізнати.&lt;br /&gt;</w:t>
        <w:br/>
        <w:t>Чимало є таких правдивих за наш час,&lt;br /&gt;</w:t>
        <w:br/>
        <w:t>Що можуть прикладом зробитися для нас.&lt;br /&gt;</w:t>
        <w:br/>
        <w:t>От Арістон, Оронт, згадайте й Періандра,&lt;br /&gt;</w:t>
        <w:br/>
        <w:t>Та й Алсідама теж, Полідора, Клітандра,&lt;br /&gt;</w:t>
        <w:br/>
        <w:t>Усякий їм оддасть таку, як треба, честь,&lt;br /&gt;</w:t>
        <w:br/>
        <w:t>Бо не лукавії, бо в них чеснота єсть,&lt;br /&gt;</w:t>
        <w:br/>
        <w:t>Бо не сидить у них чванливість неможлива,&lt;br /&gt;</w:t>
        <w:br/>
        <w:t>Побожна їх душа прихильна й милостива,&lt;br /&gt;</w:t>
        <w:br/>
        <w:t>І голосно вони не судять справ людських,&lt;br /&gt;</w:t>
        <w:br/>
        <w:t>Та й не навчають нас, бо мають те за гріх.&lt;br /&gt;</w:t>
        <w:br/>
        <w:t>Хай інші тішаться препишними словами,&lt;br /&gt;</w:t>
        <w:br/>
        <w:t>Вони ж своїм життям орудують над нами.&lt;br /&gt;</w:t>
        <w:br/>
        <w:t>Вони в душі людській не бачать тільки бруд&lt;br /&gt;</w:t>
        <w:br/>
        <w:t>І добре думають про весь наш грішний люд;&lt;br /&gt;</w:t>
        <w:br/>
        <w:t>Нема в них хитрощів, інтриг вони не знають,&lt;br /&gt;</w:t>
        <w:br/>
        <w:t>А тільки, щоб як слід прожити в світі, дбають;&lt;br /&gt;</w:t>
        <w:br/>
        <w:t>Нема в них з грішником завзятої війни;&lt;br /&gt;</w:t>
        <w:br/>
        <w:t>Єдиний тільки гріх ненавидять вони;&lt;br /&gt;</w:t>
        <w:br/>
        <w:t>Не обстають вони за інтереси неба&lt;br /&gt;</w:t>
        <w:br/>
        <w:t>Ще з більшим запалом, ніж задля його треба.&lt;br /&gt;</w:t>
        <w:br/>
        <w:t>От справжні люди, от зразок вам чесноти,&lt;br /&gt;</w:t>
        <w:br/>
        <w:t>От приклад, що за ним усім нам треба йти.&lt;br /&gt;</w:t>
        <w:br/>
        <w:t>А ваш укоханий зовсім не тої вдачі.&lt;br /&gt;</w:t>
        <w:br/>
        <w:t>Ви щиро хвалите його чуття гарячі,&lt;br /&gt;</w:t>
        <w:br/>
        <w:t>Але фальшивий блиск вам очі засліпив.</w:t>
      </w:r>
    </w:p>
    <w:p>
      <w:r>
        <w:br/>
        <w:t>Оргон&lt;br /&gt;</w:t>
        <w:br/>
        <w:t>Коханий братику, скінчили ви?</w:t>
      </w:r>
    </w:p>
    <w:p>
      <w:r>
        <w:br/>
        <w:t>Клеант&lt;br /&gt;</w:t>
        <w:br/>
        <w:t>Скінчив.</w:t>
      </w:r>
    </w:p>
    <w:p>
      <w:r>
        <w:br/>
        <w:t>Оргон&lt;br /&gt;</w:t>
        <w:br/>
        <w:t>(відходячи)&lt;br /&gt;</w:t>
        <w:br/>
        <w:t>Ну, зоставайтеся ж.</w:t>
      </w:r>
    </w:p>
    <w:p>
      <w:r>
        <w:br/>
        <w:t>Клеант&lt;br /&gt;</w:t>
        <w:br/>
        <w:t>Іще два слова, брате,&lt;br /&gt;</w:t>
        <w:br/>
        <w:t>Про інше: хочу я Валера нагадати,&lt;br /&gt;</w:t>
        <w:br/>
        <w:t>Ви слово подали, що буде він ваш зять.</w:t>
      </w:r>
    </w:p>
    <w:p>
      <w:r>
        <w:br/>
        <w:t>Оргон&lt;br /&gt;</w:t>
        <w:br/>
        <w:t>Так.</w:t>
      </w:r>
    </w:p>
    <w:p>
      <w:r>
        <w:br/>
        <w:t>Клеант&lt;br /&gt;</w:t>
        <w:br/>
        <w:t>І обрали день, коли його звінчать?&lt;br /&gt;</w:t>
        <w:br/>
        <w:t>То правда.</w:t>
      </w:r>
    </w:p>
    <w:p>
      <w:r>
        <w:br/>
        <w:t>Оргон&lt;br /&gt;</w:t>
        <w:br/>
        <w:t>То правда.</w:t>
      </w:r>
    </w:p>
    <w:p>
      <w:r>
        <w:br/>
        <w:t>Клеант&lt;br /&gt;</w:t>
        <w:br/>
        <w:t>Чом же ви з весіллям забарились?</w:t>
      </w:r>
    </w:p>
    <w:p>
      <w:r>
        <w:br/>
        <w:t>Оргон&lt;br /&gt;</w:t>
        <w:br/>
        <w:t>Не знаю.</w:t>
      </w:r>
    </w:p>
    <w:p>
      <w:r>
        <w:br/>
        <w:t>Клеант&lt;br /&gt;</w:t>
        <w:br/>
        <w:t>Чи невже думки в вас одмінились?</w:t>
      </w:r>
    </w:p>
    <w:p>
      <w:r>
        <w:br/>
        <w:t>Оргон&lt;br /&gt;</w:t>
        <w:br/>
        <w:t>А може.</w:t>
      </w:r>
    </w:p>
    <w:p>
      <w:r>
        <w:br/>
        <w:t>Клеант&lt;br /&gt;</w:t>
        <w:br/>
        <w:t>Чи слова ви марно даєте?</w:t>
      </w:r>
    </w:p>
    <w:p>
      <w:r>
        <w:br/>
        <w:t>Оргон&lt;br /&gt;</w:t>
        <w:br/>
        <w:t>Цього я не скажу.</w:t>
      </w:r>
    </w:p>
    <w:p>
      <w:r>
        <w:br/>
        <w:t>Клеант&lt;br /&gt;</w:t>
        <w:br/>
        <w:t>Бо перешкод на те&lt;br /&gt;</w:t>
        <w:br/>
        <w:t>Немає вам, щоб ви вчинили, як казали.</w:t>
      </w:r>
    </w:p>
    <w:p>
      <w:r>
        <w:br/>
        <w:t>Оргон&lt;br /&gt;</w:t>
        <w:br/>
        <w:t>По тому…</w:t>
      </w:r>
    </w:p>
    <w:p>
      <w:r>
        <w:br/>
        <w:t>Клеант&lt;br /&gt;</w:t>
        <w:br/>
        <w:t>Хочу я, щоб ви не хитрували.&lt;br /&gt;</w:t>
        <w:br/>
        <w:t>Про це довідатись просив мене Валер.</w:t>
      </w:r>
    </w:p>
    <w:p>
      <w:r>
        <w:br/>
        <w:t>Оргон&lt;br /&gt;</w:t>
        <w:br/>
        <w:t>Чудово.</w:t>
      </w:r>
    </w:p>
    <w:p>
      <w:r>
        <w:br/>
        <w:t>Клеант&lt;br /&gt;</w:t>
        <w:br/>
        <w:t>Що ж од вас йому сказать тепер?</w:t>
      </w:r>
    </w:p>
    <w:p>
      <w:r>
        <w:br/>
        <w:t>Оргон&lt;br /&gt;</w:t>
        <w:br/>
        <w:t>Що хочете.</w:t>
      </w:r>
    </w:p>
    <w:p>
      <w:r>
        <w:br/>
        <w:t>Клеант&lt;br /&gt;</w:t>
        <w:br/>
        <w:t>Але конечна е потреба&lt;br /&gt;</w:t>
        <w:br/>
        <w:t>Знать ваші заміри. Які вони?</w:t>
      </w:r>
    </w:p>
    <w:p>
      <w:r>
        <w:br/>
        <w:t>Оргон&lt;br /&gt;</w:t>
        <w:br/>
        <w:t>Кажімо без крутні.&lt;br /&gt;</w:t>
        <w:br/>
        <w:t>Ви слово подали; чи справдите, чи ні?</w:t>
      </w:r>
    </w:p>
    <w:p>
      <w:r>
        <w:br/>
        <w:t>Оргон&lt;br /&gt;</w:t>
        <w:br/>
        <w:t>Прощайте.</w:t>
      </w:r>
    </w:p>
    <w:p>
      <w:r>
        <w:br/>
        <w:t>Клеант&lt;br /&gt;</w:t>
        <w:br/>
        <w:t>(сам)&lt;br /&gt;</w:t>
        <w:br/>
        <w:t>Тут Валер дізнає, певно, зради.&lt;br /&gt;</w:t>
        <w:br/>
        <w:t>Скажу йому про все, хай пошукає ради.</w:t>
      </w:r>
    </w:p>
    <w:p>
      <w:r>
        <w:br/>
        <w:t>ДІЯ ДРУГА</w:t>
      </w:r>
    </w:p>
    <w:p>
      <w:r>
        <w:br/>
        <w:t>ЯВА 1</w:t>
      </w:r>
    </w:p>
    <w:p>
      <w:r>
        <w:br/>
        <w:t>Оргон, Мар’яна.</w:t>
      </w:r>
    </w:p>
    <w:p>
      <w:r>
        <w:br/>
        <w:t>Оргон&lt;br /&gt;</w:t>
        <w:br/>
        <w:t>Мар’яно!</w:t>
      </w:r>
    </w:p>
    <w:p>
      <w:r>
        <w:br/>
        <w:t>Мар’яна&lt;br /&gt;</w:t>
        <w:br/>
        <w:t>Татку!</w:t>
      </w:r>
    </w:p>
    <w:p>
      <w:r>
        <w:br/>
        <w:t>Оргон&lt;br /&gt;</w:t>
        <w:br/>
        <w:t>Я сказати хочу вам&lt;br /&gt;</w:t>
        <w:br/>
        <w:t>Щось нишком.&lt;br /&gt;</w:t>
        <w:br/>
        <w:t>(Зазирає до кабінету).</w:t>
      </w:r>
    </w:p>
    <w:p>
      <w:r>
        <w:br/>
        <w:t>Мар’яна&lt;br /&gt;</w:t>
        <w:br/>
        <w:t>Ви чого шукаєте?</w:t>
      </w:r>
    </w:p>
    <w:p>
      <w:r>
        <w:br/>
        <w:t>Оргон&lt;br /&gt;</w:t>
        <w:br/>
        <w:t>Чи там&lt;br /&gt;</w:t>
        <w:br/>
        <w:t>Хто не сховавсь, дивлюсь, чи хто не підслухає,&lt;br /&gt;</w:t>
        <w:br/>
        <w:t>Бо хатка ця якраз підслухача сховає.&lt;br /&gt;</w:t>
        <w:br/>
        <w:t>Ну, добре, ми самі. Мар’яно, повсякчас&lt;br /&gt;</w:t>
        <w:br/>
        <w:t>Я розум лагідний спостерігав у вас,&lt;br /&gt;</w:t>
        <w:br/>
        <w:t>І повсякчас до вас я не зменшав кохання.</w:t>
      </w:r>
    </w:p>
    <w:p>
      <w:r>
        <w:br/>
        <w:t>Мар’яна&lt;br /&gt;</w:t>
        <w:br/>
        <w:t>Я дуже дякую за ваші почування.</w:t>
      </w:r>
    </w:p>
    <w:p>
      <w:r>
        <w:br/>
        <w:t>Оргон&lt;br /&gt;</w:t>
        <w:br/>
        <w:t>До добре, донечко, а щоб їх заробить,&lt;br /&gt;</w:t>
        <w:br/>
        <w:t>Повинні ви мене у всьому вдовольнить.</w:t>
      </w:r>
    </w:p>
    <w:p>
      <w:r>
        <w:br/>
        <w:t>Мар’яна&lt;br /&gt;</w:t>
        <w:br/>
        <w:t>Я тільки й думаю про це щодня й щоночі.</w:t>
      </w:r>
    </w:p>
    <w:p>
      <w:r>
        <w:br/>
        <w:t>Оргон&lt;br /&gt;</w:t>
        <w:br/>
        <w:t>Авжеж. Ну, а який Тартюф, на ваші очі?</w:t>
      </w:r>
    </w:p>
    <w:p>
      <w:r>
        <w:br/>
        <w:t>Мар’яна&lt;br /&gt;</w:t>
        <w:br/>
        <w:t>Кому? Мені?</w:t>
      </w:r>
    </w:p>
    <w:p>
      <w:r>
        <w:br/>
        <w:t>Оргон&lt;br /&gt;</w:t>
        <w:br/>
        <w:t>А так. Подумайте про те.</w:t>
      </w:r>
    </w:p>
    <w:p>
      <w:r>
        <w:br/>
        <w:t>Мар’яна&lt;br /&gt;</w:t>
        <w:br/>
        <w:t>Про нього, тату, я скажу, що звелите.</w:t>
      </w:r>
    </w:p>
    <w:p>
      <w:r>
        <w:br/>
        <w:t>ЯВА 2</w:t>
      </w:r>
    </w:p>
    <w:p>
      <w:r>
        <w:br/>
        <w:t>Оргон, Мар’яна; Доріна ввіходить тихенько й стає позад Оргона: її не видно.</w:t>
      </w:r>
    </w:p>
    <w:p>
      <w:r>
        <w:br/>
        <w:t>Оргон&lt;br /&gt;</w:t>
        <w:br/>
        <w:t>Це чемна відповідь. Скажіть же ви про нього,&lt;br /&gt;</w:t>
        <w:br/>
        <w:t>Що гідності в йому є стільки, як ні в кого;&lt;br /&gt;</w:t>
        <w:br/>
        <w:t>Що він до мислі вам, що любо вам самій,&lt;br /&gt;</w:t>
        <w:br/>
        <w:t>Як раджу я, піти до шлюбу з ним мерщій.&lt;br /&gt;</w:t>
        <w:br/>
        <w:t>Га?</w:t>
      </w:r>
    </w:p>
    <w:p>
      <w:r>
        <w:br/>
        <w:t>Мар’яна&lt;br /&gt;</w:t>
        <w:br/>
        <w:t>Га?</w:t>
      </w:r>
    </w:p>
    <w:p>
      <w:r>
        <w:br/>
        <w:t>Оргон&lt;br /&gt;</w:t>
        <w:br/>
        <w:t>Що?</w:t>
      </w:r>
    </w:p>
    <w:p>
      <w:r>
        <w:br/>
        <w:t>Мар’яна&lt;br /&gt;</w:t>
        <w:br/>
        <w:t>Що таке?</w:t>
      </w:r>
    </w:p>
    <w:p>
      <w:r>
        <w:br/>
        <w:t>Оргон&lt;br /&gt;</w:t>
        <w:br/>
        <w:t>Як?</w:t>
      </w:r>
    </w:p>
    <w:p>
      <w:r>
        <w:br/>
        <w:t>Мар’яна&lt;br /&gt;</w:t>
        <w:br/>
        <w:t>Я не розібрала.</w:t>
      </w:r>
    </w:p>
    <w:p>
      <w:r>
        <w:br/>
        <w:t>Оргон&lt;br /&gt;</w:t>
        <w:br/>
        <w:t>Що? Як?</w:t>
      </w:r>
    </w:p>
    <w:p>
      <w:r>
        <w:br/>
        <w:t>Мар’яна&lt;br /&gt;</w:t>
        <w:br/>
        <w:t>Про кого це щоб я таке сказала?&lt;br /&gt;</w:t>
        <w:br/>
        <w:t>Хто полюбивсь мені і з ким мені самій&lt;br /&gt;</w:t>
        <w:br/>
        <w:t>Так дуже хочеться до шлюбу йти мерщій?</w:t>
      </w:r>
    </w:p>
    <w:p>
      <w:r>
        <w:br/>
        <w:t>Оргон&lt;br /&gt;</w:t>
        <w:br/>
        <w:t>З Тартюфом.</w:t>
      </w:r>
    </w:p>
    <w:p>
      <w:r>
        <w:br/>
        <w:t>Мар’яна&lt;br /&gt;</w:t>
        <w:br/>
        <w:t>Та того не станеться довіку.&lt;br /&gt;</w:t>
        <w:br/>
        <w:t>Хіба сказала б я таку брехню велику?</w:t>
      </w:r>
    </w:p>
    <w:p>
      <w:r>
        <w:br/>
        <w:t>Оргон&lt;br /&gt;</w:t>
        <w:br/>
        <w:t>Це буде правдою, бо мій такий наказ.&lt;br /&gt;</w:t>
        <w:br/>
        <w:t>Як я сказав, то так і станеться якраз.</w:t>
      </w:r>
    </w:p>
    <w:p>
      <w:r>
        <w:br/>
        <w:t>Мар’яна&lt;br /&gt;</w:t>
        <w:br/>
        <w:t>Невже ви хочете?..</w:t>
      </w:r>
    </w:p>
    <w:p>
      <w:r>
        <w:br/>
        <w:t>Оргон&lt;br /&gt;</w:t>
        <w:br/>
        <w:t>Вас хочу одружити,&lt;br /&gt;</w:t>
        <w:br/>
        <w:t>Щоб у свою сім’ю Тартюфа прилучити.&lt;br /&gt;</w:t>
        <w:br/>
        <w:t>Я так постановив, і він судився вам.&lt;br /&gt;</w:t>
        <w:br/>
        <w:t>Бажання ваші я…&lt;br /&gt;</w:t>
        <w:br/>
        <w:t>(Побачивши Доріну).&lt;br /&gt;</w:t>
        <w:br/>
        <w:t>Що робите ви там?&lt;br /&gt;</w:t>
        <w:br/>
        <w:t>Цікавість, мабуть, вас підбурює чимало,&lt;br /&gt;</w:t>
        <w:br/>
        <w:t>Що аж на підслухи прибігти вам припало.</w:t>
      </w:r>
    </w:p>
    <w:p>
      <w:r>
        <w:br/>
        <w:t>Доріна&lt;br /&gt;</w:t>
        <w:br/>
        <w:t>Не знаю, відкіля взялася чутка та,&lt;br /&gt;</w:t>
        <w:br/>
        <w:t>Чи хто доміркувавсь, чи так брехню спліта,&lt;br /&gt;</w:t>
        <w:br/>
        <w:t>Але вже чула я про шлюб той через люди,&lt;br /&gt;</w:t>
        <w:br/>
        <w:t>І я таки кажу: брехня, того не буде.</w:t>
      </w:r>
    </w:p>
    <w:p>
      <w:r>
        <w:br/>
        <w:t>Оргон&lt;br /&gt;</w:t>
        <w:br/>
        <w:t>Це неймовірним вам здається?</w:t>
      </w:r>
    </w:p>
    <w:p>
      <w:r>
        <w:br/>
        <w:t>Доріна&lt;br /&gt;</w:t>
        <w:br/>
        <w:t>Навіть так,&lt;br /&gt;</w:t>
        <w:br/>
        <w:t>Що віри не пойму я й вам самим ніяк.</w:t>
      </w:r>
    </w:p>
    <w:p>
      <w:r>
        <w:br/>
        <w:t>Оргон&lt;br /&gt;</w:t>
        <w:br/>
        <w:t>Я знаю способа, щоб віри пойняли ви.</w:t>
      </w:r>
    </w:p>
    <w:p>
      <w:r>
        <w:br/>
        <w:t>Доріна&lt;br /&gt;</w:t>
        <w:br/>
        <w:t>Еге, балакайте! Ви дуже жартівливі.</w:t>
      </w:r>
    </w:p>
    <w:p>
      <w:r>
        <w:br/>
        <w:t>Оргон&lt;br /&gt;</w:t>
        <w:br/>
        <w:t>Чи правду я кажу, покаже річ сама.</w:t>
      </w:r>
    </w:p>
    <w:p>
      <w:r>
        <w:br/>
        <w:t>Доріна&lt;br /&gt;</w:t>
        <w:br/>
        <w:t>Вигадуйте!</w:t>
      </w:r>
    </w:p>
    <w:p>
      <w:r>
        <w:br/>
        <w:t>Оргон&lt;br /&gt;</w:t>
        <w:br/>
        <w:t>Але ж тут вигадок нема.</w:t>
      </w:r>
    </w:p>
    <w:p>
      <w:r>
        <w:br/>
        <w:t>Доріна&lt;br /&gt;</w:t>
        <w:br/>
        <w:t>Не вірте, панночко: жартують ваші тато;&lt;br /&gt;</w:t>
        <w:br/>
        <w:t>Не бійтесь…</w:t>
      </w:r>
    </w:p>
    <w:p>
      <w:r>
        <w:br/>
        <w:t>Оргон&lt;br /&gt;</w:t>
        <w:br/>
        <w:t>Я кажу…</w:t>
      </w:r>
    </w:p>
    <w:p>
      <w:r>
        <w:br/>
        <w:t>Доріна&lt;br /&gt;</w:t>
        <w:br/>
        <w:t>Впевняєте завзято.&lt;br /&gt;</w:t>
        <w:br/>
        <w:t>Та хто ж повірить вам?</w:t>
      </w:r>
    </w:p>
    <w:p>
      <w:r>
        <w:br/>
        <w:t>Оргон&lt;br /&gt;</w:t>
        <w:br/>
        <w:t>Мій гнів вам доведе…</w:t>
      </w:r>
    </w:p>
    <w:p>
      <w:r>
        <w:br/>
        <w:t>Доріна&lt;br /&gt;</w:t>
        <w:br/>
        <w:t>Ну, вірю я, так це ж для вас на гірше йде:&lt;br /&gt;</w:t>
        <w:br/>
        <w:t>Чи то ж з поважною людиною такою,&lt;br /&gt;</w:t>
        <w:br/>
        <w:t>Як ви, з широкою на тварі бородою,&lt;br /&gt;</w:t>
        <w:br/>
        <w:t>Такий зчинився глум? Та де ж ваш розум?</w:t>
      </w:r>
    </w:p>
    <w:p>
      <w:r>
        <w:br/>
        <w:t>Оргон&lt;br /&gt;</w:t>
        <w:br/>
        <w:t>Щось вільно розмовлять тобі притьмом кортить…&lt;br /&gt;</w:t>
        <w:br/>
        <w:t>Я не люблю цього, прошу вас уважати.</w:t>
      </w:r>
    </w:p>
    <w:p>
      <w:r>
        <w:br/>
        <w:t>Доріна&lt;br /&gt;</w:t>
        <w:br/>
        <w:t>Хіба ж, не сердячись, не можна розмовляти?&lt;br /&gt;</w:t>
        <w:br/>
        <w:t>Це вам на глум прийшла нікчемниця така,&lt;br /&gt;</w:t>
        <w:br/>
        <w:t>Бо ваша панночка здалась не для святька.&lt;br /&gt;</w:t>
        <w:br/>
        <w:t>Він має думати над іншими речами;&lt;br /&gt;</w:t>
        <w:br/>
        <w:t>Та й що вам за користь, що станете сватами!&lt;br /&gt;</w:t>
        <w:br/>
        <w:t>Навіщо вам, як ви з таким оце добром,&lt;br /&gt;</w:t>
        <w:br/>
        <w:t>Брать голого?</w:t>
      </w:r>
    </w:p>
    <w:p>
      <w:r>
        <w:br/>
        <w:t>Оргон&lt;br /&gt;</w:t>
        <w:br/>
        <w:t>Мовчіть; хоч бідний він цілком,&lt;br /&gt;</w:t>
        <w:br/>
        <w:t>Але за це він варт ще більшої пошани,&lt;br /&gt;</w:t>
        <w:br/>
        <w:t>Бо, певно, вбогість та є вбогість без догани.&lt;br /&gt;</w:t>
        <w:br/>
        <w:t>Понад величними вона його знесе&lt;br /&gt;</w:t>
        <w:br/>
        <w:t>За те, що занедбав добро земнеє все,&lt;br /&gt;</w:t>
        <w:br/>
        <w:t>За те, що не злюбив усе дрібне, дочасне&lt;br /&gt;</w:t>
        <w:br/>
        <w:t>І покохав одно, що ввіки не загасне;&lt;br /&gt;</w:t>
        <w:br/>
        <w:t>Я ж поможу йому, коли його прийму,&lt;br /&gt;</w:t>
        <w:br/>
        <w:t>Вернути все добро, що припада йому:&lt;br /&gt;</w:t>
        <w:br/>
        <w:t>Це добрий шмат землі, краса, оздоба краю,&lt;br /&gt;</w:t>
        <w:br/>
        <w:t>Але я й так його шляхетним уважаю.</w:t>
      </w:r>
    </w:p>
    <w:p>
      <w:r>
        <w:br/>
        <w:t>Доріна&lt;br /&gt;</w:t>
        <w:br/>
        <w:t>Так це він каже сам, і ця його пиха&lt;br /&gt;</w:t>
        <w:br/>
        <w:t>Не дуже до лиця людині без гріха,&lt;br /&gt;</w:t>
        <w:br/>
        <w:t>Бо хто себе віддав на те, щоб свято жити,&lt;br /&gt;</w:t>
        <w:br/>
        <w:t>Той не дзвонитиме про рід свій знаменитий.&lt;br /&gt;</w:t>
        <w:br/>
        <w:t>Правдиве зниження побожного життя&lt;br /&gt;</w:t>
        <w:br/>
        <w:t>З гордотою ніяк не зв’яжеш до пуття.&lt;br /&gt;</w:t>
        <w:br/>
        <w:t>Але розмова ця вам робить недогоду,&lt;br /&gt;</w:t>
        <w:br/>
        <w:t>То розберім його, а не його породу.&lt;br /&gt;</w:t>
        <w:br/>
        <w:t>Невже такому от ви дочку оддасте?&lt;br /&gt;</w:t>
        <w:br/>
        <w:t>Й не пожалкуєте ані разу про те?&lt;br /&gt;</w:t>
        <w:br/>
        <w:t>Невже не бачите того, що не годиться,&lt;br /&gt;</w:t>
        <w:br/>
        <w:t>На чому шлюб такий запевно окошиться?&lt;br /&gt;</w:t>
        <w:br/>
        <w:t>Бо ті, що силоміць дівчину віддають,&lt;br /&gt;</w:t>
        <w:br/>
        <w:t>Справляють честь її на небезпечну путь,&lt;br /&gt;</w:t>
        <w:br/>
        <w:t>А вірність у жінок залежить більш від того,&lt;br /&gt;</w:t>
        <w:br/>
        <w:t>Чи їх за доброго дадуть, чи за лихого.&lt;br /&gt;</w:t>
        <w:br/>
        <w:t>Коли в чоловіків на лобі є ріжки,&lt;br /&gt;</w:t>
        <w:br/>
        <w:t>То винні в тім вони, а зовсім не жінки.&lt;br /&gt;</w:t>
        <w:br/>
        <w:t>А бути вірною — то річ трудна й велика,&lt;br /&gt;</w:t>
        <w:br/>
        <w:t>Як маєш бозна-що на місці чоловіка.&lt;br /&gt;</w:t>
        <w:br/>
        <w:t>І хто зав’язує дочці з нелюбим світ,&lt;br /&gt;</w:t>
        <w:br/>
        <w:t>За помилки її той богу дасть одвіт.&lt;br /&gt;</w:t>
        <w:br/>
        <w:t>То небезпечна річ, про це ви погадайте.</w:t>
      </w:r>
    </w:p>
    <w:p>
      <w:r>
        <w:br/>
        <w:t>Оргон&lt;br /&gt;</w:t>
        <w:br/>
        <w:t>Я сам не вмію жить, так ви мене навчайте.</w:t>
      </w:r>
    </w:p>
    <w:p>
      <w:r>
        <w:br/>
        <w:t>Доріна.&lt;br /&gt;</w:t>
        <w:br/>
        <w:t>Не зле було б, якби ви слухали мене.</w:t>
      </w:r>
    </w:p>
    <w:p>
      <w:r>
        <w:br/>
        <w:t>Оргон&lt;br /&gt;</w:t>
        <w:br/>
        <w:t>Не слухаймо її, то, дочко, все дурне.&lt;br /&gt;</w:t>
        <w:br/>
        <w:t>Що треба вам, про те мені найкраще знати.&lt;br /&gt;</w:t>
        <w:br/>
        <w:t>Хоч обіцяв я вас Валерові оддати,&lt;br /&gt;</w:t>
        <w:br/>
        <w:t>Але почув тепер, що він до карт меткий&lt;br /&gt;</w:t>
        <w:br/>
        <w:t>І в справах віри щось занадто вже легкий,&lt;br /&gt;</w:t>
        <w:br/>
        <w:t>Бо в церкві я його якось іще не бачив.</w:t>
      </w:r>
    </w:p>
    <w:p>
      <w:r>
        <w:br/>
        <w:t>Доріна&lt;br /&gt;</w:t>
        <w:br/>
        <w:t>Ви хочете, щоб він там раз у раз маячив,&lt;br /&gt;</w:t>
        <w:br/>
        <w:t>Як ті, що йдуть туди на дивування всім?</w:t>
      </w:r>
    </w:p>
    <w:p>
      <w:r>
        <w:br/>
        <w:t>Оргон&lt;br /&gt;</w:t>
        <w:br/>
        <w:t>Я не питаю вас, що бачите ви в тім.&lt;br /&gt;</w:t>
        <w:br/>
        <w:t>(До дочки).&lt;br /&gt;</w:t>
        <w:br/>
        <w:t>Нарешті, другий той у добрій з небом згоді,&lt;br /&gt;</w:t>
        <w:br/>
        <w:t>І скарбу кращого над цей шукати годі.&lt;br /&gt;</w:t>
        <w:br/>
        <w:t>Цей шлюб вам станеться вінцем бажань усіх;&lt;br /&gt;</w:t>
        <w:br/>
        <w:t>Він буде створений із любощів і втіх;&lt;br /&gt;</w:t>
        <w:br/>
        <w:t>Любов незрадную побачить ваша хата,&lt;br /&gt;</w:t>
        <w:br/>
        <w:t>Ви жити будете, мов тії голуб’ята,&lt;br /&gt;</w:t>
        <w:br/>
        <w:t>Без сварок, без гризні, в спокої кожний час;&lt;br /&gt;</w:t>
        <w:br/>
        <w:t>Ви зробите його чим хочете для вас.</w:t>
      </w:r>
    </w:p>
    <w:p>
      <w:r>
        <w:br/>
        <w:t>Доріна&lt;br /&gt;</w:t>
        <w:br/>
        <w:t>Вона його нічим, як тільки дурнем, зробить.</w:t>
      </w:r>
    </w:p>
    <w:p>
      <w:r>
        <w:br/>
        <w:t>Оргон&lt;br /&gt;</w:t>
        <w:br/>
        <w:t>Що за язик!</w:t>
      </w:r>
    </w:p>
    <w:p>
      <w:r>
        <w:br/>
        <w:t>Доріна&lt;br /&gt;</w:t>
        <w:br/>
        <w:t>Кажу, що він того заробить,&lt;br /&gt;</w:t>
        <w:br/>
        <w:t>Бо вплив його такий, що виб’є всяку честь,&lt;br /&gt;</w:t>
        <w:br/>
        <w:t>Яка у панночки тепер у серці єсть.</w:t>
      </w:r>
    </w:p>
    <w:p>
      <w:r>
        <w:br/>
        <w:t>Оргон&lt;br /&gt;</w:t>
        <w:br/>
        <w:t>Ощ не мішайтеся, замкніть лиш краще рота;&lt;br /&gt;</w:t>
        <w:br/>
        <w:t>Стромляти всюди ніс велика в вас охота.</w:t>
      </w:r>
    </w:p>
    <w:p>
      <w:r>
        <w:br/>
        <w:t>Доріна&lt;br /&gt;</w:t>
        <w:br/>
        <w:t>Усе, що я кажу, на ваш верну я бік.</w:t>
      </w:r>
    </w:p>
    <w:p>
      <w:r>
        <w:br/>
        <w:t>Оргон&lt;br /&gt;</w:t>
        <w:br/>
        <w:t>Дарма працюєте, то й прикусіть язик.</w:t>
      </w:r>
    </w:p>
    <w:p>
      <w:r>
        <w:br/>
        <w:t>Доріна&lt;br /&gt;</w:t>
        <w:br/>
        <w:t>Як хто вас полюбив…</w:t>
      </w:r>
    </w:p>
    <w:p>
      <w:r>
        <w:br/>
        <w:t>Оргон&lt;br /&gt;</w:t>
        <w:br/>
        <w:t>Не хочу я кохання.</w:t>
      </w:r>
    </w:p>
    <w:p>
      <w:r>
        <w:br/>
        <w:t>Доріна&lt;br /&gt;</w:t>
        <w:br/>
        <w:t>Я вас люблю, дарма що в вас нема бажання.</w:t>
      </w:r>
    </w:p>
    <w:p>
      <w:r>
        <w:br/>
        <w:t>Оргон&lt;br /&gt;</w:t>
        <w:br/>
        <w:t>Ох!</w:t>
      </w:r>
    </w:p>
    <w:p>
      <w:r>
        <w:br/>
        <w:t>Доріна&lt;br /&gt;</w:t>
        <w:br/>
        <w:t>Ваша честь мені на серці, то й ніяк&lt;br /&gt;</w:t>
        <w:br/>
        <w:t>Не хочу я, щоб вас висміював усяк.</w:t>
      </w:r>
    </w:p>
    <w:p>
      <w:r>
        <w:br/>
        <w:t>Оргон&lt;br /&gt;</w:t>
        <w:br/>
        <w:t>Ви не замовкнете?</w:t>
      </w:r>
    </w:p>
    <w:p>
      <w:r>
        <w:br/>
        <w:t>Доріна&lt;br /&gt;</w:t>
        <w:br/>
        <w:t>Велить мені сумління&lt;br /&gt;</w:t>
        <w:br/>
        <w:t>Не дать, вам скоїти такого одружіння,</w:t>
      </w:r>
    </w:p>
    <w:p>
      <w:r>
        <w:br/>
        <w:t>Оргон&lt;br /&gt;</w:t>
        <w:br/>
        <w:t>Замовкни, гадино! Твій безсоромний вид!..</w:t>
      </w:r>
    </w:p>
    <w:p>
      <w:r>
        <w:br/>
        <w:t>Доріна&lt;br /&gt;</w:t>
        <w:br/>
        <w:t>Ах, ви побожний пан; кричати вам не слід.</w:t>
      </w:r>
    </w:p>
    <w:p>
      <w:r>
        <w:br/>
        <w:t>Оргон&lt;br /&gt;</w:t>
        <w:br/>
        <w:t>Бо кров мою мутить балакання шалене.&lt;br /&gt;</w:t>
        <w:br/>
        <w:t>Мовчи, кажу тобі, не говори до мене.</w:t>
      </w:r>
    </w:p>
    <w:p>
      <w:r>
        <w:br/>
        <w:t>Доріна&lt;br /&gt;</w:t>
        <w:br/>
        <w:t>Мовчу, хоч думаю те саме… Ну, нехай.</w:t>
      </w:r>
    </w:p>
    <w:p>
      <w:r>
        <w:br/>
        <w:t>Оргон&lt;br /&gt;</w:t>
        <w:br/>
        <w:t>Ти можеш думати, що хочеш, тільки дбай,&lt;br /&gt;</w:t>
        <w:br/>
        <w:t>Щоб нишком думати.&lt;br /&gt;</w:t>
        <w:br/>
        <w:t>(До дочки).&lt;br /&gt;</w:t>
        <w:br/>
        <w:t>Ну, годі вже, в татуся&lt;br /&gt;</w:t>
        <w:br/>
        <w:t>Все обмірковане як треба.</w:t>
      </w:r>
    </w:p>
    <w:p>
      <w:r>
        <w:br/>
        <w:t>Доріна&lt;br /&gt;</w:t>
        <w:br/>
        <w:t>(набік)&lt;br /&gt;</w:t>
        <w:br/>
        <w:t>Я скажуся,&lt;br /&gt;</w:t>
        <w:br/>
        <w:t>Що мушу я мовчать!</w:t>
      </w:r>
    </w:p>
    <w:p>
      <w:r>
        <w:br/>
        <w:t>Оргон&lt;br /&gt;</w:t>
        <w:br/>
        <w:t>Не фертик він, це так,&lt;br /&gt;</w:t>
        <w:br/>
        <w:t>Але такий…</w:t>
      </w:r>
    </w:p>
    <w:p>
      <w:r>
        <w:br/>
        <w:t>Доріна&lt;br /&gt;</w:t>
        <w:br/>
        <w:t>(набік)&lt;br /&gt;</w:t>
        <w:br/>
        <w:t>Еге, і пика — мов личак.</w:t>
      </w:r>
    </w:p>
    <w:p>
      <w:r>
        <w:br/>
        <w:t>Оргон&lt;br /&gt;</w:t>
        <w:br/>
        <w:t>Що прихилить тебе, якби не мали сили&lt;br /&gt;</w:t>
        <w:br/>
        <w:t>Чесноти інші всі…&lt;br /&gt;</w:t>
        <w:br/>
        <w:t>Доріна От цяцю наділили!</w:t>
      </w:r>
    </w:p>
    <w:p>
      <w:r>
        <w:br/>
        <w:t>Оргон повертається до неї, склавши руки на грудях, і слухає.</w:t>
      </w:r>
    </w:p>
    <w:p>
      <w:r>
        <w:br/>
        <w:t>Якби це я була… Ну, так ніхто мене&lt;br /&gt;</w:t>
        <w:br/>
        <w:t>Безкарно силоміць на шлюб не пожене,&lt;br /&gt;</w:t>
        <w:br/>
        <w:t>Бо показала б я хоч зараз після шлюбу,&lt;br /&gt;</w:t>
        <w:br/>
        <w:t>Що жінка має чим віддячити нелюбу.</w:t>
      </w:r>
    </w:p>
    <w:p>
      <w:r>
        <w:br/>
        <w:t>Оргон&lt;br /&gt;</w:t>
        <w:br/>
        <w:t>(до Доріни)&lt;br /&gt;</w:t>
        <w:br/>
        <w:t>Так тут зовсім нема ваги моїм словам?</w:t>
      </w:r>
    </w:p>
    <w:p>
      <w:r>
        <w:br/>
        <w:t>Доріна&lt;br /&gt;</w:t>
        <w:br/>
        <w:t>Чого ви? Я ж хіба кажу що-небудь вам?</w:t>
      </w:r>
    </w:p>
    <w:p>
      <w:r>
        <w:br/>
        <w:t>Оргон&lt;br /&gt;</w:t>
        <w:br/>
        <w:t>А що ж ти робиш тут?</w:t>
      </w:r>
    </w:p>
    <w:p>
      <w:r>
        <w:br/>
        <w:t>Доріна&lt;br /&gt;</w:t>
        <w:br/>
        <w:t>З собою розмовляю.</w:t>
      </w:r>
    </w:p>
    <w:p>
      <w:r>
        <w:br/>
        <w:t>Оргон&lt;br /&gt;</w:t>
        <w:br/>
        <w:t>(набік)&lt;br /&gt;</w:t>
        <w:br/>
        <w:t>Гаразд, провчу її, бо в’їдлива без краю.&lt;br /&gt;</w:t>
        <w:br/>
        <w:t>Я дам ляща, то враз заціпить рота їй.&lt;br /&gt;</w:t>
        <w:br/>
        <w:t>(Стає в таку позу, ніби хоче вдарити Доріну, повертається до неї з кожним словом, що говорить до дочки. Доріна стоїть мовчки).&lt;br /&gt;</w:t>
        <w:br/>
        <w:t>Ви, дочко, мусите схвалити замір мій…&lt;br /&gt;</w:t>
        <w:br/>
        <w:t>І вірте, чоловік… що вмів я вам обрати…&lt;br /&gt;</w:t>
        <w:br/>
        <w:t>(До Доріни).&lt;br /&gt;</w:t>
        <w:br/>
        <w:t>А що, мовчиш?</w:t>
      </w:r>
    </w:p>
    <w:p>
      <w:r>
        <w:br/>
        <w:t>Доріна&lt;br /&gt;</w:t>
        <w:br/>
        <w:t>Бо вже не маю що казати.</w:t>
      </w:r>
    </w:p>
    <w:p>
      <w:r>
        <w:br/>
        <w:t>Оргон&lt;br /&gt;</w:t>
        <w:br/>
        <w:t>Хоч слово ще скажи.</w:t>
      </w:r>
    </w:p>
    <w:p>
      <w:r>
        <w:br/>
        <w:t>Доріна&lt;br /&gt;</w:t>
        <w:br/>
        <w:t>Охоти вже нема.</w:t>
      </w:r>
    </w:p>
    <w:p>
      <w:r>
        <w:br/>
        <w:t>Оргон&lt;br /&gt;</w:t>
        <w:br/>
        <w:t>Бо я б тебе піймав.</w:t>
      </w:r>
    </w:p>
    <w:p>
      <w:r>
        <w:br/>
        <w:t>Доріна&lt;br /&gt;</w:t>
        <w:br/>
        <w:t>Чи я ж дурна сама?</w:t>
      </w:r>
    </w:p>
    <w:p>
      <w:r>
        <w:br/>
        <w:t>Оргон&lt;br /&gt;</w:t>
        <w:br/>
        <w:t>Вам, дочко, слід мені слухняністю платити,&lt;br /&gt;</w:t>
        <w:br/>
        <w:t>Мого обранця ви повинні полюбити.</w:t>
      </w:r>
    </w:p>
    <w:p>
      <w:r>
        <w:br/>
        <w:t>Доріна&lt;br /&gt;</w:t>
        <w:br/>
        <w:t>А я сміялась би, та ще й під ніс йому.&lt;br /&gt;</w:t>
        <w:br/>
        <w:t>(Утікає).</w:t>
      </w:r>
    </w:p>
    <w:p>
      <w:r>
        <w:br/>
        <w:t>Оргон&lt;br /&gt;</w:t>
        <w:br/>
        <w:t>(хоче дати їй ляпаса, але не влучає)&lt;br /&gt;</w:t>
        <w:br/>
        <w:t>Ви, дочко, маєте не дівку, а чуму,&lt;br /&gt;</w:t>
        <w:br/>
        <w:t>Із нею від гріха втекти немає змоги.&lt;br /&gt;</w:t>
        <w:br/>
        <w:t>Тепер мої думки геть збилися з дороги,&lt;br /&gt;</w:t>
        <w:br/>
        <w:t>Бо голова в огні від тих дурних розмов.&lt;br /&gt;</w:t>
        <w:br/>
        <w:t>Піду хоч проходжусь та втихомирю кров.</w:t>
      </w:r>
    </w:p>
    <w:p>
      <w:r>
        <w:br/>
        <w:t>ЯВА 3</w:t>
      </w:r>
    </w:p>
    <w:p>
      <w:r>
        <w:br/>
        <w:t>Мар’яна, Доріна.</w:t>
      </w:r>
    </w:p>
    <w:p>
      <w:r>
        <w:br/>
        <w:t>Доріна&lt;br /&gt;</w:t>
        <w:br/>
        <w:t>Скажіть мені, чи ви язик свій загубили?&lt;br /&gt;</w:t>
        <w:br/>
        <w:t>Чи треба, щоб і в цім вас інші боронили?&lt;br /&gt;</w:t>
        <w:br/>
        <w:t>Безглуздо хочуть вас до шлюбу потягти;&lt;br /&gt;</w:t>
        <w:br/>
        <w:t>А ви не кажете ні слова навпроти.</w:t>
      </w:r>
    </w:p>
    <w:p>
      <w:r>
        <w:br/>
        <w:t>Мар’яна&lt;br /&gt;</w:t>
        <w:br/>
        <w:t>Що ж з батьком діяти, як він такий упертий?</w:t>
      </w:r>
    </w:p>
    <w:p>
      <w:r>
        <w:br/>
        <w:t>Доріна&lt;br /&gt;</w:t>
        <w:br/>
        <w:t>Хоч дещо довести, щоб ту напасть одперти.</w:t>
      </w:r>
    </w:p>
    <w:p>
      <w:r>
        <w:br/>
        <w:t>Мар’яна&lt;br /&gt;</w:t>
        <w:br/>
        <w:t>Що?</w:t>
      </w:r>
    </w:p>
    <w:p>
      <w:r>
        <w:br/>
        <w:t>Доріна&lt;br /&gt;</w:t>
        <w:br/>
        <w:t>Що в душі любов з наказу не зросте,&lt;br /&gt;</w:t>
        <w:br/>
        <w:t>Що вам, а не йому, ви пару берете,&lt;br /&gt;</w:t>
        <w:br/>
        <w:t>Бо тільки ради вас цю справу розпочато,&lt;br /&gt;</w:t>
        <w:br/>
        <w:t>То й мусите любить самі ви, а не тато,&lt;br /&gt;</w:t>
        <w:br/>
        <w:t>І що коли Тартюф його причарував,&lt;br /&gt;</w:t>
        <w:br/>
        <w:t>То треба, щоб він сам вінець із ним узяв.</w:t>
      </w:r>
    </w:p>
    <w:p>
      <w:r>
        <w:br/>
        <w:t>Мар’яна&lt;br /&gt;</w:t>
        <w:br/>
        <w:t>Ох, сила батькова для нас така велика,&lt;br /&gt;</w:t>
        <w:br/>
        <w:t>Що я перед своїм роблюся без’язика.</w:t>
      </w:r>
    </w:p>
    <w:p>
      <w:r>
        <w:br/>
        <w:t>Доріна&lt;br /&gt;</w:t>
        <w:br/>
        <w:t>Розважмо це: Валер любов одкрив вам сам.&lt;br /&gt;</w:t>
        <w:br/>
        <w:t>Скажіть, чи любий він, а чи не любий вам?</w:t>
      </w:r>
    </w:p>
    <w:p>
      <w:r>
        <w:br/>
        <w:t>Мар’яна&lt;br /&gt;</w:t>
        <w:br/>
        <w:t>Ой, як же ти моє тим скривдила кохання!&lt;br /&gt;</w:t>
        <w:br/>
        <w:t>Доріно, чи тобі ж робити це питання?&lt;br /&gt;</w:t>
        <w:br/>
        <w:t>Я серце все тобі відкрила сто разів,&lt;br /&gt;</w:t>
        <w:br/>
        <w:t>І знаєш ти, який огонь його зігрів.</w:t>
      </w:r>
    </w:p>
    <w:p>
      <w:r>
        <w:br/>
        <w:t>Доріна&lt;br /&gt;</w:t>
        <w:br/>
        <w:t>Хто ж знає, чи душа устами говорила,&lt;br /&gt;</w:t>
        <w:br/>
        <w:t>Чи справді ця любов вам серце зачепила?</w:t>
      </w:r>
    </w:p>
    <w:p>
      <w:r>
        <w:br/>
        <w:t>Мар’яна&lt;br /&gt;</w:t>
        <w:br/>
        <w:t>Недобре робиш ти, що ти непевна в тім,&lt;br /&gt;</w:t>
        <w:br/>
        <w:t>Я й то любов мою вже показала всім.</w:t>
      </w:r>
    </w:p>
    <w:p>
      <w:r>
        <w:br/>
        <w:t>Доріна&lt;br /&gt;</w:t>
        <w:br/>
        <w:t>Так любите його?</w:t>
      </w:r>
    </w:p>
    <w:p>
      <w:r>
        <w:br/>
        <w:t>Мар’яна&lt;br /&gt;</w:t>
        <w:br/>
        <w:t>Кохання те безкрає.</w:t>
      </w:r>
    </w:p>
    <w:p>
      <w:r>
        <w:br/>
        <w:t>Доріна&lt;br /&gt;</w:t>
        <w:br/>
        <w:t>І він, здається, теж так само вас кохає?</w:t>
      </w:r>
    </w:p>
    <w:p>
      <w:r>
        <w:br/>
        <w:t>Мар’яна&lt;br /&gt;</w:t>
        <w:br/>
        <w:t>Я думаю.</w:t>
      </w:r>
    </w:p>
    <w:p>
      <w:r>
        <w:br/>
        <w:t>Доріна&lt;br /&gt;</w:t>
        <w:br/>
        <w:t>І з вас обох бажає всяк,&lt;br /&gt;</w:t>
        <w:br/>
        <w:t>Щоб одружитися скоріш?</w:t>
      </w:r>
    </w:p>
    <w:p>
      <w:r>
        <w:br/>
        <w:t>Мар’яна&lt;br /&gt;</w:t>
        <w:br/>
        <w:t>Авжеж, що так.</w:t>
      </w:r>
    </w:p>
    <w:p>
      <w:r>
        <w:br/>
        <w:t>Доріна&lt;br /&gt;</w:t>
        <w:br/>
        <w:t>А шлюб із другим тим яку вам дасть надію?</w:t>
      </w:r>
    </w:p>
    <w:p>
      <w:r>
        <w:br/>
        <w:t>Мар’яна&lt;br /&gt;</w:t>
        <w:br/>
        <w:t>Скоріш, ніж вийти, смерть собі я заподію.</w:t>
      </w:r>
    </w:p>
    <w:p>
      <w:r>
        <w:br/>
        <w:t>Доріна&lt;br /&gt;</w:t>
        <w:br/>
        <w:t>От і рятунок є, а я то й не туди…&lt;br /&gt;</w:t>
        <w:br/>
        <w:t>Умерти, та й зараз позбутися біди.&lt;br /&gt;</w:t>
        <w:br/>
        <w:t>Чого ж вам треба ще? Це думка пречудова.&lt;br /&gt;</w:t>
        <w:br/>
        <w:t>Мене аж гніває така нікчемна мова!</w:t>
      </w:r>
    </w:p>
    <w:p>
      <w:r>
        <w:br/>
        <w:t>Мар’яна&lt;br /&gt;</w:t>
        <w:br/>
        <w:t>Доріно, що ж це ти розгнівана така?&lt;br /&gt;</w:t>
        <w:br/>
        <w:t>Невже тобі дарма недоленька людська?</w:t>
      </w:r>
    </w:p>
    <w:p>
      <w:r>
        <w:br/>
        <w:t>Доріна&lt;br /&gt;</w:t>
        <w:br/>
        <w:t>Мені дарма про тих, що плещуть не до речі&lt;br /&gt;</w:t>
        <w:br/>
        <w:t>І так покірливо беруть біду на плечі.</w:t>
      </w:r>
    </w:p>
    <w:p>
      <w:r>
        <w:br/>
        <w:t>Мар’яна&lt;br /&gt;</w:t>
        <w:br/>
        <w:t>Так серце, бач, моє таке вже боязке.</w:t>
      </w:r>
    </w:p>
    <w:p>
      <w:r>
        <w:br/>
        <w:t>Доріна&lt;br /&gt;</w:t>
        <w:br/>
        <w:t>Любов йому велить, щоб сталося тривке.</w:t>
      </w:r>
    </w:p>
    <w:p>
      <w:r>
        <w:br/>
        <w:t>Мар’яна&lt;br /&gt;</w:t>
        <w:br/>
        <w:t>Хіба ж мою любов що-небудь одмінило?&lt;br /&gt;</w:t>
        <w:br/>
        <w:t>А батька вмовити — то це ж Валера діло.</w:t>
      </w:r>
    </w:p>
    <w:p>
      <w:r>
        <w:br/>
        <w:t>Доріна&lt;br /&gt;</w:t>
        <w:br/>
        <w:t>Але як батько ваш такий цупкий удавсь,&lt;br /&gt;</w:t>
        <w:br/>
        <w:t>Ще й у Тартюфа так завзято закохавсь,&lt;br /&gt;</w:t>
        <w:br/>
        <w:t>А слово першеє схотів тепер зламати —&lt;br /&gt;</w:t>
        <w:br/>
        <w:t>Скажіть, чи то ж Валер у тому винуватий?</w:t>
      </w:r>
    </w:p>
    <w:p>
      <w:r>
        <w:br/>
        <w:t>Мар’яна&lt;br /&gt;</w:t>
        <w:br/>
        <w:t>Коли відмовою тому я відповім,&lt;br /&gt;</w:t>
        <w:br/>
        <w:t>Я людям покажу, хто в серці е моїм.&lt;br /&gt;</w:t>
        <w:br/>
        <w:t>Як ради нього я, хоч любий він без краю,&lt;br /&gt;</w:t>
        <w:br/>
        <w:t>Повинність доччину й дівочий стид зламаю?&lt;br /&gt;</w:t>
        <w:br/>
        <w:t>Чи хочеш, щоб любов мою перед людьми…</w:t>
      </w:r>
    </w:p>
    <w:p>
      <w:r>
        <w:br/>
        <w:t>Доріна&lt;br /&gt;</w:t>
        <w:br/>
        <w:t>Ні, ні, не хочу; що ж, я бачу — ви самі&lt;br /&gt;</w:t>
        <w:br/>
        <w:t>Тартюфа вибрали. Це помилка велика —&lt;br /&gt;</w:t>
        <w:br/>
        <w:t>Не радить брати вам такого чоловіка.&lt;br /&gt;</w:t>
        <w:br/>
        <w:t>Навіщо воювать із вашим почуттям?&lt;br /&gt;</w:t>
        <w:br/>
        <w:t>Це буде партія корисна дуже вам.&lt;br /&gt;</w:t>
        <w:br/>
        <w:t>Тартюф — ого! Чи бач? А це хіба дурниця?&lt;br /&gt;</w:t>
        <w:br/>
        <w:t>Бо пан Тартюф, нехай йому все добре сниться,&lt;br /&gt;</w:t>
        <w:br/>
        <w:t>Ще хоч куди, таки хвороба не взяла.&lt;br /&gt;</w:t>
        <w:br/>
        <w:t>І з ним побратися — то честь хіба мала?&lt;br /&gt;</w:t>
        <w:br/>
        <w:t>Про нього слава йде геть по всьому народу,&lt;br /&gt;</w:t>
        <w:br/>
        <w:t>Він роду панського, він гарний і на вроду:&lt;br /&gt;</w:t>
        <w:br/>
        <w:t>Там ушка аж горять, а вид немов цвіте.&lt;br /&gt;</w:t>
        <w:br/>
        <w:t>Ви в щасті цілий вік із ним проживете.</w:t>
      </w:r>
    </w:p>
    <w:p>
      <w:r>
        <w:br/>
        <w:t>Мар’яна&lt;br /&gt;</w:t>
        <w:br/>
        <w:t>О боже!</w:t>
      </w:r>
    </w:p>
    <w:p>
      <w:r>
        <w:br/>
        <w:t>Доріна&lt;br /&gt;</w:t>
        <w:br/>
        <w:t>Для душі то втіха немаленька&lt;br /&gt;</w:t>
        <w:br/>
        <w:t>Тулити любого Тартюфіа до серденька.</w:t>
      </w:r>
    </w:p>
    <w:p>
      <w:r>
        <w:br/>
        <w:t>Мар’яна&lt;br /&gt;</w:t>
        <w:br/>
        <w:t>Ой, годі вже, не рви душі моєї вкрай,&lt;br /&gt;</w:t>
        <w:br/>
        <w:t>А краще помочі для мене пошукай.&lt;br /&gt;</w:t>
        <w:br/>
        <w:t>Я згоджуюсь на все, що скажеш ти робити,</w:t>
      </w:r>
    </w:p>
    <w:p>
      <w:r>
        <w:br/>
        <w:t>Доріна&lt;br /&gt;</w:t>
        <w:br/>
        <w:t>Ви батенька свого повинні вдовольнити,&lt;br /&gt;</w:t>
        <w:br/>
        <w:t>Коли б і мавпу він подружжям вам нарік.&lt;br /&gt;</w:t>
        <w:br/>
        <w:t>Не плачте ж; доля вам дає щасливий вік,&lt;br /&gt;</w:t>
        <w:br/>
        <w:t>Ви к ночі в’їдете в його глухе містечко,&lt;br /&gt;</w:t>
        <w:br/>
        <w:t>Дядьків і братиків чимале там гніздечко,&lt;br /&gt;</w:t>
        <w:br/>
        <w:t>Ви ж дбати будете на тії всі роти.&lt;br /&gt;</w:t>
        <w:br/>
        <w:t>А як у вищий світ ви схочете ввійти,&lt;br /&gt;</w:t>
        <w:br/>
        <w:t>То в гості підете собі шукати втіхи&lt;br /&gt;</w:t>
        <w:br/>
        <w:t>До пані мерихи або до судіїхи,&lt;br /&gt;</w:t>
        <w:br/>
        <w:t>Вони ж на складаний стілець посадять вас,&lt;br /&gt;</w:t>
        <w:br/>
        <w:t>А прийде карнавал — ото веселий час!&lt;br /&gt;</w:t>
        <w:br/>
        <w:t>Великий бал, музик аж дві кози заграє,&lt;br /&gt;</w:t>
        <w:br/>
        <w:t>А то й кумедія з паяцом завітає.&lt;br /&gt;</w:t>
        <w:br/>
        <w:t>Коли ж ваш чоловік…</w:t>
      </w:r>
    </w:p>
    <w:p>
      <w:r>
        <w:br/>
        <w:t>Мар’яна&lt;br /&gt;</w:t>
        <w:br/>
        <w:t>Мене вбиваєш ти,&lt;br /&gt;</w:t>
        <w:br/>
        <w:t>А не подумаєш чим-небудь помогти.</w:t>
      </w:r>
    </w:p>
    <w:p>
      <w:r>
        <w:br/>
        <w:t>Доріна&lt;br /&gt;</w:t>
        <w:br/>
        <w:t>Ні, вибачайте.</w:t>
      </w:r>
    </w:p>
    <w:p>
      <w:r>
        <w:br/>
        <w:t>Мар’яна&lt;br /&gt;</w:t>
        <w:br/>
        <w:t>Ох, Доріно, бога ради!</w:t>
      </w:r>
    </w:p>
    <w:p>
      <w:r>
        <w:br/>
        <w:t>Доріна&lt;br /&gt;</w:t>
        <w:br/>
        <w:t>Ні, хай на кару вам це прийде без завади!</w:t>
      </w:r>
    </w:p>
    <w:p>
      <w:r>
        <w:br/>
        <w:t>Мар’яна&lt;br /&gt;</w:t>
        <w:br/>
        <w:t>Доріно!</w:t>
      </w:r>
    </w:p>
    <w:p>
      <w:r>
        <w:br/>
        <w:t>Доріна&lt;br /&gt;</w:t>
        <w:br/>
        <w:t>Ні.</w:t>
      </w:r>
    </w:p>
    <w:p>
      <w:r>
        <w:br/>
        <w:t>Мар’яна&lt;br /&gt;</w:t>
        <w:br/>
        <w:t>Але наважусь я відкрить.</w:t>
      </w:r>
    </w:p>
    <w:p>
      <w:r>
        <w:br/>
        <w:t>Доріна&lt;br /&gt;</w:t>
        <w:br/>
        <w:t>Тартюф ваш чоловік; беріть його, беріть.</w:t>
      </w:r>
    </w:p>
    <w:p>
      <w:r>
        <w:br/>
        <w:t>Мар’яна&lt;br /&gt;</w:t>
        <w:br/>
        <w:t>Будь ласка, я ж тобі одній усе звіряю.</w:t>
      </w:r>
    </w:p>
    <w:p>
      <w:r>
        <w:br/>
        <w:t>Доріна&lt;br /&gt;</w:t>
        <w:br/>
        <w:t>Ви потартюфитесь, я в тому присягаю.</w:t>
      </w:r>
    </w:p>
    <w:p>
      <w:r>
        <w:br/>
        <w:t>Мар’яна&lt;br /&gt;</w:t>
        <w:br/>
        <w:t>Як так, коли в тобі не бачу я жалю,&lt;br /&gt;</w:t>
        <w:br/>
        <w:t>Нехай же мука та страшна, що я терплю,&lt;br /&gt;</w:t>
        <w:br/>
        <w:t>Навчить мене, відкіль рятунку дожидати.&lt;br /&gt;</w:t>
        <w:br/>
        <w:t>Я знаю, чим своє все лихо враз порвати.&lt;br /&gt;</w:t>
        <w:br/>
        <w:t>(Хоче вийти).</w:t>
      </w:r>
    </w:p>
    <w:p>
      <w:r>
        <w:br/>
        <w:t>Доріна&lt;br /&gt;</w:t>
        <w:br/>
        <w:t>Верніться, годі вже; минувся весь мій гнів.&lt;br /&gt;</w:t>
        <w:br/>
        <w:t>Дарма про все, а вас усяк би пожалів.</w:t>
      </w:r>
    </w:p>
    <w:p>
      <w:r>
        <w:br/>
        <w:t>Мар’яна&lt;br /&gt;</w:t>
        <w:br/>
        <w:t>Доріно, як мені такі терпіти муки,&lt;br /&gt;</w:t>
        <w:br/>
        <w:t>То краще я сама здійму на себе руки.</w:t>
      </w:r>
    </w:p>
    <w:p>
      <w:r>
        <w:br/>
        <w:t>Доріна&lt;br /&gt;</w:t>
        <w:br/>
        <w:t>Ось не журіться-бо; скрутнувши де-не-де,&lt;br /&gt;</w:t>
        <w:br/>
        <w:t>Ми не дамось. Але коханий ваш іде.</w:t>
      </w:r>
    </w:p>
    <w:p>
      <w:r>
        <w:br/>
        <w:t>ЯВА 4</w:t>
      </w:r>
    </w:p>
    <w:p>
      <w:r>
        <w:br/>
        <w:t>Валер, Мар’яна, Доріна.</w:t>
      </w:r>
    </w:p>
    <w:p>
      <w:r>
        <w:br/>
        <w:t>Валер&lt;br /&gt;</w:t>
        <w:br/>
        <w:t>Оце недавно тут почув я вісті, пані,&lt;br /&gt;</w:t>
        <w:br/>
        <w:t>Цілком мені нові і… певно, непогані.</w:t>
      </w:r>
    </w:p>
    <w:p>
      <w:r>
        <w:br/>
        <w:t>Мар’яна&lt;br /&gt;</w:t>
        <w:br/>
        <w:t>Що саме?</w:t>
      </w:r>
    </w:p>
    <w:p>
      <w:r>
        <w:br/>
        <w:t>Валер&lt;br /&gt;</w:t>
        <w:br/>
        <w:t>Про шлюб ваш з Тартюфом.</w:t>
      </w:r>
    </w:p>
    <w:p>
      <w:r>
        <w:br/>
        <w:t>Мар’яна&lt;br /&gt;</w:t>
        <w:br/>
        <w:t>Батько мій&lt;br /&gt;</w:t>
        <w:br/>
        <w:t>Зробити це поклав у голові своїй.</w:t>
      </w:r>
    </w:p>
    <w:p>
      <w:r>
        <w:br/>
        <w:t>Валер&lt;br /&gt;</w:t>
        <w:br/>
        <w:t>Ваш батько?</w:t>
      </w:r>
    </w:p>
    <w:p>
      <w:r>
        <w:br/>
        <w:t>Мар’яна&lt;br /&gt;</w:t>
        <w:br/>
        <w:t>Він тепер із думкою новою,&lt;br /&gt;</w:t>
        <w:br/>
        <w:t>Про це він розмовляв якраз отут зо мною.</w:t>
      </w:r>
    </w:p>
    <w:p>
      <w:r>
        <w:br/>
        <w:t>Валер&lt;br /&gt;</w:t>
        <w:br/>
        <w:t>Невже це насправжки?</w:t>
      </w:r>
    </w:p>
    <w:p>
      <w:r>
        <w:br/>
        <w:t>Мар’яна&lt;br /&gt;</w:t>
        <w:br/>
        <w:t>Авжеж, що насправжки,&lt;br /&gt;</w:t>
        <w:br/>
        <w:t>Він круто висловив про це свої думки.</w:t>
      </w:r>
    </w:p>
    <w:p>
      <w:r>
        <w:br/>
        <w:t>Валер&lt;br /&gt;</w:t>
        <w:br/>
        <w:t>А серця вашого яка в цім постанова? Скажіть.</w:t>
      </w:r>
    </w:p>
    <w:p>
      <w:r>
        <w:br/>
        <w:t>Мар’яна&lt;br /&gt;</w:t>
        <w:br/>
        <w:t>Не відаю.</w:t>
      </w:r>
    </w:p>
    <w:p>
      <w:r>
        <w:br/>
        <w:t>Валер&lt;br /&gt;</w:t>
        <w:br/>
        <w:t>Це дуже чесна мова.&lt;br /&gt;</w:t>
        <w:br/>
        <w:t>Не знаєте?</w:t>
      </w:r>
    </w:p>
    <w:p>
      <w:r>
        <w:br/>
        <w:t>Мар’яна&lt;br /&gt;</w:t>
        <w:br/>
        <w:t>Ні.</w:t>
      </w:r>
    </w:p>
    <w:p>
      <w:r>
        <w:br/>
        <w:t>Валер&lt;br /&gt;</w:t>
        <w:br/>
        <w:t>Ні?&lt;br /&gt;</w:t>
        <w:br/>
        <w:t>Мар’яна Що ж діяти, скажіть.</w:t>
      </w:r>
    </w:p>
    <w:p>
      <w:r>
        <w:br/>
        <w:t>Валер&lt;br /&gt;</w:t>
        <w:br/>
        <w:t>Це добрий суджений, і ви за нього йдіть.</w:t>
      </w:r>
    </w:p>
    <w:p>
      <w:r>
        <w:br/>
        <w:t>Мар’яна&lt;br /&gt;</w:t>
        <w:br/>
        <w:t>Ви радите?</w:t>
      </w:r>
    </w:p>
    <w:p>
      <w:r>
        <w:br/>
        <w:t>Валер&lt;br /&gt;</w:t>
        <w:br/>
        <w:t>Авжеж.&lt;br /&gt;</w:t>
        <w:br/>
        <w:t>Мар’яна По правді?</w:t>
      </w:r>
    </w:p>
    <w:p>
      <w:r>
        <w:br/>
        <w:t>Валер&lt;br /&gt;</w:t>
        <w:br/>
        <w:t>Безперечно.&lt;br /&gt;</w:t>
        <w:br/>
        <w:t>Обранню вашому звіряйтеся безпечно.</w:t>
      </w:r>
    </w:p>
    <w:p>
      <w:r>
        <w:br/>
        <w:t>Мар’яна&lt;br /&gt;</w:t>
        <w:br/>
        <w:t>Ну, добре; то отак ви радите мене?</w:t>
      </w:r>
    </w:p>
    <w:p>
      <w:r>
        <w:br/>
        <w:t>Валер&lt;br /&gt;</w:t>
        <w:br/>
        <w:t>Мене послухатись — вам діло не трудне.</w:t>
      </w:r>
    </w:p>
    <w:p>
      <w:r>
        <w:br/>
        <w:t>Мар’яна&lt;br /&gt;</w:t>
        <w:br/>
        <w:t>Так само, як і вам пораду що давати.</w:t>
      </w:r>
    </w:p>
    <w:p>
      <w:r>
        <w:br/>
        <w:t>Валер&lt;br /&gt;</w:t>
        <w:br/>
        <w:t>Я радив, щоб свою прихильність показати.</w:t>
      </w:r>
    </w:p>
    <w:p>
      <w:r>
        <w:br/>
        <w:t>Мар’яна&lt;br /&gt;</w:t>
        <w:br/>
        <w:t>Щоб вам сподобаться, я раду цю прийму.</w:t>
      </w:r>
    </w:p>
    <w:p>
      <w:r>
        <w:br/>
        <w:t>Доріна&lt;br /&gt;</w:t>
        <w:br/>
        <w:t>(відходить у глиб сцени)&lt;br /&gt;</w:t>
        <w:br/>
        <w:t>Побачимо, який кінець цьому всьому.</w:t>
      </w:r>
    </w:p>
    <w:p>
      <w:r>
        <w:br/>
        <w:t>Валер&lt;br /&gt;</w:t>
        <w:br/>
        <w:t>Так от яка любов! То ви мене дурили,&lt;br /&gt;</w:t>
        <w:br/>
        <w:t>Як ви мені…</w:t>
      </w:r>
    </w:p>
    <w:p>
      <w:r>
        <w:br/>
        <w:t>Мар’яна&lt;br /&gt;</w:t>
        <w:br/>
        <w:t>Про це ми досить говорили.&lt;br /&gt;</w:t>
        <w:br/>
        <w:t>Ви щиро кажете, щоб я за того йшла,&lt;br /&gt;</w:t>
        <w:br/>
        <w:t>Кого недоленька до мене привела.&lt;br /&gt;</w:t>
        <w:br/>
        <w:t>І я кажу вам знов: я це зробити рада,&lt;br /&gt;</w:t>
        <w:br/>
        <w:t>Коли від вас така спасенна йде порада.</w:t>
      </w:r>
    </w:p>
    <w:p>
      <w:r>
        <w:br/>
        <w:t>Валер&lt;br /&gt;</w:t>
        <w:br/>
        <w:t>Не виправляйтеся, бо винні тільки ви;&lt;br /&gt;</w:t>
        <w:br/>
        <w:t>Ця думка з вашої постала голови,&lt;br /&gt;</w:t>
        <w:br/>
        <w:t>І ви знайшли тепер до чого причепитись,&lt;br /&gt;</w:t>
        <w:br/>
        <w:t>Щоб слово схибити й зо мною роздружитись.</w:t>
      </w:r>
    </w:p>
    <w:p>
      <w:r>
        <w:br/>
        <w:t>Мар’яна&lt;br /&gt;</w:t>
        <w:br/>
        <w:t>Це добре сказано.</w:t>
      </w:r>
    </w:p>
    <w:p>
      <w:r>
        <w:br/>
        <w:t>Валер&lt;br /&gt;</w:t>
        <w:br/>
        <w:t>Кохаючи мене,&lt;br /&gt;</w:t>
        <w:br/>
        <w:t>Не дуже рвали ви серденько запальне.</w:t>
      </w:r>
    </w:p>
    <w:p>
      <w:r>
        <w:br/>
        <w:t>Мар’яна&lt;br /&gt;</w:t>
        <w:br/>
        <w:t>Ви вільні думати, аби було бажання.</w:t>
      </w:r>
    </w:p>
    <w:p>
      <w:r>
        <w:br/>
        <w:t>Валер&lt;br /&gt;</w:t>
        <w:br/>
        <w:t>Так, вільний, і моє ображене кохання&lt;br /&gt;</w:t>
        <w:br/>
        <w:t>В такому замірі ще вас попередить.&lt;br /&gt;</w:t>
        <w:br/>
        <w:t>Я знаю, перед ким любов мою зложить.</w:t>
      </w:r>
    </w:p>
    <w:p>
      <w:r>
        <w:br/>
        <w:t>Мар’яна&lt;br /&gt;</w:t>
        <w:br/>
        <w:t>О так, я певна в тім; привабить кожну другу&lt;br /&gt;</w:t>
        <w:br/>
        <w:t>Заслуга ваша.</w:t>
      </w:r>
    </w:p>
    <w:p>
      <w:r>
        <w:br/>
        <w:t>Валер&lt;br /&gt;</w:t>
        <w:br/>
        <w:t>Ох, покиньте цю заслугу!&lt;br /&gt;</w:t>
        <w:br/>
        <w:t>Самі ви бачите, яка вона мала;&lt;br /&gt;</w:t>
        <w:br/>
        <w:t>Я тільки думаю, що інша б прийняла&lt;br /&gt;</w:t>
        <w:br/>
        <w:t>Самотню душу цю, вона могла б кохати&lt;br /&gt;</w:t>
        <w:br/>
        <w:t>Й розважити мене від оцієї втрати.</w:t>
      </w:r>
    </w:p>
    <w:p>
      <w:r>
        <w:br/>
        <w:t>Мар’яна&lt;br /&gt;</w:t>
        <w:br/>
        <w:t>Не буде тяжко вам, що втратите мене,&lt;br /&gt;</w:t>
        <w:br/>
        <w:t>Бо почуття нове ваш смуток прожене.</w:t>
      </w:r>
    </w:p>
    <w:p>
      <w:r>
        <w:br/>
        <w:t>Валер&lt;br /&gt;</w:t>
        <w:br/>
        <w:t>Зроблю, що здужаю; вам легко зрозуміти,&lt;br /&gt;</w:t>
        <w:br/>
        <w:t>Що й честь примушує за зраду так платити&lt;br /&gt;</w:t>
        <w:br/>
        <w:t>І що повинен я шукати забуття,&lt;br /&gt;</w:t>
        <w:br/>
        <w:t>А як над силу те — сховати почуття.&lt;br /&gt;</w:t>
        <w:br/>
        <w:t>Бо вже перед людьми тому нема покути,&lt;br /&gt;</w:t>
        <w:br/>
        <w:t>Хто любить серце те, що вас могло забути.</w:t>
      </w:r>
    </w:p>
    <w:p>
      <w:r>
        <w:br/>
        <w:t>Мар’яна&lt;br /&gt;</w:t>
        <w:br/>
        <w:t>Це почуття, мабуть, шляхетне, пане мій?</w:t>
      </w:r>
    </w:p>
    <w:p>
      <w:r>
        <w:br/>
        <w:t>Валер&lt;br /&gt;</w:t>
        <w:br/>
        <w:t>Нехай таким його вважає рід людський!&lt;br /&gt;</w:t>
        <w:br/>
        <w:t>А що ж ви думали? Невже, що до сконання&lt;br /&gt;</w:t>
        <w:br/>
        <w:t>В душі я збережу палке до вас кохання?&lt;br /&gt;</w:t>
        <w:br/>
        <w:t>Що, шлюб ваш бачивши, я другій не віддам&lt;br /&gt;</w:t>
        <w:br/>
        <w:t>Те серце, що його тепер не треба вам?</w:t>
      </w:r>
    </w:p>
    <w:p>
      <w:r>
        <w:br/>
        <w:t>Мар’яна&lt;br /&gt;</w:t>
        <w:br/>
        <w:t>Ні, навпаки, бо я того й сама бажаю!&lt;br /&gt;</w:t>
        <w:br/>
        <w:t>Я рада, щоб ця річ скоріш дійшла вже краю.</w:t>
      </w:r>
    </w:p>
    <w:p>
      <w:r>
        <w:br/>
        <w:t>Валер&lt;br /&gt;</w:t>
        <w:br/>
        <w:t>Ви раді?</w:t>
      </w:r>
    </w:p>
    <w:p>
      <w:r>
        <w:br/>
        <w:t>Мар’яна&lt;br /&gt;</w:t>
        <w:br/>
        <w:t>Так.</w:t>
      </w:r>
    </w:p>
    <w:p>
      <w:r>
        <w:br/>
        <w:t>Валер&lt;br /&gt;</w:t>
        <w:br/>
        <w:t>Але доволі вже образ.&lt;br /&gt;</w:t>
        <w:br/>
        <w:t>Я зараз же зроблю, як ваш велить наказ.&lt;br /&gt;</w:t>
        <w:br/>
        <w:t>(Відходить),</w:t>
      </w:r>
    </w:p>
    <w:p>
      <w:r>
        <w:br/>
        <w:t>Мар’яна&lt;br /&gt;</w:t>
        <w:br/>
        <w:t>Гаразд.</w:t>
      </w:r>
    </w:p>
    <w:p>
      <w:r>
        <w:br/>
        <w:t>Валер&lt;br /&gt;</w:t>
        <w:br/>
        <w:t>(вертається)&lt;br /&gt;</w:t>
        <w:br/>
        <w:t>Так знайте ж ви, що ви самі звеліли&lt;br /&gt;</w:t>
        <w:br/>
        <w:t>Зробити вчинок цей, що був мені над сили.</w:t>
      </w:r>
    </w:p>
    <w:p>
      <w:r>
        <w:br/>
        <w:t>Мар’яна&lt;br /&gt;</w:t>
        <w:br/>
        <w:t>Так.</w:t>
      </w:r>
    </w:p>
    <w:p>
      <w:r>
        <w:br/>
        <w:t>Валер&lt;br /&gt;</w:t>
        <w:br/>
        <w:t>І що замір цей прийшов мені тому,&lt;br /&gt;</w:t>
        <w:br/>
        <w:t>Що й ви вчинили так.</w:t>
      </w:r>
    </w:p>
    <w:p>
      <w:r>
        <w:br/>
        <w:t>Мар’яна&lt;br /&gt;</w:t>
        <w:br/>
        <w:t>Амінь тому всьому.</w:t>
      </w:r>
    </w:p>
    <w:p>
      <w:r>
        <w:br/>
        <w:t>Валер&lt;br /&gt;</w:t>
        <w:br/>
        <w:t>(відходячи)&lt;br /&gt;</w:t>
        <w:br/>
        <w:t>Ну, годі; саме в час я вас тепер покину.</w:t>
      </w:r>
    </w:p>
    <w:p>
      <w:r>
        <w:br/>
        <w:t>Мар’яна&lt;br /&gt;</w:t>
        <w:br/>
        <w:t>Найкраще.</w:t>
      </w:r>
    </w:p>
    <w:p>
      <w:r>
        <w:br/>
        <w:t>Валер&lt;br /&gt;</w:t>
        <w:br/>
        <w:t>(знову вертається)&lt;br /&gt;</w:t>
        <w:br/>
        <w:t>Був я тут останнюю хвилину.</w:t>
      </w:r>
    </w:p>
    <w:p>
      <w:r>
        <w:br/>
        <w:t>Мар’яна&lt;br /&gt;</w:t>
        <w:br/>
        <w:t>То й з богом.</w:t>
      </w:r>
    </w:p>
    <w:p>
      <w:r>
        <w:br/>
        <w:t>Валер&lt;br /&gt;</w:t>
        <w:br/>
        <w:t>Га?</w:t>
      </w:r>
    </w:p>
    <w:p>
      <w:r>
        <w:br/>
        <w:t>Мар’яна&lt;br /&gt;</w:t>
        <w:br/>
        <w:t>Чого?</w:t>
      </w:r>
    </w:p>
    <w:p>
      <w:r>
        <w:br/>
        <w:t>Валер&lt;br /&gt;</w:t>
        <w:br/>
        <w:t>Чи ви мене звете?</w:t>
      </w:r>
    </w:p>
    <w:p>
      <w:r>
        <w:br/>
        <w:t>Мар’яна&lt;br /&gt;</w:t>
        <w:br/>
        <w:t>Приснилось вам.</w:t>
      </w:r>
    </w:p>
    <w:p>
      <w:r>
        <w:br/>
        <w:t>Валер&lt;br /&gt;</w:t>
        <w:br/>
        <w:t>(повільно відходить)&lt;br /&gt;</w:t>
        <w:br/>
        <w:t>Як так, то я й піду. Проте&lt;br /&gt;</w:t>
        <w:br/>
        <w:t>Прощайте, панночко!</w:t>
      </w:r>
    </w:p>
    <w:p>
      <w:r>
        <w:br/>
        <w:t>Мар’яна&lt;br /&gt;</w:t>
        <w:br/>
        <w:t>Прощайте!</w:t>
      </w:r>
    </w:p>
    <w:p>
      <w:r>
        <w:br/>
        <w:t>Доріна&lt;br /&gt;</w:t>
        <w:br/>
        <w:t>Як я бачу,&lt;br /&gt;</w:t>
        <w:br/>
        <w:t>Ви розум стратили через химерну вдачу.&lt;br /&gt;</w:t>
        <w:br/>
        <w:t>А я навмисне вам сваритися дала,&lt;br /&gt;</w:t>
        <w:br/>
        <w:t>Щоб тільки бачити, до чого б річ дійшла.&lt;br /&gt;</w:t>
        <w:br/>
        <w:t>Валере, паночку!&lt;br /&gt;</w:t>
        <w:br/>
        <w:t>(Хапає його за руку),</w:t>
      </w:r>
    </w:p>
    <w:p>
      <w:r>
        <w:br/>
        <w:t>Валер&lt;br /&gt;</w:t>
        <w:br/>
        <w:t>(ніби нехотя)&lt;br /&gt;</w:t>
        <w:br/>
        <w:t>Чого тобі від мене?</w:t>
      </w:r>
    </w:p>
    <w:p>
      <w:r>
        <w:br/>
        <w:t>Доріна&lt;br /&gt;</w:t>
        <w:br/>
        <w:t>Ходіть сюди.</w:t>
      </w:r>
    </w:p>
    <w:p>
      <w:r>
        <w:br/>
        <w:t>Валер&lt;br /&gt;</w:t>
        <w:br/>
        <w:t>Душа моя кипить шалено.&lt;br /&gt;</w:t>
        <w:br/>
        <w:t>Пусти: зроблю я те, що радила вона.</w:t>
      </w:r>
    </w:p>
    <w:p>
      <w:r>
        <w:br/>
        <w:t>Доріна&lt;br /&gt;</w:t>
        <w:br/>
        <w:t>Стривайте-бо.</w:t>
      </w:r>
    </w:p>
    <w:p>
      <w:r>
        <w:br/>
        <w:t>Валер&lt;br /&gt;</w:t>
        <w:br/>
        <w:t>Ні, ні, де річ непохитна.</w:t>
      </w:r>
    </w:p>
    <w:p>
      <w:r>
        <w:br/>
        <w:t>Доріна&lt;br /&gt;</w:t>
        <w:br/>
        <w:t>Ох!</w:t>
      </w:r>
    </w:p>
    <w:p>
      <w:r>
        <w:br/>
        <w:t>Мар’яна&lt;br /&gt;</w:t>
        <w:br/>
        <w:t>(набік)&lt;br /&gt;</w:t>
        <w:br/>
        <w:t>Я йому гидка, тому й біжить так швидко.&lt;br /&gt;</w:t>
        <w:br/>
        <w:t>Піду ж я, бо йому на мене глянуть бридко.</w:t>
      </w:r>
    </w:p>
    <w:p>
      <w:r>
        <w:br/>
        <w:t>Доріна&lt;br /&gt;</w:t>
        <w:br/>
        <w:t>(кидає Валера й біжить до Мар'яни)&lt;br /&gt;</w:t>
        <w:br/>
        <w:t>І та! Куди ж це ви?</w:t>
      </w:r>
    </w:p>
    <w:p>
      <w:r>
        <w:br/>
        <w:t>Мар’яна&lt;br /&gt;</w:t>
        <w:br/>
        <w:t>Пусти.</w:t>
      </w:r>
    </w:p>
    <w:p>
      <w:r>
        <w:br/>
        <w:t>Доріна&lt;br /&gt;</w:t>
        <w:br/>
        <w:t>Та не біжіть!</w:t>
      </w:r>
    </w:p>
    <w:p>
      <w:r>
        <w:br/>
        <w:t>Мар’яна&lt;br /&gt;</w:t>
        <w:br/>
        <w:t>Ні, ні, Доріно, вже мене не зупинить.</w:t>
      </w:r>
    </w:p>
    <w:p>
      <w:r>
        <w:br/>
        <w:t>Валер&lt;br /&gt;</w:t>
        <w:br/>
        <w:t>(набік)&lt;br /&gt;</w:t>
        <w:br/>
        <w:t>Я бачу, що мій вид їй гірший від хвороби,&lt;br /&gt;</w:t>
        <w:br/>
        <w:t>Так визвольмо ж її від нашої особи.</w:t>
      </w:r>
    </w:p>
    <w:p>
      <w:r>
        <w:br/>
        <w:t>Доріна&lt;br /&gt;</w:t>
        <w:br/>
        <w:t>(кидав Мар'яну й біжить до Валера)&lt;br /&gt;</w:t>
        <w:br/>
        <w:t>Ви знов… Нехай вам біс! Який вас кат жене?&lt;br /&gt;</w:t>
        <w:br/>
        <w:t>Ідіть лишень сюди та слухайте мене.&lt;br /&gt;</w:t>
        <w:br/>
        <w:t>(Бере Валера й Мар'яну за руки).</w:t>
      </w:r>
    </w:p>
    <w:p>
      <w:r>
        <w:br/>
        <w:t>Валер&lt;br /&gt;</w:t>
        <w:br/>
        <w:t>(до Доріни)&lt;br /&gt;</w:t>
        <w:br/>
        <w:t>Які твої думки?</w:t>
      </w:r>
    </w:p>
    <w:p>
      <w:r>
        <w:br/>
        <w:t>Мар’яна&lt;br /&gt;</w:t>
        <w:br/>
        <w:t>(до Доріни)&lt;br /&gt;</w:t>
        <w:br/>
        <w:t>Що хочеш ти робити?</w:t>
      </w:r>
    </w:p>
    <w:p>
      <w:r>
        <w:br/>
        <w:t>Доріна&lt;br /&gt;</w:t>
        <w:br/>
        <w:t>Урятувати вас, а спершу помирити.&lt;br /&gt;</w:t>
        <w:br/>
        <w:t>(До Валера).&lt;br /&gt;</w:t>
        <w:br/>
        <w:t>Чого надулись ви? Скажіть — чи ви дурні?</w:t>
      </w:r>
    </w:p>
    <w:p>
      <w:r>
        <w:br/>
        <w:t>Валер&lt;br /&gt;</w:t>
        <w:br/>
        <w:t>Ти ш чула, що вона казала тут мені?</w:t>
      </w:r>
    </w:p>
    <w:p>
      <w:r>
        <w:br/>
        <w:t>Доріна&lt;br /&gt;</w:t>
        <w:br/>
        <w:t>(до Мар'яни)&lt;br /&gt;</w:t>
        <w:br/>
        <w:t>Чи ошаліли ви, що ви в такому гніві?</w:t>
      </w:r>
    </w:p>
    <w:p>
      <w:r>
        <w:br/>
        <w:t>Мар’яна&lt;br /&gt;</w:t>
        <w:br/>
        <w:t>Ти ж чула тут сама слова його вразливі.</w:t>
      </w:r>
    </w:p>
    <w:p>
      <w:r>
        <w:br/>
        <w:t>Доріна&lt;br /&gt;</w:t>
        <w:br/>
        <w:t>(до Валера)&lt;br /&gt;</w:t>
        <w:br/>
        <w:t>Дурниця все: вона — я можу присягти —&lt;br /&gt;</w:t>
        <w:br/>
        <w:t>Одне бажа — щоб вас для себе зберегти.&lt;br /&gt;</w:t>
        <w:br/>
        <w:t>(До Мар'яни).&lt;br /&gt;</w:t>
        <w:br/>
        <w:t>Він любить тільки вас; ручусь я головою,&lt;br /&gt;</w:t>
        <w:br/>
        <w:t>Що прагне він скоріш з’єднать вас із собою.</w:t>
      </w:r>
    </w:p>
    <w:p>
      <w:r>
        <w:br/>
        <w:t>Мар’яна&lt;br /&gt;</w:t>
        <w:br/>
        <w:t>(до Валера)&lt;br /&gt;</w:t>
        <w:br/>
        <w:t>Навіщо раду ви дали таку гидку?</w:t>
      </w:r>
    </w:p>
    <w:p>
      <w:r>
        <w:br/>
        <w:t>Валер&lt;br /&gt;</w:t>
        <w:br/>
        <w:t>(до Мар'яни)&lt;br /&gt;</w:t>
        <w:br/>
        <w:t>А нащо радитись, та ще про річ таку?</w:t>
      </w:r>
    </w:p>
    <w:p>
      <w:r>
        <w:br/>
        <w:t>Доріна&lt;br /&gt;</w:t>
        <w:br/>
        <w:t>Обоє ви дурні. От краще обніміться.&lt;br /&gt;</w:t>
        <w:br/>
        <w:t>(До Валера).&lt;br /&gt;</w:t>
        <w:br/>
        <w:t>Давайте руку.</w:t>
      </w:r>
    </w:p>
    <w:p>
      <w:r>
        <w:br/>
        <w:t>Валер&lt;br /&gt;</w:t>
        <w:br/>
        <w:t>(даючи руку Доріці)&lt;br /&gt;</w:t>
        <w:br/>
        <w:t>Ну, та й що?</w:t>
      </w:r>
    </w:p>
    <w:p>
      <w:r>
        <w:br/>
        <w:t>Доріна&lt;br /&gt;</w:t>
        <w:br/>
        <w:t>(до Мар'яни)&lt;br /&gt;</w:t>
        <w:br/>
        <w:t>І ви миріться.</w:t>
      </w:r>
    </w:p>
    <w:p>
      <w:r>
        <w:br/>
        <w:t>Мар’яна&lt;br /&gt;</w:t>
        <w:br/>
        <w:t>(даючи руку)&lt;br /&gt;</w:t>
        <w:br/>
        <w:t>Навіщо?</w:t>
      </w:r>
    </w:p>
    <w:p>
      <w:r>
        <w:br/>
        <w:t>Доріна&lt;br /&gt;</w:t>
        <w:br/>
        <w:t>Ну, ходіть, не гайте дурно нас,&lt;br /&gt;</w:t>
        <w:br/>
        <w:t>Бо ви й не знаєте, яке кохання в вас.</w:t>
      </w:r>
    </w:p>
    <w:p>
      <w:r>
        <w:br/>
        <w:t>Валер і Мар’яна беруться за руки, не дивлячись одне на одного.</w:t>
      </w:r>
    </w:p>
    <w:p>
      <w:r>
        <w:br/>
        <w:t>Валер&lt;br /&gt;</w:t>
        <w:br/>
        <w:t>(до Мар'яни)&lt;br /&gt;</w:t>
        <w:br/>
        <w:t>Не будьте ж ви такі до згоди неохочі&lt;br /&gt;</w:t>
        <w:br/>
        <w:t>І на людей хоч раз зведіть ласкаво очі.</w:t>
      </w:r>
    </w:p>
    <w:p>
      <w:r>
        <w:br/>
        <w:t>Мар’яна дивиться на Валера й усміхається.</w:t>
      </w:r>
    </w:p>
    <w:p>
      <w:r>
        <w:br/>
        <w:t>Доріна&lt;br /&gt;</w:t>
        <w:br/>
        <w:t>Закоханий народ — дурний, скажу я вам.</w:t>
      </w:r>
    </w:p>
    <w:p>
      <w:r>
        <w:br/>
        <w:t>Валер&lt;br /&gt;</w:t>
        <w:br/>
        <w:t>(до Мар'яни)&lt;br /&gt;</w:t>
        <w:br/>
        <w:t>Чи я ж не мав од вас образи почуттям?&lt;br /&gt;</w:t>
        <w:br/>
        <w:t>Я без брехні скажу, що ви були злосливі,&lt;br /&gt;</w:t>
        <w:br/>
        <w:t>Як легко мовили такі слова вразливі.</w:t>
      </w:r>
    </w:p>
    <w:p>
      <w:r>
        <w:br/>
        <w:t>Мар’яна&lt;br /&gt;</w:t>
        <w:br/>
        <w:t>А в вас я вдячності не бачу аніже.</w:t>
      </w:r>
    </w:p>
    <w:p>
      <w:r>
        <w:br/>
        <w:t>Доріна&lt;br /&gt;</w:t>
        <w:br/>
        <w:t>Про це на другий раз, доволі вам уже&lt;br /&gt;</w:t>
        <w:br/>
        <w:t>Змагатись, час тепер од лиха рятуватись.</w:t>
      </w:r>
    </w:p>
    <w:p>
      <w:r>
        <w:br/>
        <w:t>Мар’яна&lt;br /&gt;</w:t>
        <w:br/>
        <w:t>Яких же способів найперш нам треба братись?</w:t>
      </w:r>
    </w:p>
    <w:p>
      <w:r>
        <w:br/>
        <w:t>Доріна&lt;br /&gt;</w:t>
        <w:br/>
        <w:t>Ми візьмемось до всіх і почнемо всіма.&lt;br /&gt;</w:t>
        <w:br/>
        <w:t>Сміється батько ваш; але то все дарма.&lt;br /&gt;</w:t>
        <w:br/>
        <w:t>А ви на батькові химери завважайте&lt;br /&gt;</w:t>
        <w:br/>
        <w:t>І перед ним себе покірною вдавайте…&lt;br /&gt;</w:t>
        <w:br/>
        <w:t>Щоб, як настане час, що вже до шлюбу йти,&lt;br /&gt;</w:t>
        <w:br/>
        <w:t>Було зручніш той шлюб на безрік затягти.&lt;br /&gt;</w:t>
        <w:br/>
        <w:t>Аби задляти час, а врятуватись можна:&lt;br /&gt;</w:t>
        <w:br/>
        <w:t>То ніби хворість вас якась непереможна&lt;br /&gt;</w:t>
        <w:br/>
        <w:t>Напала, — а хіба ж тоді звінчають вас? —&lt;br /&gt;</w:t>
        <w:br/>
        <w:t>А там негарний знак або недобрий час —&lt;br /&gt;</w:t>
        <w:br/>
        <w:t>То мертве тіло вам на вулиці зустрілось,&lt;br /&gt;</w:t>
        <w:br/>
        <w:t>Розбилось дзеркало, вночі багно приснилось.&lt;br /&gt;</w:t>
        <w:br/>
        <w:t>Найліпше ж за те все — це те, що вас ні з ким&lt;br /&gt;</w:t>
        <w:br/>
        <w:t>Не зв’яжуть силоміць, а зв’яжуть тільки з ним&lt;br /&gt;</w:t>
        <w:br/>
        <w:t>Найпаче ж дбайте ви, — це добре задля діла, —&lt;br /&gt;</w:t>
        <w:br/>
        <w:t>Щоб жодна тут душа у парі вас не зріла.&lt;br /&gt;</w:t>
        <w:br/>
        <w:t>(До Валера).&lt;br /&gt;</w:t>
        <w:br/>
        <w:t>Знайдіть прихильників і дбайте про одно,&lt;br /&gt;</w:t>
        <w:br/>
        <w:t>Щоб сталось так, як вам обіцяно давно.&lt;br /&gt;</w:t>
        <w:br/>
        <w:t>Ми в братові її підбудим духу, може,&lt;br /&gt;</w:t>
        <w:br/>
        <w:t>Та й мачуха її нам, певно, допоможе.&lt;br /&gt;</w:t>
        <w:br/>
        <w:t>Прощайте!</w:t>
      </w:r>
    </w:p>
    <w:p>
      <w:r>
        <w:br/>
        <w:t>Валер&lt;br /&gt;</w:t>
        <w:br/>
        <w:t>(до Мар'яни)&lt;br /&gt;</w:t>
        <w:br/>
        <w:t>Що б ми всі не вдіяли гуртом.&lt;br /&gt;</w:t>
        <w:br/>
        <w:t>Мої надії всі, по правді, в вас цілком.</w:t>
      </w:r>
    </w:p>
    <w:p>
      <w:r>
        <w:br/>
        <w:t>Мар’яна&lt;br /&gt;</w:t>
        <w:br/>
        <w:t>(до Валера)&lt;br /&gt;</w:t>
        <w:br/>
        <w:t>Чи зникне, а чи ні та батькова химера,&lt;br /&gt;</w:t>
        <w:br/>
        <w:t>Але як вийду я, то тільки за Валера,</w:t>
      </w:r>
    </w:p>
    <w:p>
      <w:r>
        <w:br/>
        <w:t>Валер&lt;br /&gt;</w:t>
        <w:br/>
        <w:t>Який же радий я! Так я вже можу ждать?..</w:t>
      </w:r>
    </w:p>
    <w:p>
      <w:r>
        <w:br/>
        <w:t>Доріна&lt;br /&gt;</w:t>
        <w:br/>
        <w:t>Ох, ці закохані ніколи не скінчать!&lt;br /&gt;</w:t>
        <w:br/>
        <w:t>Ідіть, кажу!</w:t>
      </w:r>
    </w:p>
    <w:p>
      <w:r>
        <w:br/>
        <w:t>Валер&lt;br /&gt;</w:t>
        <w:br/>
        <w:t>(вертається)&lt;br /&gt;</w:t>
        <w:br/>
        <w:t>Тепер…</w:t>
      </w:r>
    </w:p>
    <w:p>
      <w:r>
        <w:br/>
        <w:t>Доріна&lt;br /&gt;</w:t>
        <w:br/>
        <w:t>Чи він же перестане?&lt;br /&gt;</w:t>
        <w:br/>
        <w:t>От ваші двері, йдіть. А от і ваші, пане.&lt;br /&gt;</w:t>
        <w:br/>
        <w:t>(Бере їх за плечі й розводить у різні боки).</w:t>
      </w:r>
    </w:p>
    <w:p>
      <w:r>
        <w:br/>
        <w:t>ДІЯ ТРЕТЯ</w:t>
      </w:r>
    </w:p>
    <w:p>
      <w:r>
        <w:br/>
        <w:t>ЯВА 1</w:t>
      </w:r>
    </w:p>
    <w:p>
      <w:r>
        <w:br/>
        <w:t>Даміс, Доріна.</w:t>
      </w:r>
    </w:p>
    <w:p>
      <w:r>
        <w:br/>
        <w:t>Даміс&lt;br /&gt;</w:t>
        <w:br/>
        <w:t>Нехай мене поб'є на цьому місці грім,&lt;br /&gt;</w:t>
        <w:br/>
        <w:t>Хай лають і кленуть мене на світі всім,&lt;br /&gt;</w:t>
        <w:br/>
        <w:t>Якщо з поваги я чи з остраху до влади&lt;br /&gt;</w:t>
        <w:br/>
        <w:t>На цього злодія не дам собі поради!</w:t>
      </w:r>
    </w:p>
    <w:p>
      <w:r>
        <w:br/>
        <w:t>Доріна&lt;br /&gt;</w:t>
        <w:br/>
        <w:t>Будь ласка, втіштеся й не гнівайтесь притьмом.&lt;br /&gt;</w:t>
        <w:br/>
        <w:t>Ваш батько поки що говорить язиком;&lt;br /&gt;</w:t>
        <w:br/>
        <w:t>Не все те робиться, що раді ми сказати.&lt;br /&gt;</w:t>
        <w:br/>
        <w:t>До діла від думок далеко ще чвалати.</w:t>
      </w:r>
    </w:p>
    <w:p>
      <w:r>
        <w:br/>
        <w:t>Даміс&lt;br /&gt;</w:t>
        <w:br/>
        <w:t>Тартюфа викрити я хочу на брехні…&lt;br /&gt;</w:t>
        <w:br/>
        <w:t>Коли б на самоті зустрівся він мені!</w:t>
      </w:r>
    </w:p>
    <w:p>
      <w:r>
        <w:br/>
        <w:t>Доріна&lt;br /&gt;</w:t>
        <w:br/>
        <w:t>Помалу з ним, та ще не будьте й з батьком жвавії&lt;br /&gt;</w:t>
        <w:br/>
        <w:t>Хай ваша мачуха орудує в цій справі,&lt;br /&gt;</w:t>
        <w:br/>
        <w:t>Бо на Тартюфів ум вона вже має вплив.&lt;br /&gt;</w:t>
        <w:br/>
        <w:t>Що б не порадила вона, він все б зробив.&lt;br /&gt;</w:t>
        <w:br/>
        <w:t>Здається, що вона його приворожила.&lt;br /&gt;</w:t>
        <w:br/>
        <w:t>Дай, боже, щоб се так! Була б то річ до діла.&lt;br /&gt;</w:t>
        <w:br/>
        <w:t>Для ваших справ вона розмови з ним шука,&lt;br /&gt;</w:t>
        <w:br/>
        <w:t>Щоб знати про той шлюб, що вас тепер ляка.&lt;br /&gt;</w:t>
        <w:br/>
        <w:t>Про почуття його дізнатись і сказати,&lt;br /&gt;</w:t>
        <w:br/>
        <w:t>Яке розладдя в нас із того може стати,&lt;br /&gt;</w:t>
        <w:br/>
        <w:t>Як не відкинеться від сватання свого.&lt;br /&gt;</w:t>
        <w:br/>
        <w:t>Тепер він молиться, казав слуга його,&lt;br /&gt;</w:t>
        <w:br/>
        <w:t>Але сюди прийти він має за хвилину!&lt;br /&gt;</w:t>
        <w:br/>
        <w:t>Так ви вже йдіть собі, а я його зустріну.</w:t>
      </w:r>
    </w:p>
    <w:p>
      <w:r>
        <w:br/>
        <w:t>Даміс&lt;br /&gt;</w:t>
        <w:br/>
        <w:t>Я тут зостануся, як будуть розмовлять.</w:t>
      </w:r>
    </w:p>
    <w:p>
      <w:r>
        <w:br/>
        <w:t>Доріна&lt;br /&gt;</w:t>
        <w:br/>
        <w:t>Їм треба буть самим,</w:t>
      </w:r>
    </w:p>
    <w:p>
      <w:r>
        <w:br/>
        <w:t>Даміс&lt;br /&gt;</w:t>
        <w:br/>
        <w:t>То можу ж я й мовчать.</w:t>
      </w:r>
    </w:p>
    <w:p>
      <w:r>
        <w:br/>
        <w:t>Доріна&lt;br /&gt;</w:t>
        <w:br/>
        <w:t>Жартуєте? Ні, ви палкі занадто в гніві…&lt;br /&gt;</w:t>
        <w:br/>
        <w:t>Всю справу зіпсують такі, як ви, дражливі..&lt;br /&gt;</w:t>
        <w:br/>
        <w:t>Ідіть.</w:t>
      </w:r>
    </w:p>
    <w:p>
      <w:r>
        <w:br/>
        <w:t>Даміс&lt;br /&gt;</w:t>
        <w:br/>
        <w:t>Я нищечком послухаю розмов.</w:t>
      </w:r>
    </w:p>
    <w:p>
      <w:r>
        <w:br/>
        <w:t>Доріна&lt;br /&gt;</w:t>
        <w:br/>
        <w:t>Який-бо ви! Та йдіть, бо він уже прийшов.</w:t>
      </w:r>
    </w:p>
    <w:p>
      <w:r>
        <w:br/>
        <w:t>Даміс ховається в кабінет, що в глибині сцени;</w:t>
      </w:r>
    </w:p>
    <w:p>
      <w:r>
        <w:br/>
        <w:t>ЯВА 2</w:t>
      </w:r>
    </w:p>
    <w:p>
      <w:r>
        <w:br/>
        <w:t>Тартюф, Доріна.</w:t>
      </w:r>
    </w:p>
    <w:p>
      <w:r>
        <w:br/>
        <w:t>Тартюф&lt;br /&gt;</w:t>
        <w:br/>
        <w:t>(побачивши Доріну, голосно говорить до свого лакея, що лишився за лаштунками)&lt;br /&gt;</w:t>
        <w:br/>
        <w:t>Лоране! Бережіть мою волосяницю&lt;br /&gt;</w:t>
        <w:br/>
        <w:t>І покаянний бич… Моліться, хай десницю&lt;br /&gt;</w:t>
        <w:br/>
        <w:t>Господь зведе на вас, а я вже мушу йти&lt;br /&gt;</w:t>
        <w:br/>
        <w:t>До в’язнів — лепту їм убогу принести.</w:t>
      </w:r>
    </w:p>
    <w:p>
      <w:r>
        <w:br/>
        <w:t>Доріна&lt;br /&gt;</w:t>
        <w:br/>
        <w:t>(набік)&lt;br /&gt;</w:t>
        <w:br/>
        <w:t>У лицемірстві він не знайде, певно, краю.</w:t>
      </w:r>
    </w:p>
    <w:p>
      <w:r>
        <w:br/>
        <w:t>Тартюф&lt;br /&gt;</w:t>
        <w:br/>
        <w:t>Чого вам?</w:t>
      </w:r>
    </w:p>
    <w:p>
      <w:r>
        <w:br/>
        <w:t>Доріна&lt;br /&gt;</w:t>
        <w:br/>
        <w:t>Хочу я…</w:t>
      </w:r>
    </w:p>
    <w:p>
      <w:r>
        <w:br/>
        <w:t>Тартюф&lt;br /&gt;</w:t>
        <w:br/>
        <w:t>(виймає з кишені хусточку)&lt;br /&gt;</w:t>
        <w:br/>
        <w:t>О боже мій! Благаю,&lt;br /&gt;</w:t>
        <w:br/>
        <w:t>Візьміть цю хусточку, та вже тоді й кажіть.</w:t>
      </w:r>
    </w:p>
    <w:p>
      <w:r>
        <w:br/>
        <w:t>Доріна&lt;br /&gt;</w:t>
        <w:br/>
        <w:t>Що? Як?</w:t>
      </w:r>
    </w:p>
    <w:p>
      <w:r>
        <w:br/>
        <w:t>Тартюф&lt;br /&gt;</w:t>
        <w:br/>
        <w:t>Візьміть її та груди обіпніть.&lt;br /&gt;</w:t>
        <w:br/>
        <w:t>Ви так одягнені, що це вражає душу,&lt;br /&gt;</w:t>
        <w:br/>
        <w:t>Думки ж нечисті я від себе гнати мушу.</w:t>
      </w:r>
    </w:p>
    <w:p>
      <w:r>
        <w:br/>
        <w:t>Доріна&lt;br /&gt;</w:t>
        <w:br/>
        <w:t>Еге, як бачу я, слабенька в вас душа.&lt;br /&gt;</w:t>
        <w:br/>
        <w:t>Жіноче тіло вас так легко спокуша.&lt;br /&gt;</w:t>
        <w:br/>
        <w:t>Який це в вас горить огонь несамовитий?&lt;br /&gt;</w:t>
        <w:br/>
        <w:t>А от мене зовсім не легко спокусити.&lt;br /&gt;</w:t>
        <w:br/>
        <w:t>Хоч голі б ви були від п’ят до голови,&lt;br /&gt;</w:t>
        <w:br/>
        <w:t>Мене б нітрішечки не спокусили ви.</w:t>
      </w:r>
    </w:p>
    <w:p>
      <w:r>
        <w:br/>
        <w:t>Тартюф&lt;br /&gt;</w:t>
        <w:br/>
        <w:t>В розмовах трохи більш собі шукайте впину,&lt;br /&gt;</w:t>
        <w:br/>
        <w:t>А як не хочете, то я вас тут покину.</w:t>
      </w:r>
    </w:p>
    <w:p>
      <w:r>
        <w:br/>
        <w:t>Доріна&lt;br /&gt;</w:t>
        <w:br/>
        <w:t>Ні, я сама піду і вам тут спокій дам;&lt;br /&gt;</w:t>
        <w:br/>
        <w:t>Я тільки пару слів сказати маю вам,&lt;br /&gt;</w:t>
        <w:br/>
        <w:t>Що пані от сюди з своєї прийде хати&lt;br /&gt;</w:t>
        <w:br/>
        <w:t>У вас короткої розмови попрохати.</w:t>
      </w:r>
    </w:p>
    <w:p>
      <w:r>
        <w:br/>
        <w:t>Тартюф&lt;br /&gt;</w:t>
        <w:br/>
        <w:t>Ох, згоджуюсь.</w:t>
      </w:r>
    </w:p>
    <w:p>
      <w:r>
        <w:br/>
        <w:t>Доріна&lt;br /&gt;</w:t>
        <w:br/>
        <w:t>(набік)&lt;br /&gt;</w:t>
        <w:br/>
        <w:t>Чи бач — увесь аж заяснів!&lt;br /&gt;</w:t>
        <w:br/>
        <w:t>Так от що: здогад мій, як бачу, не змилив.</w:t>
      </w:r>
    </w:p>
    <w:p>
      <w:r>
        <w:br/>
        <w:t>Тартюф&lt;br /&gt;</w:t>
        <w:br/>
        <w:t>Чи хутко прийде?</w:t>
      </w:r>
    </w:p>
    <w:p>
      <w:r>
        <w:br/>
        <w:t>Доріна&lt;br /&gt;</w:t>
        <w:br/>
        <w:t>От неначе вже й надходить,&lt;br /&gt;</w:t>
        <w:br/>
        <w:t>Так, це вона; піду ж, щоб вам не перешкодить.</w:t>
      </w:r>
    </w:p>
    <w:p>
      <w:r>
        <w:br/>
        <w:t>ЯВА 3</w:t>
      </w:r>
    </w:p>
    <w:p>
      <w:r>
        <w:br/>
        <w:t>Ельміра, Тартюф.</w:t>
      </w:r>
    </w:p>
    <w:p>
      <w:r>
        <w:br/>
        <w:t>Тартюф&lt;br /&gt;</w:t>
        <w:br/>
        <w:t>Нехай вас щедрий бог повік благословля,&lt;br /&gt;</w:t>
        <w:br/>
        <w:t>І душу й тіло вам нехай оздоровля,&lt;br /&gt;</w:t>
        <w:br/>
        <w:t>І ощастить вас так, як тут бажати може&lt;br /&gt;</w:t>
        <w:br/>
        <w:t>Найнижчий з-поміж тих, що хвалять ім’я боже.</w:t>
      </w:r>
    </w:p>
    <w:p>
      <w:r>
        <w:br/>
        <w:t>Ельміра&lt;br /&gt;</w:t>
        <w:br/>
        <w:t>За цю зичливість я, уклінно вдячна вам.&lt;br /&gt;</w:t>
        <w:br/>
        <w:t>Чого ж ми стоїмо? Чому б не сісти нам?</w:t>
      </w:r>
    </w:p>
    <w:p>
      <w:r>
        <w:br/>
        <w:t>Тартюф&lt;br /&gt;</w:t>
        <w:br/>
        <w:t>(сідає)&lt;br /&gt;</w:t>
        <w:br/>
        <w:t>Як же ся маєте по вашій лихоманці?</w:t>
      </w:r>
    </w:p>
    <w:p>
      <w:r>
        <w:br/>
        <w:t>Ельміра&lt;br /&gt;</w:t>
        <w:br/>
        <w:t>(сідає)&lt;br /&gt;</w:t>
        <w:br/>
        <w:t>Гаразд; покинула мене тоді ж уранці.</w:t>
      </w:r>
    </w:p>
    <w:p>
      <w:r>
        <w:br/>
        <w:t>Тартюф&lt;br /&gt;</w:t>
        <w:br/>
        <w:t>Не ради то моїх нікчемних молитов&lt;br /&gt;</w:t>
        <w:br/>
        <w:t>Від милосердного рятунок вам прийшов.&lt;br /&gt;</w:t>
        <w:br/>
        <w:t>Хоч, правда, в молитвах, що я до бога мовив,&lt;br /&gt;</w:t>
        <w:br/>
        <w:t>Просив я про одно, щоб він вас уздоровив.</w:t>
      </w:r>
    </w:p>
    <w:p>
      <w:r>
        <w:br/>
        <w:t>Ельміра&lt;br /&gt;</w:t>
        <w:br/>
        <w:t>Я вашій щирості турботи завдала.</w:t>
      </w:r>
    </w:p>
    <w:p>
      <w:r>
        <w:br/>
        <w:t>Тартюф&lt;br /&gt;</w:t>
        <w:br/>
        <w:t>За вас найбільшая турбота все ж мала.&lt;br /&gt;</w:t>
        <w:br/>
        <w:t>Ох, замість вас я сам хотів би слабувати.</w:t>
      </w:r>
    </w:p>
    <w:p>
      <w:r>
        <w:br/>
        <w:t>Ельміра&lt;br /&gt;</w:t>
        <w:br/>
        <w:t>Любов до ближнього не слід надуживати…&lt;br /&gt;</w:t>
        <w:br/>
        <w:t>За вашу ж добрість я чолом вам оддаю.</w:t>
      </w:r>
    </w:p>
    <w:p>
      <w:r>
        <w:br/>
        <w:t>Тартюф&lt;br /&gt;</w:t>
        <w:br/>
        <w:t>Ви заслужили більш, ніж те, що я роблю.</w:t>
      </w:r>
    </w:p>
    <w:p>
      <w:r>
        <w:br/>
        <w:t>Ельміра&lt;br /&gt;</w:t>
        <w:br/>
        <w:t>Я хочу з вами тут про щось поговорити.&lt;br /&gt;</w:t>
        <w:br/>
        <w:t>Гаразд, що тут ніхто не може перебити.</w:t>
      </w:r>
    </w:p>
    <w:p>
      <w:r>
        <w:br/>
        <w:t>Тартюф&lt;br /&gt;</w:t>
        <w:br/>
        <w:t>Для мене, пані, то щасливий справді час,&lt;br /&gt;</w:t>
        <w:br/>
        <w:t>Що тут на самоті прийшлось побачить вас;&lt;br /&gt;</w:t>
        <w:br/>
        <w:t>Про це до господа я засилав благання,&lt;br /&gt;</w:t>
        <w:br/>
        <w:t>І він оце тепер вволив мої бажання.</w:t>
      </w:r>
    </w:p>
    <w:p>
      <w:r>
        <w:br/>
        <w:t>Ельміра&lt;br /&gt;</w:t>
        <w:br/>
        <w:t>Я з вами кілька слів хотіла б обмінить.&lt;br /&gt;</w:t>
        <w:br/>
        <w:t>Відкрийтеся ж мені й нічого не таїть.</w:t>
      </w:r>
    </w:p>
    <w:p>
      <w:r>
        <w:br/>
        <w:t>Даміс, не видний іншим, відчиняє трохи двері і прислухається до розмови.</w:t>
      </w:r>
    </w:p>
    <w:p>
      <w:r>
        <w:br/>
        <w:t>Тартюф&lt;br /&gt;</w:t>
        <w:br/>
        <w:t>Ви звабили мене ласкавими словами,&lt;br /&gt;</w:t>
        <w:br/>
        <w:t>Я ж душу всю мою розкрию перед вами.&lt;br /&gt;</w:t>
        <w:br/>
        <w:t>Найперш клянуся: я на тих гостей повстав,&lt;br /&gt;</w:t>
        <w:br/>
        <w:t>Що чарів ваших блиск до себе прикликав,&lt;br /&gt;</w:t>
        <w:br/>
        <w:t>Не яко ворог ваш, не з думкою лихою,&lt;br /&gt;</w:t>
        <w:br/>
        <w:t>Але від щирості, що всюди править мною.&lt;br /&gt;</w:t>
        <w:br/>
        <w:t>Душа збентежилась…</w:t>
      </w:r>
    </w:p>
    <w:p>
      <w:r>
        <w:br/>
        <w:t>Ельміра&lt;br /&gt;</w:t>
        <w:br/>
        <w:t>Чи віри ж я не йму?&lt;br /&gt;</w:t>
        <w:br/>
        <w:t>Ви дбали на користь спасінню моєму.</w:t>
      </w:r>
    </w:p>
    <w:p>
      <w:r>
        <w:br/>
        <w:t>Тартюф&lt;br /&gt;</w:t>
        <w:br/>
        <w:t>(тисне Ельмірі руку)&lt;br /&gt;</w:t>
        <w:br/>
        <w:t>О так, запевне так, найкращії жадання.</w:t>
      </w:r>
    </w:p>
    <w:p>
      <w:r>
        <w:br/>
        <w:t>Ельміра&lt;br /&gt;</w:t>
        <w:br/>
        <w:t>Ох, як ви тиснете!</w:t>
      </w:r>
    </w:p>
    <w:p>
      <w:r>
        <w:br/>
        <w:t>Тартюф&lt;br /&gt;</w:t>
        <w:br/>
        <w:t>То щирі почування.&lt;br /&gt;</w:t>
        <w:br/>
        <w:t>Вам лихо вдіяти? Ні, думка не така&lt;br /&gt;</w:t>
        <w:br/>
        <w:t>У мене; я скоріш…&lt;br /&gt;</w:t>
        <w:br/>
        <w:t>(Кладе руку Ельмірі на коліно).</w:t>
      </w:r>
    </w:p>
    <w:p>
      <w:r>
        <w:br/>
        <w:t>Ельміра&lt;br /&gt;</w:t>
        <w:br/>
        <w:t>Де ж ваша це рука?</w:t>
      </w:r>
    </w:p>
    <w:p>
      <w:r>
        <w:br/>
        <w:t>Тартюф&lt;br /&gt;</w:t>
        <w:br/>
        <w:t>Я вбрання мацаю, матерію дивлюся.</w:t>
      </w:r>
    </w:p>
    <w:p>
      <w:r>
        <w:br/>
        <w:t>Ельміра&lt;br /&gt;</w:t>
        <w:br/>
        <w:t>Та перестаньте-бо, я лоскоту боюся.</w:t>
      </w:r>
    </w:p>
    <w:p>
      <w:r>
        <w:br/>
        <w:t>Ельміра відсуває своє крісло. Тартюф присувається до неї.</w:t>
      </w:r>
    </w:p>
    <w:p>
      <w:r>
        <w:br/>
        <w:t>Тартюф&lt;br /&gt;</w:t>
        <w:br/>
        <w:t>(мацає Ельмірину косинку)&lt;br /&gt;</w:t>
        <w:br/>
        <w:t>Яка мережечка, на диво, боже мій!&lt;br /&gt;</w:t>
        <w:br/>
        <w:t>Чого то за наш час не зможе хист людський!&lt;br /&gt;</w:t>
        <w:br/>
        <w:t>Чи бачив хто коли таку тонку роботу?</w:t>
      </w:r>
    </w:p>
    <w:p>
      <w:r>
        <w:br/>
        <w:t>Ельміра&lt;br /&gt;</w:t>
        <w:br/>
        <w:t>Але вернімося до нашого клопоту,&lt;br /&gt;</w:t>
        <w:br/>
        <w:t>Я чула, що Оргон думки вже відміни&lt;br /&gt;</w:t>
        <w:br/>
        <w:t>Й дочку вам віддає. То правда чи брехня?</w:t>
      </w:r>
    </w:p>
    <w:p>
      <w:r>
        <w:br/>
        <w:t>Тартюф&lt;br /&gt;</w:t>
        <w:br/>
        <w:t>Казав він щось таке, але я вам признаюсь,&lt;br /&gt;</w:t>
        <w:br/>
        <w:t>Що не за щастям тим я серцем побиваюсь;&lt;br /&gt;</w:t>
        <w:br/>
        <w:t>Десь-інде, в іншій-бо, чудовішій красі&lt;br /&gt;</w:t>
        <w:br/>
        <w:t>Увесь мій любий рай, мої бажання всі.</w:t>
      </w:r>
    </w:p>
    <w:p>
      <w:r>
        <w:br/>
        <w:t>Ельміра&lt;br /&gt;</w:t>
        <w:br/>
        <w:t>Авжеж, ви на землі не любите нічого.</w:t>
      </w:r>
    </w:p>
    <w:p>
      <w:r>
        <w:br/>
        <w:t>Тартюф&lt;br /&gt;</w:t>
        <w:br/>
        <w:t>Не дав мені господь, ох, серця кам’яного.</w:t>
      </w:r>
    </w:p>
    <w:p>
      <w:r>
        <w:br/>
        <w:t>Ельміра&lt;br /&gt;</w:t>
        <w:br/>
        <w:t>А я так думаю: спасенна ваша путь,&lt;br /&gt;</w:t>
        <w:br/>
        <w:t>І ваші всі гадки до неба просто йдуть.</w:t>
      </w:r>
    </w:p>
    <w:p>
      <w:r>
        <w:br/>
        <w:t>Тартюф&lt;br /&gt;</w:t>
        <w:br/>
        <w:t>То правда, нудимся ми за довічним раєм,&lt;br /&gt;</w:t>
        <w:br/>
        <w:t>Але й дочасної краси не забуваєм:&lt;br /&gt;</w:t>
        <w:br/>
        <w:t>Препишний неба твір, урода чарівна&lt;br /&gt;</w:t>
        <w:br/>
        <w:t>Побожні почуття зворушує до дна.&lt;br /&gt;</w:t>
        <w:br/>
        <w:t>В таких, як ви, краса небесная відбилась,&lt;br /&gt;</w:t>
        <w:br/>
        <w:t>У вас же найясніш, найкраще засвітилась.&lt;br /&gt;</w:t>
        <w:br/>
        <w:t>На личку вашому небесні всі дива,&lt;br /&gt;</w:t>
        <w:br/>
        <w:t>Ваш погляд очі всім і серце порива;&lt;br /&gt;</w:t>
        <w:br/>
        <w:t>І я, дивившися на вашу пишну вроду,&lt;br /&gt;</w:t>
        <w:br/>
        <w:t>Склонився перед тим, хто появив природу.&lt;br /&gt;</w:t>
        <w:br/>
        <w:t>І в вашім образі я щиро полюбив&lt;br /&gt;</w:t>
        <w:br/>
        <w:t>Найкращий з образів, де він себе з’явив.&lt;br /&gt;</w:t>
        <w:br/>
        <w:t>Спочатку я таки, боявсь того кохання,&lt;br /&gt;</w:t>
        <w:br/>
        <w:t>Бо думав, що воно диявольське наслання,&lt;br /&gt;</w:t>
        <w:br/>
        <w:t>І був наважився не бачить вас ніде,&lt;br /&gt;</w:t>
        <w:br/>
        <w:t>Гадав, що через вас душа до згуби йде.&lt;br /&gt;</w:t>
        <w:br/>
        <w:t>Але вкінці спізнав, красо моя препишна.&lt;br /&gt;</w:t>
        <w:br/>
        <w:t>Що то свята любов, а не жадоба грішна,&lt;br /&gt;</w:t>
        <w:br/>
        <w:t>Що з соромливістю погодиться вона,&lt;br /&gt;</w:t>
        <w:br/>
        <w:t>І я сказав собі: люби, як серце зна!&lt;br /&gt;</w:t>
        <w:br/>
        <w:t>Я надто сміливий — це сам я почуваю,&lt;br /&gt;</w:t>
        <w:br/>
        <w:t>Що вашій добрості це серце поручаю,&lt;br /&gt;</w:t>
        <w:br/>
        <w:t>Але надії всі мої у вас самій,&lt;br /&gt;</w:t>
        <w:br/>
        <w:t>На заходи ж свої не маю я надій.&lt;br /&gt;</w:t>
        <w:br/>
        <w:t>Від вас я тільки жду собі добра, спокою.&lt;br /&gt;</w:t>
        <w:br/>
        <w:t>Від вас терпітиму або всі муки згою,&lt;br /&gt;</w:t>
        <w:br/>
        <w:t>Скажіть — і буду я щасливий чоловік,&lt;br /&gt;</w:t>
        <w:br/>
        <w:t>Звеліть мені — і я страждатиму повік.</w:t>
      </w:r>
    </w:p>
    <w:p>
      <w:r>
        <w:br/>
        <w:t>Ельміра&lt;br /&gt;</w:t>
        <w:br/>
        <w:t>Освідчилися ви, по правді, досконало,&lt;br /&gt;</w:t>
        <w:br/>
        <w:t>Хоч це мене, скажу, чимало здивувало.&lt;br /&gt;</w:t>
        <w:br/>
        <w:t>Чи ви не мислили, ступивши на сей шлях?&lt;br /&gt;</w:t>
        <w:br/>
        <w:t>Чи серце не могли озброїти в грудях?&lt;br /&gt;</w:t>
        <w:br/>
        <w:t>Побожний чоловік, якого ймення всюди…</w:t>
      </w:r>
    </w:p>
    <w:p>
      <w:r>
        <w:br/>
        <w:t>Тартюф&lt;br /&gt;</w:t>
        <w:br/>
        <w:t>Побожний… а хіба побожні… то й не люди?&lt;br /&gt;</w:t>
        <w:br/>
        <w:t>Кого хоч раз ваш вид небесний освітив,&lt;br /&gt;</w:t>
        <w:br/>
        <w:t>То вже не мислить він, бо розум загубив.&lt;br /&gt;</w:t>
        <w:br/>
        <w:t>Цю мову, може, вам од мене дивно чути,&lt;br /&gt;</w:t>
        <w:br/>
        <w:t>Але я ангелом ніяк не можу бути.&lt;br /&gt;</w:t>
        <w:br/>
        <w:t>Якщо вас гніває признання це моє,&lt;br /&gt;</w:t>
        <w:br/>
        <w:t>То в вашій ліпоті вина найбільша є.&lt;br /&gt;</w:t>
        <w:br/>
        <w:t>Заледве вбачив я надлюдське це сіяння,&lt;br /&gt;</w:t>
        <w:br/>
        <w:t>Віддав я душу всю під ваше панування.&lt;br /&gt;</w:t>
        <w:br/>
        <w:t>Про ніжний погляд ваш не скажеш у словах:&lt;br /&gt;</w:t>
        <w:br/>
        <w:t>Він хутко геть прогнав з душі моєї страх,&lt;br /&gt;</w:t>
        <w:br/>
        <w:t>Подужав молитви, пости, покутні плачі&lt;br /&gt;</w:t>
        <w:br/>
        <w:t>І повернув до вас бажання всі гарячі.&lt;br /&gt;</w:t>
        <w:br/>
        <w:t>Зітхання й погляди про це казали вам,&lt;br /&gt;</w:t>
        <w:br/>
        <w:t>Тепер же віри йміть ще більш моїм словам.&lt;br /&gt;</w:t>
        <w:br/>
        <w:t>Коли б же ви могли прихильною душею&lt;br /&gt;</w:t>
        <w:br/>
        <w:t>Хоч трохи зглянутись над мукою моєю,&lt;br /&gt;</w:t>
        <w:br/>
        <w:t>Коли б у смуток мій спокою налили&lt;br /&gt;</w:t>
        <w:br/>
        <w:t>І до нікчемного раба свого зійшли, —&lt;br /&gt;</w:t>
        <w:br/>
        <w:t>Я так би поважав небесну вашу вроду.&lt;br /&gt;</w:t>
        <w:br/>
        <w:t>Як ще не шанував ніхто нікого зроду,&lt;br /&gt;</w:t>
        <w:br/>
        <w:t>Тоді за вашу честь не мали б ви страху.&lt;br /&gt;</w:t>
        <w:br/>
        <w:t>Я б не навів на вас недоленьку лиху.&lt;br /&gt;</w:t>
        <w:br/>
        <w:t>А всі панки оті, що їх жінки голублять,&lt;br /&gt;</w:t>
        <w:br/>
        <w:t>Все роблять голосно, порожню славу люблять,&lt;br /&gt;</w:t>
        <w:br/>
        <w:t>Прилюдно хваляться, що пощастило їм,&lt;br /&gt;</w:t>
        <w:br/>
        <w:t>Любові кожний знак показують усім.&lt;br /&gt;</w:t>
        <w:br/>
        <w:t>Довіру зраджують дурними язиками&lt;br /&gt;</w:t>
        <w:br/>
        <w:t>Й на власний вівтар свій наводять темні плями,&lt;br /&gt;</w:t>
        <w:br/>
        <w:t>Але такі, як ми, кохають і мовчать,&lt;br /&gt;</w:t>
        <w:br/>
        <w:t>І тайності чужі ховають під печать.&lt;br /&gt;</w:t>
        <w:br/>
        <w:t>Ми хочемо самі зістатися в шанобі,&lt;br /&gt;</w:t>
        <w:br/>
        <w:t>Тому й страху нема укоханій особі.&lt;br /&gt;</w:t>
        <w:br/>
        <w:t>Хто любить нас, того неслава не торкне —&lt;br /&gt;</w:t>
        <w:br/>
        <w:t>Ми скрити вміємо заласся потайне.</w:t>
      </w:r>
    </w:p>
    <w:p>
      <w:r>
        <w:br/>
        <w:t>Ельміра&lt;br /&gt;</w:t>
        <w:br/>
        <w:t>Я мовчки слухала всі ваші мудрування;&lt;br /&gt;</w:t>
        <w:br/>
        <w:t>Ви навпростець мені освідчились в коханні.&lt;br /&gt;</w:t>
        <w:br/>
        <w:t>А що, як я до вас не матиму жалю,&lt;br /&gt;</w:t>
        <w:br/>
        <w:t>Та й чоловіка ще про все повідомлю?&lt;br /&gt;</w:t>
        <w:br/>
        <w:t>А як дізнається він про такі зальоти,&lt;br /&gt;</w:t>
        <w:br/>
        <w:t>Мабуть, любити вас не матиме охоти.</w:t>
      </w:r>
    </w:p>
    <w:p>
      <w:r>
        <w:br/>
        <w:t>Тартюф&lt;br /&gt;</w:t>
        <w:br/>
        <w:t>Я знаю, серце в вас злобі недоступне,&lt;br /&gt;</w:t>
        <w:br/>
        <w:t>І ви за сміливість пробачите мене,&lt;br /&gt;</w:t>
        <w:br/>
        <w:t>Бо люди немощні; о, в вас не буде гніву&lt;br /&gt;</w:t>
        <w:br/>
        <w:t>За те, що я не скрив любов мого правдиву.&lt;br /&gt;</w:t>
        <w:br/>
        <w:t>Погляньте хоч самі на вид свій чарівний,&lt;br /&gt;</w:t>
        <w:br/>
        <w:t>А в мене ж тіло є, а ще ж я не сліпий.</w:t>
      </w:r>
    </w:p>
    <w:p>
      <w:r>
        <w:br/>
        <w:t>Ельміра&lt;br /&gt;</w:t>
        <w:br/>
        <w:t>Хоч інша це могла б не так, як я, прийняти,&lt;br /&gt;</w:t>
        <w:br/>
        <w:t>Але ж я ласки вам бажаю доказати;&lt;br /&gt;</w:t>
        <w:br/>
        <w:t>Про це Оргонові я звістки не подам,&lt;br /&gt;</w:t>
        <w:br/>
        <w:t>За те ж ось річ яку зробити треба вам:&lt;br /&gt;</w:t>
        <w:br/>
        <w:t>Працюйте зараз же, та щиро, без омани,&lt;br /&gt;</w:t>
        <w:br/>
        <w:t>На те, щоб стався шлюб Валера та Мар’яни.&lt;br /&gt;</w:t>
        <w:br/>
        <w:t>Самі ж повинні ви чужих зректися прав,&lt;br /&gt;</w:t>
        <w:br/>
        <w:t>Що другий через вас заледве не втеряв,&lt;br /&gt;</w:t>
        <w:br/>
        <w:t>Та ще…</w:t>
      </w:r>
    </w:p>
    <w:p>
      <w:r>
        <w:br/>
        <w:t>ЯВА 4</w:t>
      </w:r>
    </w:p>
    <w:p>
      <w:r>
        <w:br/>
        <w:t>Ельміра, Даміс, Тартюф.</w:t>
      </w:r>
    </w:p>
    <w:p>
      <w:r>
        <w:br/>
        <w:t>Даміс&lt;br /&gt;</w:t>
        <w:br/>
        <w:t>Ні, пані, ні, це слід переказати.&lt;br /&gt;</w:t>
        <w:br/>
        <w:t>Я недалеко був і чув з тієї хати.&lt;br /&gt;</w:t>
        <w:br/>
        <w:t>Здається, сам господь туди мене привів,&lt;br /&gt;</w:t>
        <w:br/>
        <w:t>Щоб злодія цього гордоту я зломив,&lt;br /&gt;</w:t>
        <w:br/>
        <w:t>Щоб міг нарешті він прийнять од мене кару&lt;br /&gt;</w:t>
        <w:br/>
        <w:t>За нахрап, за свою облесливу машкару.&lt;br /&gt;</w:t>
        <w:br/>
        <w:t>Нехай же батько мій тепер побачить сам.&lt;br /&gt;</w:t>
        <w:br/>
        <w:t>Який злочинець тут освідчувався вам.</w:t>
      </w:r>
    </w:p>
    <w:p>
      <w:r>
        <w:br/>
        <w:t>Ельміра&lt;br /&gt;</w:t>
        <w:br/>
        <w:t>Дамісе, ні, не так; аби він шанувався&lt;br /&gt;</w:t>
        <w:br/>
        <w:t>Та ласки нашої достойним показався,&lt;br /&gt;</w:t>
        <w:br/>
        <w:t>Я обіцяла вже і слова не змилю;&lt;br /&gt;</w:t>
        <w:br/>
        <w:t>Здіймати бучу я душею не терплю.&lt;br /&gt;</w:t>
        <w:br/>
        <w:t>З дурниць таких жінки сміятись тільки можуть&lt;br /&gt;</w:t>
        <w:br/>
        <w:t>І чоловікові спокою не тривожать.</w:t>
      </w:r>
    </w:p>
    <w:p>
      <w:r>
        <w:br/>
        <w:t>Даміс&lt;br /&gt;</w:t>
        <w:br/>
        <w:t>Робіть, як знаєте, я вам не бороню,&lt;br /&gt;</w:t>
        <w:br/>
        <w:t>Але ж і я нехай по-своєму вчиню.&lt;br /&gt;</w:t>
        <w:br/>
        <w:t>Доволі вже цей пан лукавив та пишався,&lt;br /&gt;</w:t>
        <w:br/>
        <w:t>Доволі з мене тут злосливо він сміявся!&lt;br /&gt;</w:t>
        <w:br/>
        <w:t>Давно вже я держу в собі правдивий гнів;&lt;br /&gt;</w:t>
        <w:br/>
        <w:t>Доволі він у нас безладдя наробив,&lt;br /&gt;</w:t>
        <w:br/>
        <w:t>Доволі над моїм він батьком верховодив,&lt;br /&gt;</w:t>
        <w:br/>
        <w:t>Валерові й мені в коханні нашім шкодив.&lt;br /&gt;</w:t>
        <w:br/>
        <w:t>Нехай же батько зна все чисто, наголо!&lt;br /&gt;</w:t>
        <w:br/>
        <w:t>Це небо способа тепер мені дало,&lt;br /&gt;</w:t>
        <w:br/>
        <w:t>Я дякую за цей випадок знаменитий;&lt;br /&gt;</w:t>
        <w:br/>
        <w:t>Занадто добрий він, щоб з рук його впустити.&lt;br /&gt;</w:t>
        <w:br/>
        <w:t>Я буду винний сам за пашу всю біду,&lt;br /&gt;</w:t>
        <w:br/>
        <w:t>Якщо й тепер йому відплати не знайду.</w:t>
      </w:r>
    </w:p>
    <w:p>
      <w:r>
        <w:br/>
        <w:t>Ельміра&lt;br /&gt;</w:t>
        <w:br/>
        <w:t>Дамісе!</w:t>
      </w:r>
    </w:p>
    <w:p>
      <w:r>
        <w:br/>
        <w:t>Даміс&lt;br /&gt;</w:t>
        <w:br/>
        <w:t>Ні, простіть, я добре розумію…&lt;br /&gt;</w:t>
        <w:br/>
        <w:t>З ції оказії страшенно я радію.&lt;br /&gt;</w:t>
        <w:br/>
        <w:t>Даремно будете відраджувать мене,&lt;br /&gt;</w:t>
        <w:br/>
        <w:t>І помста праведна злочинця не мине.&lt;br /&gt;</w:t>
        <w:br/>
        <w:t>Чого ще ждати вам? Не буду я баритись&lt;br /&gt;</w:t>
        <w:br/>
        <w:t>І саме от тепер я можу вдовольнитись.</w:t>
      </w:r>
    </w:p>
    <w:p>
      <w:r>
        <w:br/>
        <w:t>ЯВА 5</w:t>
      </w:r>
    </w:p>
    <w:p>
      <w:r>
        <w:br/>
        <w:t>Оргон, Ельміра, Даміс, Тартюф.</w:t>
      </w:r>
    </w:p>
    <w:p>
      <w:r>
        <w:br/>
        <w:t>Даміс&lt;br /&gt;</w:t>
        <w:br/>
        <w:t>Ви саме в час прийшли, щоб тут від нас почуть&lt;br /&gt;</w:t>
        <w:br/>
        <w:t>Цікаву річ, яка здивує вас, мабуть.&lt;br /&gt;</w:t>
        <w:br/>
        <w:t>Ви за свою любов діждалися заплати;&lt;br /&gt;</w:t>
        <w:br/>
        <w:t>Цей пан уміє вас за ласку шанувати,&lt;br /&gt;</w:t>
        <w:br/>
        <w:t>І в щирості своїй за все добро, що мав,&lt;br /&gt;</w:t>
        <w:br/>
        <w:t>Сплямити вашу честь добродій забажав.&lt;br /&gt;</w:t>
        <w:br/>
        <w:t>Я сам піймав його на цьому місці, тату,&lt;br /&gt;</w:t>
        <w:br/>
        <w:t>Він пані визнавав любов свою прокляту.&lt;br /&gt;</w:t>
        <w:br/>
        <w:t>Її душа м’яка і вдача мовчазна,&lt;br /&gt;</w:t>
        <w:br/>
        <w:t>І скрити це від вас наважилась вона;&lt;br /&gt;</w:t>
        <w:br/>
        <w:t>Але, по-моєму, це просто необачність,&lt;br /&gt;</w:t>
        <w:br/>
        <w:t>І не сказати вам — була б до вас невдячність.</w:t>
      </w:r>
    </w:p>
    <w:p>
      <w:r>
        <w:br/>
        <w:t>Ельміра&lt;br /&gt;</w:t>
        <w:br/>
        <w:t>Про річ таку дрібну звичайно всі мовчать&lt;br /&gt;</w:t>
        <w:br/>
        <w:t>І чоловікові спокою не мутять.&lt;br /&gt;</w:t>
        <w:br/>
        <w:t>Від того наша честь іще не може впасти,&lt;br /&gt;</w:t>
        <w:br/>
        <w:t>Як боронитися ми вмієм од напасті.&lt;br /&gt;</w:t>
        <w:br/>
        <w:t>А ви, Дамісе, теж промовчати б могли,&lt;br /&gt;</w:t>
        <w:br/>
        <w:t>Якби мені ваги хоч трохи надали.</w:t>
      </w:r>
    </w:p>
    <w:p>
      <w:r>
        <w:br/>
        <w:t>ЯВА 6</w:t>
      </w:r>
    </w:p>
    <w:p>
      <w:r>
        <w:br/>
        <w:t>Оргон, Даміс, Тартюф.</w:t>
      </w:r>
    </w:p>
    <w:p>
      <w:r>
        <w:br/>
        <w:t>Оргон&lt;br /&gt;</w:t>
        <w:br/>
        <w:t>Невже це правда все, що чув я? О мій боже!</w:t>
      </w:r>
    </w:p>
    <w:p>
      <w:r>
        <w:br/>
        <w:t>Тартюф&lt;br /&gt;</w:t>
        <w:br/>
        <w:t>Так, милий брате, я створіння зле, негоже,&lt;br /&gt;</w:t>
        <w:br/>
        <w:t>Такого грішника ще в світі не було,&lt;br /&gt;</w:t>
        <w:br/>
        <w:t>Мізерне серце це гидотою пройшло;&lt;br /&gt;</w:t>
        <w:br/>
        <w:t>Я все моє життя проводив у болоті,&lt;br /&gt;</w:t>
        <w:br/>
        <w:t>Кохався над усе в злочинстві та мерзоті,&lt;br /&gt;</w:t>
        <w:br/>
        <w:t>І бачу я, що бог, усіх моїх гріхів&lt;br /&gt;</w:t>
        <w:br/>
        <w:t>Не стерпівши, мене скарати захотів.&lt;br /&gt;</w:t>
        <w:br/>
        <w:t>Хай надають мені ще більш гріхів і бруду, —&lt;br /&gt;</w:t>
        <w:br/>
        <w:t>Я боронитися не зважусь і не буду;&lt;br /&gt;</w:t>
        <w:br/>
        <w:t>А ви тому всьому, що кажуть, віри йміть&lt;br /&gt;</w:t>
        <w:br/>
        <w:t>І в гніві вашому злочинця проженіть!&lt;br /&gt;</w:t>
        <w:br/>
        <w:t>І скільки б сорому від вас мені не впало,&lt;br /&gt;</w:t>
        <w:br/>
        <w:t>Скажу я, що його мені ще буде мало.</w:t>
      </w:r>
    </w:p>
    <w:p>
      <w:r>
        <w:br/>
        <w:t>Оргон&lt;br /&gt;</w:t>
        <w:br/>
        <w:t>(до сина)&lt;br /&gt;</w:t>
        <w:br/>
        <w:t>Ах ти, розбійнику! Чи в тебе сором єсть&lt;br /&gt;</w:t>
        <w:br/>
        <w:t>Такій святій душі оббріхувати честь!</w:t>
      </w:r>
    </w:p>
    <w:p>
      <w:r>
        <w:br/>
        <w:t>Даміс&lt;br /&gt;</w:t>
        <w:br/>
        <w:t>Невже ви здаєтесь на хитру цю личину&lt;br /&gt;</w:t>
        <w:br/>
        <w:t>І віри не ймете?..</w:t>
      </w:r>
    </w:p>
    <w:p>
      <w:r>
        <w:br/>
        <w:t>Оргон&lt;br /&gt;</w:t>
        <w:br/>
        <w:t>Замовкни, вражий сину!</w:t>
      </w:r>
    </w:p>
    <w:p>
      <w:r>
        <w:br/>
        <w:t>Тартюф&lt;br /&gt;</w:t>
        <w:br/>
        <w:t>Нехай говорить він, не бороніть йому,&lt;br /&gt;</w:t>
        <w:br/>
        <w:t>І що б він не сказав, ви віри йміть тому.&lt;br /&gt;</w:t>
        <w:br/>
        <w:t>Навіщо ви мене так судите прихильно?&lt;br /&gt;</w:t>
        <w:br/>
        <w:t>Про чесноту мою непевним бути вільно.&lt;br /&gt;</w:t>
        <w:br/>
        <w:t>Чи ви звіряєтесь на те, чим я здаюсь?&lt;br /&gt;</w:t>
        <w:br/>
        <w:t>Від того кращим я нітрохи не зроблюсь.&lt;br /&gt;</w:t>
        <w:br/>
        <w:t>Моє обличчя вас негоже ошукало,&lt;br /&gt;</w:t>
        <w:br/>
        <w:t>А справжнього добра в мене занадто мало.&lt;br /&gt;</w:t>
        <w:br/>
        <w:t>Мов добрий чоловік, сподобавсь я усім.&lt;br /&gt;</w:t>
        <w:br/>
        <w:t>Але, по щирості, нікчемний я зовсім.&lt;br /&gt;</w:t>
        <w:br/>
        <w:t>(До Даміса).&lt;br /&gt;</w:t>
        <w:br/>
        <w:t>Так, синочку, скажіть, що зовсім я пропащий.&lt;br /&gt;</w:t>
        <w:br/>
        <w:t>Що зрадник, злодій я, розбійник непутящий;&lt;br /&gt;</w:t>
        <w:br/>
        <w:t>Знайдіть мені ще більш образливе ім’я, —&lt;br /&gt;</w:t>
        <w:br/>
        <w:t>Не сперечатимусь, бо винен тільки я.&lt;br /&gt;</w:t>
        <w:br/>
        <w:t>І я навколішках ганьбу приймати буду,&lt;br /&gt;</w:t>
        <w:br/>
        <w:t>Як кару за гріхи від праведного суду.</w:t>
      </w:r>
    </w:p>
    <w:p>
      <w:r>
        <w:br/>
        <w:t>Оргон&lt;br /&gt;</w:t>
        <w:br/>
        <w:t>(до Тартюфа)&lt;br /&gt;</w:t>
        <w:br/>
        <w:t>Доволі, братику.&lt;br /&gt;</w:t>
        <w:br/>
        <w:t>(До сина)&lt;br /&gt;</w:t>
        <w:br/>
        <w:t>Чи, в тебе є душа?</w:t>
      </w:r>
    </w:p>
    <w:p>
      <w:r>
        <w:br/>
        <w:t>Даміс&lt;br /&gt;</w:t>
        <w:br/>
        <w:t>Як! Невже вас серце поруша?</w:t>
      </w:r>
    </w:p>
    <w:p>
      <w:r>
        <w:br/>
        <w:t>Оргон&lt;br /&gt;</w:t>
        <w:br/>
        <w:t>Цить, бидло!.. Встаньте-бо, мій брате милостивий.&lt;br /&gt;</w:t>
        <w:br/>
        <w:t>(До сина).&lt;br /&gt;</w:t>
        <w:br/>
        <w:t>Мерзенний!</w:t>
      </w:r>
    </w:p>
    <w:p>
      <w:r>
        <w:br/>
        <w:t>Даміс&lt;br /&gt;</w:t>
        <w:br/>
        <w:t>Він…</w:t>
      </w:r>
    </w:p>
    <w:p>
      <w:r>
        <w:br/>
        <w:t>Оргон&lt;br /&gt;</w:t>
        <w:br/>
        <w:t>Мовчи!</w:t>
      </w:r>
    </w:p>
    <w:p>
      <w:r>
        <w:br/>
        <w:t>Даміс&lt;br /&gt;</w:t>
        <w:br/>
        <w:t>То це за мій правдивий…</w:t>
      </w:r>
    </w:p>
    <w:p>
      <w:r>
        <w:br/>
        <w:t>Оргон&lt;br /&gt;</w:t>
        <w:br/>
        <w:t>Мовчи, бо я тобі всі руки потрощу.</w:t>
      </w:r>
    </w:p>
    <w:p>
      <w:r>
        <w:br/>
        <w:t>Тартюф&lt;br /&gt;</w:t>
        <w:br/>
        <w:t>Я ради господа того не попущу.&lt;br /&gt;</w:t>
        <w:br/>
        <w:t>Вгамуйтесь, брате; перш прийму я всі напасті,&lt;br /&gt;</w:t>
        <w:br/>
        <w:t>Ніж з голови його дам волосині впасти.</w:t>
      </w:r>
    </w:p>
    <w:p>
      <w:r>
        <w:br/>
        <w:t>Оргон&lt;br /&gt;</w:t>
        <w:br/>
        <w:t>(до сина)&lt;br /&gt;</w:t>
        <w:br/>
        <w:t>Невдячний!</w:t>
      </w:r>
    </w:p>
    <w:p>
      <w:r>
        <w:br/>
        <w:t>Тартюф&lt;br /&gt;</w:t>
        <w:br/>
        <w:t>Згляньтеся на нього; от я сам&lt;br /&gt;</w:t>
        <w:br/>
        <w:t>Навколішки стаю…&lt;br /&gt;</w:t>
        <w:br/>
        <w:t>(Падає на коліна).</w:t>
      </w:r>
    </w:p>
    <w:p>
      <w:r>
        <w:br/>
        <w:t>Оргон&lt;br /&gt;</w:t>
        <w:br/>
        <w:t>(твою на колінах, до Тартюфа)&lt;br /&gt;</w:t>
        <w:br/>
        <w:t>О боже!.. Годі вам…&lt;br /&gt;</w:t>
        <w:br/>
        <w:t>(До сина). Ледащо! Подивись!</w:t>
      </w:r>
    </w:p>
    <w:p>
      <w:r>
        <w:br/>
        <w:t>Даміс&lt;br /&gt;</w:t>
        <w:br/>
        <w:t>То…</w:t>
      </w:r>
    </w:p>
    <w:p>
      <w:r>
        <w:br/>
        <w:t>Оргон&lt;br /&gt;</w:t>
        <w:br/>
        <w:t>Цить!</w:t>
      </w:r>
    </w:p>
    <w:p>
      <w:r>
        <w:br/>
        <w:t>Даміс&lt;br /&gt;</w:t>
        <w:br/>
        <w:t>Як?</w:t>
      </w:r>
    </w:p>
    <w:p>
      <w:r>
        <w:br/>
        <w:t>Оргон&lt;br /&gt;</w:t>
        <w:br/>
        <w:t>Цить! Ні слова!&lt;br /&gt;</w:t>
        <w:br/>
        <w:t>Неславити його твоя душа готова.&lt;br /&gt;</w:t>
        <w:br/>
        <w:t>Я знаю, за що ви на його встаєте,&lt;br /&gt;</w:t>
        <w:br/>
        <w:t>І жінка, й діти — всі його ви цькуєте.&lt;br /&gt;</w:t>
        <w:br/>
        <w:t>Вам сорому нема всіх заходів ужити,&lt;br /&gt;</w:t>
        <w:br/>
        <w:t>Щоб цей побожний пан не став у мене жити.&lt;br /&gt;</w:t>
        <w:br/>
        <w:t>Але всім заходам не вигнати його;&lt;br /&gt;</w:t>
        <w:br/>
        <w:t>Його я пригорну до серденька мого&lt;br /&gt;</w:t>
        <w:br/>
        <w:t>І, щоб приборкати лиху мою родину,&lt;br /&gt;</w:t>
        <w:br/>
        <w:t>За його я віддам дочку мою єдину.</w:t>
      </w:r>
    </w:p>
    <w:p>
      <w:r>
        <w:br/>
        <w:t>Даміс&lt;br /&gt;</w:t>
        <w:br/>
        <w:t>Чи ви примусите, що згодиться вона?</w:t>
      </w:r>
    </w:p>
    <w:p>
      <w:r>
        <w:br/>
        <w:t>Оргон&lt;br /&gt;</w:t>
        <w:br/>
        <w:t>Сьогодні ввечері, нечемо навісна!&lt;br /&gt;</w:t>
        <w:br/>
        <w:t>Я дам себе взнаки, я не скорюсь нікому;&lt;br /&gt;</w:t>
        <w:br/>
        <w:t>Вже час навчити вас, що я господар дому.&lt;br /&gt;</w:t>
        <w:br/>
        <w:t>Ну, зараз же мені навколішки ставай&lt;br /&gt;</w:t>
        <w:br/>
        <w:t>І в пана доброго пробачення благай.</w:t>
      </w:r>
    </w:p>
    <w:p>
      <w:r>
        <w:br/>
        <w:t>Даміс&lt;br /&gt;</w:t>
        <w:br/>
        <w:t>У цього злодія? В облесника такого?</w:t>
      </w:r>
    </w:p>
    <w:p>
      <w:r>
        <w:br/>
        <w:t>Оргон&lt;br /&gt;</w:t>
        <w:br/>
        <w:t>Ага, ти знов своє! Ти брешеш знов на нього!&lt;br /&gt;</w:t>
        <w:br/>
        <w:t>Ціпок! Де мій ціпок!..&lt;br /&gt;</w:t>
        <w:br/>
        <w:t>(До Тартюфа),&lt;br /&gt;</w:t>
        <w:br/>
        <w:t>Не здержуйте мене!&lt;br /&gt;</w:t>
        <w:br/>
        <w:t>(До сина).&lt;br /&gt;</w:t>
        <w:br/>
        <w:t>Геть з двору зараз же! Іди собі, свине!&lt;br /&gt;</w:t>
        <w:br/>
        <w:t>Та щоб не смів сюди ніколи навертатись!</w:t>
      </w:r>
    </w:p>
    <w:p>
      <w:r>
        <w:br/>
        <w:t>Даміс&lt;br /&gt;</w:t>
        <w:br/>
        <w:t>Так, я піду, але…</w:t>
      </w:r>
    </w:p>
    <w:p>
      <w:r>
        <w:br/>
        <w:t>Оргон&lt;br /&gt;</w:t>
        <w:br/>
        <w:t>Виносься, годі длятись.&lt;br /&gt;</w:t>
        <w:br/>
        <w:t>Знай: спадщини тобі я ввік не відпишу,&lt;br /&gt;</w:t>
        <w:br/>
        <w:t>А те, що я сказав, прокльоном завершу.</w:t>
      </w:r>
    </w:p>
    <w:p>
      <w:r>
        <w:br/>
        <w:t>ЯВА 7</w:t>
      </w:r>
    </w:p>
    <w:p>
      <w:r>
        <w:br/>
        <w:t>Оргон, Тартюф.</w:t>
      </w:r>
    </w:p>
    <w:p>
      <w:r>
        <w:br/>
        <w:t>Оргон&lt;br /&gt;</w:t>
        <w:br/>
        <w:t>Святій людині так за все добро віддячив!</w:t>
      </w:r>
    </w:p>
    <w:p>
      <w:r>
        <w:br/>
        <w:t>Тартюф&lt;br /&gt;</w:t>
        <w:br/>
        <w:t>Хай бог його простить, як я йому пробачив…&lt;br /&gt;</w:t>
        <w:br/>
        <w:t>(До Органа).&lt;br /&gt;</w:t>
        <w:br/>
        <w:t>Коли б ви знали, як душа моя болить,&lt;br /&gt;</w:t>
        <w:br/>
        <w:t>Що з братиком мене бажають роздружить.</w:t>
      </w:r>
    </w:p>
    <w:p>
      <w:r>
        <w:br/>
        <w:t>Оргон&lt;br /&gt;</w:t>
        <w:br/>
        <w:t>Ох, ох!</w:t>
      </w:r>
    </w:p>
    <w:p>
      <w:r>
        <w:br/>
        <w:t>Тартюф&lt;br /&gt;</w:t>
        <w:br/>
        <w:t>Як думаю про ненависть людськую,&lt;br /&gt;</w:t>
        <w:br/>
        <w:t>То в серденьку таку велику муку чую…&lt;br /&gt;</w:t>
        <w:br/>
        <w:t>Ох, груди стиснуло… І духу вже нема…&lt;br /&gt;</w:t>
        <w:br/>
        <w:t>Не можу мовити… це ж, певно, смерть сама.</w:t>
      </w:r>
    </w:p>
    <w:p>
      <w:r>
        <w:br/>
        <w:t>Оргон&lt;br /&gt;</w:t>
        <w:br/>
        <w:t>(плачучи, біжить до дверей, куди він вигнав сина)&lt;br /&gt;</w:t>
        <w:br/>
        <w:t>Розбійнику! Чому тебе пустив я з хати!&lt;br /&gt;</w:t>
        <w:br/>
        <w:t>Було б тобі спершу всю спину полатати!&lt;br /&gt;</w:t>
        <w:br/>
        <w:t>(До Тартюфа).&lt;br /&gt;</w:t>
        <w:br/>
        <w:t>Вгамуйтесь, братику, і серденька не рвіть.</w:t>
      </w:r>
    </w:p>
    <w:p>
      <w:r>
        <w:br/>
        <w:t>Тартюф&lt;br /&gt;</w:t>
        <w:br/>
        <w:t>Доволі прикрості; вже час її скінчить.&lt;br /&gt;</w:t>
        <w:br/>
        <w:t>Клопоти я приніс у вашу всю родину,&lt;br /&gt;</w:t>
        <w:br/>
        <w:t>То краще я зроблю, як зовсім вас покину.</w:t>
      </w:r>
    </w:p>
    <w:p>
      <w:r>
        <w:br/>
        <w:t>Оргон&lt;br /&gt;</w:t>
        <w:br/>
        <w:t>Це жарти?</w:t>
      </w:r>
    </w:p>
    <w:p>
      <w:r>
        <w:br/>
        <w:t>Тартюф&lt;br /&gt;</w:t>
        <w:br/>
        <w:t>Тут усі на мене дишуть злом&lt;br /&gt;</w:t>
        <w:br/>
        <w:t>І честь мою хотять обкидати багном.</w:t>
      </w:r>
    </w:p>
    <w:p>
      <w:r>
        <w:br/>
        <w:t>Оргон&lt;br /&gt;</w:t>
        <w:br/>
        <w:t>Ви ж бачите, що я не слухаю нікого.</w:t>
      </w:r>
    </w:p>
    <w:p>
      <w:r>
        <w:br/>
        <w:t>Тартюф&lt;br /&gt;</w:t>
        <w:br/>
        <w:t>Не кинуть вороги бажання навісного;&lt;br /&gt;</w:t>
        <w:br/>
        <w:t>Щодня шептатимуть, аж поки й буде те,&lt;br /&gt;</w:t>
        <w:br/>
        <w:t>Що наостанку ви їм віри поймете.</w:t>
      </w:r>
    </w:p>
    <w:p>
      <w:r>
        <w:br/>
        <w:t>Оргон&lt;br /&gt;</w:t>
        <w:br/>
        <w:t>Ні, братику, ніввік.</w:t>
      </w:r>
    </w:p>
    <w:p>
      <w:r>
        <w:br/>
        <w:t>Тартюф&lt;br /&gt;</w:t>
        <w:br/>
        <w:t>Ох, брате, превелика&lt;br /&gt;</w:t>
        <w:br/>
        <w:t>У жінки сила є — вмовляти чоловіка.</w:t>
      </w:r>
    </w:p>
    <w:p>
      <w:r>
        <w:br/>
        <w:t>Оргон&lt;br /&gt;</w:t>
        <w:br/>
        <w:t>Ні, ні!</w:t>
      </w:r>
    </w:p>
    <w:p>
      <w:r>
        <w:br/>
        <w:t>Тартюф&lt;br /&gt;</w:t>
        <w:br/>
        <w:t>Рушати час. Пустіть же ви мене!&lt;br /&gt;</w:t>
        <w:br/>
        <w:t>Нехай ніхто вже більш Тартюфа не клене.</w:t>
      </w:r>
    </w:p>
    <w:p>
      <w:r>
        <w:br/>
        <w:t>Оргон&lt;br /&gt;</w:t>
        <w:br/>
        <w:t>Зістаньтесь: не пущу, от щоб мені пропасти!</w:t>
      </w:r>
    </w:p>
    <w:p>
      <w:r>
        <w:br/>
        <w:t>Тартюф&lt;br /&gt;</w:t>
        <w:br/>
        <w:t>То доведеться знов терпіти всі напасті.&lt;br /&gt;</w:t>
        <w:br/>
        <w:t>Але, як хочете…</w:t>
      </w:r>
    </w:p>
    <w:p>
      <w:r>
        <w:br/>
        <w:t>Оргон&lt;br /&gt;</w:t>
        <w:br/>
        <w:t>А!</w:t>
      </w:r>
    </w:p>
    <w:p>
      <w:r>
        <w:br/>
        <w:t>Тартюф&lt;br /&gt;</w:t>
        <w:br/>
        <w:t>Добре, буде так.&lt;br /&gt;</w:t>
        <w:br/>
        <w:t>Але я стану вже поводитись інак;&lt;br /&gt;</w:t>
        <w:br/>
        <w:t>Бо честь — то ніжна річ; як побратим правдивий.&lt;br /&gt;</w:t>
        <w:br/>
        <w:t>Не дам я, щоб її доткнув язик злосливий:&lt;br /&gt;</w:t>
        <w:br/>
        <w:t>Дружину вашу скрізь я буду обминать.</w:t>
      </w:r>
    </w:p>
    <w:p>
      <w:r>
        <w:br/>
        <w:t>Оргон&lt;br /&gt;</w:t>
        <w:br/>
        <w:t>До неї, всім на злість, повинні ви вчащать.&lt;br /&gt;</w:t>
        <w:br/>
        <w:t>Дражнити світ увесь готовий я душею;&lt;br /&gt;</w:t>
        <w:br/>
        <w:t>Нехай же бачать вас щораз у парі з нею.&lt;br /&gt;</w:t>
        <w:br/>
        <w:t>А щоб відчули більш зневагу всю мою,&lt;br /&gt;</w:t>
        <w:br/>
        <w:t>Я вам ще за життя добро все віддаю,&lt;br /&gt;</w:t>
        <w:br/>
        <w:t>І зараз же, щоб нам з цим ділом не бариться,&lt;br /&gt;</w:t>
        <w:br/>
        <w:t>Спишу папери всі по формі, як годиться.&lt;br /&gt;</w:t>
        <w:br/>
        <w:t>Вірненький друг, ще й зять, дорожчий є мені&lt;br /&gt;</w:t>
        <w:br/>
        <w:t>Від жінки, від дітей і всякої рідні.&lt;br /&gt;</w:t>
        <w:br/>
        <w:t>Не будьте ж до мого дарунка неласкаві.</w:t>
      </w:r>
    </w:p>
    <w:p>
      <w:r>
        <w:br/>
        <w:t>Тартюф&lt;br /&gt;</w:t>
        <w:br/>
        <w:t>Господня воля хай справдиться в кожній справі.</w:t>
      </w:r>
    </w:p>
    <w:p>
      <w:r>
        <w:br/>
        <w:t>Оргон&lt;br /&gt;</w:t>
        <w:br/>
        <w:t>Сердешний! Ну, ходім та й спишемо як слід;&lt;br /&gt;</w:t>
        <w:br/>
        <w:t>Нехай від заздрості нетямиться мій рід.</w:t>
      </w:r>
    </w:p>
    <w:p>
      <w:r>
        <w:br/>
        <w:t>ДІЯ ЧЕТВЕРТА</w:t>
      </w:r>
    </w:p>
    <w:p>
      <w:r>
        <w:br/>
        <w:t>ЯВА 1</w:t>
      </w:r>
    </w:p>
    <w:p>
      <w:r>
        <w:br/>
        <w:t>Клеант, Тартюф.</w:t>
      </w:r>
    </w:p>
    <w:p>
      <w:r>
        <w:br/>
        <w:t>Клеант&lt;br /&gt;</w:t>
        <w:br/>
        <w:t>Про це вже всі кричать, і вірте, що ті вісті&lt;br /&gt;</w:t>
        <w:br/>
        <w:t>Для честі вашої не принесуть користі.&lt;br /&gt;</w:t>
        <w:br/>
        <w:t>Я вас, добродію, до речі тут зустрів&lt;br /&gt;</w:t>
        <w:br/>
        <w:t>І щиро вам скажу про цеє пару слів.&lt;br /&gt;</w:t>
        <w:br/>
        <w:t>Я не силкуюся збагнуть цю річ до краю;&lt;br /&gt;</w:t>
        <w:br/>
        <w:t>В найгіршім разі так я все це уявляю:&lt;br /&gt;</w:t>
        <w:br/>
        <w:t>Невинні ви цілком, а винний сам Даміс&lt;br /&gt;</w:t>
        <w:br/>
        <w:t>І скаргу ту на вас неправедно заніс.&lt;br /&gt;</w:t>
        <w:br/>
        <w:t>По-християнському було б забуть образу&lt;br /&gt;</w:t>
        <w:br/>
        <w:t>І помсту всяку геть з душі прогнати зразу.&lt;br /&gt;</w:t>
        <w:br/>
        <w:t>Невже ви схочете за сварку вашу з ним,&lt;br /&gt;</w:t>
        <w:br/>
        <w:t>Щоб вигнано його, щоб кинув він свій дім?&lt;br /&gt;</w:t>
        <w:br/>
        <w:t>Я ще таки скажу, і в тім брехні не буде:&lt;br /&gt;</w:t>
        <w:br/>
        <w:t>Вже ремствують на вас тепер за це всі люди.&lt;br /&gt;</w:t>
        <w:br/>
        <w:t>Послухайте ж мене, всім спокій поверніть&lt;br /&gt;</w:t>
        <w:br/>
        <w:t>І справи вашої на гірше не ведіть.&lt;br /&gt;</w:t>
        <w:br/>
        <w:t>На божу волю весь великий гнів оддайте&lt;br /&gt;</w:t>
        <w:br/>
        <w:t>І батька з сином знов до згоди приєднайте.</w:t>
      </w:r>
    </w:p>
    <w:p>
      <w:r>
        <w:br/>
        <w:t>Тартюф&lt;br /&gt;</w:t>
        <w:br/>
        <w:t>Ох, і моя душа до згоди теж вола.&lt;br /&gt;</w:t>
        <w:br/>
        <w:t>Я не держу на нього й крихти зла,&lt;br /&gt;</w:t>
        <w:br/>
        <w:t>Я вибачив йому, я вже не нарікаю,&lt;br /&gt;</w:t>
        <w:br/>
        <w:t>Йому б я сам служив так щиро, як здолаю;&lt;br /&gt;</w:t>
        <w:br/>
        <w:t>Та божий інтерес на те не призволя:&lt;br /&gt;</w:t>
        <w:br/>
        <w:t>Якщо він буде тут, я вийду відсіля;&lt;br /&gt;</w:t>
        <w:br/>
        <w:t>А якщо я тепер, по тій страшній зневазі,&lt;br /&gt;</w:t>
        <w:br/>
        <w:t>До згоди з ним прийду, то страчу на повазі.&lt;br /&gt;</w:t>
        <w:br/>
        <w:t>Тоді вже бог зна що про мене здасться всім:&lt;br /&gt;</w:t>
        <w:br/>
        <w:t>Що я з політики вдаю себе плохим,&lt;br /&gt;</w:t>
        <w:br/>
        <w:t>Та й скажуть, що себе я винним почуваю,&lt;br /&gt;</w:t>
        <w:br/>
        <w:t>Незлобністю ж душі свій острах покриваю,&lt;br /&gt;</w:t>
        <w:br/>
        <w:t>І що на те його карати не схотів,&lt;br /&gt;</w:t>
        <w:br/>
        <w:t>Щоб міг забути він на мене правий гнів.</w:t>
      </w:r>
    </w:p>
    <w:p>
      <w:r>
        <w:br/>
        <w:t>Клеант&lt;br /&gt;</w:t>
        <w:br/>
        <w:t>Виправдуєтесь ви барвистими словами&lt;br /&gt;</w:t>
        <w:br/>
        <w:t>Й відбутись хочете непевними думками,&lt;br /&gt;</w:t>
        <w:br/>
        <w:t>Але втручатись вам чи слід до божих справ?&lt;br /&gt;</w:t>
        <w:br/>
        <w:t>Хіба злочинця бог і сам би не скарав?&lt;br /&gt;</w:t>
        <w:br/>
        <w:t>Зоставте ж богові за гріх людей карати,&lt;br /&gt;</w:t>
        <w:br/>
        <w:t>А нам наказує він тільки їх прощати.&lt;br /&gt;</w:t>
        <w:br/>
        <w:t>Не думайте й про те, що скаже цілий світ,&lt;br /&gt;</w:t>
        <w:br/>
        <w:t>Якщо ви дбаєте про божий заповіт.&lt;br /&gt;</w:t>
        <w:br/>
        <w:t>Як! Через те, що хтось якось додумать може,&lt;br /&gt;</w:t>
        <w:br/>
        <w:t>Ви будете з людьми поводитись негоже!&lt;br /&gt;</w:t>
        <w:br/>
        <w:t>Ні, ні, робімо так, як небо нам велить,&lt;br /&gt;</w:t>
        <w:br/>
        <w:t>А інший клопіт нас нехай не туманить.</w:t>
      </w:r>
    </w:p>
    <w:p>
      <w:r>
        <w:br/>
        <w:t>Тартюф&lt;br /&gt;</w:t>
        <w:br/>
        <w:t>Я вам уже сказав, що гніву я не маю&lt;br /&gt;</w:t>
        <w:br/>
        <w:t>І божу заповідь я тим задовольняю;&lt;br /&gt;</w:t>
        <w:br/>
        <w:t>Але ж закону бог того не положив,&lt;br /&gt;</w:t>
        <w:br/>
        <w:t>Щоб я з зневажником моїм укупі жив.</w:t>
      </w:r>
    </w:p>
    <w:p>
      <w:r>
        <w:br/>
        <w:t>Клеант&lt;br /&gt;</w:t>
        <w:br/>
        <w:t>А чи велить вам бог схилятися до того,&lt;br /&gt;</w:t>
        <w:br/>
        <w:t>Що батькові його прийшло не знати з чого?&lt;br /&gt;</w:t>
        <w:br/>
        <w:t>Жадати, щоб усе добро він вам оддав,&lt;br /&gt;</w:t>
        <w:br/>
        <w:t>Якого брати ви не мали жодних прав?</w:t>
      </w:r>
    </w:p>
    <w:p>
      <w:r>
        <w:br/>
        <w:t>Тартюф&lt;br /&gt;</w:t>
        <w:br/>
        <w:t>Хто знатиме мене, вгада мій замір чистий:&lt;br /&gt;</w:t>
        <w:br/>
        <w:t>Не скаже, що я дбав для власної користі.&lt;br /&gt;</w:t>
        <w:br/>
        <w:t>Що всі мені скарби? Який мені в них зиск?&lt;br /&gt;</w:t>
        <w:br/>
        <w:t>Ні, не приваблює мене фальшивий блиск.&lt;br /&gt;</w:t>
        <w:br/>
        <w:t>Коли ж я й згодився те все добро прийняти,&lt;br /&gt;</w:t>
        <w:br/>
        <w:t>Що пан Оргон мені ласкавий був оддати,&lt;br /&gt;</w:t>
        <w:br/>
        <w:t>То це я через те зробив, що мав я страх,&lt;br /&gt;</w:t>
        <w:br/>
        <w:t>Щоб не погинуло воно в лихих руках;&lt;br /&gt;</w:t>
        <w:br/>
        <w:t>Щоб не дісталося воно комусь такому,&lt;br /&gt;</w:t>
        <w:br/>
        <w:t>Хто прогайнує все не на користь нікому;&lt;br /&gt;</w:t>
        <w:br/>
        <w:t>А я ж узяв його для однії мети:&lt;br /&gt;</w:t>
        <w:br/>
        <w:t>Щоб небо вславити та ближнім помогти.</w:t>
      </w:r>
    </w:p>
    <w:p>
      <w:r>
        <w:br/>
        <w:t>Клеант&lt;br /&gt;</w:t>
        <w:br/>
        <w:t>Ваш делікатний страх облиште ви ласкаво,&lt;br /&gt;</w:t>
        <w:br/>
        <w:t>Щоб той не плакався, хто мав на спадок право.&lt;br /&gt;</w:t>
        <w:br/>
        <w:t>Ні, хай бере своє, та й сам одповіда,&lt;br /&gt;</w:t>
        <w:br/>
        <w:t>А клопотатися про те вам не влада.&lt;br /&gt;</w:t>
        <w:br/>
        <w:t>Та краще б він усе добро те марно стратив,&lt;br /&gt;</w:t>
        <w:br/>
        <w:t>Ніж за шахрайство б вас хто-небудь винуватив.&lt;br /&gt;</w:t>
        <w:br/>
        <w:t>Аж дивно бачити, як хто без сорома&lt;br /&gt;</w:t>
        <w:br/>
        <w:t>Великії дари охоче так прийма.&lt;br /&gt;</w:t>
        <w:br/>
        <w:t>Правдива щирість теж закони мусить мати.&lt;br /&gt;</w:t>
        <w:br/>
        <w:t>Хто вчить наслідників законних обдирати?&lt;br /&gt;</w:t>
        <w:br/>
        <w:t>Коли ж ви маєте такі думки, що там,&lt;br /&gt;</w:t>
        <w:br/>
        <w:t>Де житиме Даміс, не можна жити вам,&lt;br /&gt;</w:t>
        <w:br/>
        <w:t>То краще б вам було тихесенько самому&lt;br /&gt;</w:t>
        <w:br/>
        <w:t>Почесно геть піти з Оргонового дому,&lt;br /&gt;</w:t>
        <w:br/>
        <w:t>Ніж дожидатися таких нечутих справ,&lt;br /&gt;</w:t>
        <w:br/>
        <w:t>Що сина рідного з оселі він прогнав.&lt;br /&gt;</w:t>
        <w:br/>
        <w:t>Було б повинністю порядної людини,&lt;br /&gt;</w:t>
        <w:br/>
        <w:t>Добродію…</w:t>
      </w:r>
    </w:p>
    <w:p>
      <w:r>
        <w:br/>
        <w:t>Тартюф&lt;br /&gt;</w:t>
        <w:br/>
        <w:t>Уже пів чвертої години,&lt;br /&gt;</w:t>
        <w:br/>
        <w:t>Добродію, я звик молитися в сей час,&lt;br /&gt;</w:t>
        <w:br/>
        <w:t>То ви вже вибачте, що я покину вас.&lt;br /&gt;</w:t>
        <w:br/>
        <w:t>(Виходить).</w:t>
      </w:r>
    </w:p>
    <w:p>
      <w:r>
        <w:br/>
        <w:t>Клеант&lt;br /&gt;</w:t>
        <w:br/>
        <w:t>Ах!&lt;br /&gt;</w:t>
        <w:br/>
        <w:t>ЯВА 2</w:t>
      </w:r>
    </w:p>
    <w:p>
      <w:r>
        <w:br/>
        <w:t>Ельміра, Мар’яна, Клеант, Доріна.</w:t>
      </w:r>
    </w:p>
    <w:p>
      <w:r>
        <w:br/>
        <w:t>Доріна&lt;br /&gt;</w:t>
        <w:br/>
        <w:t>(до Клеапта)&lt;br /&gt;</w:t>
        <w:br/>
        <w:t>Пане, згляньтеся, обстаньте й ви за нею:&lt;br /&gt;</w:t>
        <w:br/>
        <w:t>Якби ви знали, як стражда вона душею!&lt;br /&gt;</w:t>
        <w:br/>
        <w:t>Той шлюб, що батько їй сьогодні назначив,&lt;br /&gt;</w:t>
        <w:br/>
        <w:t>Їй душу рве весь день і серце їй розбив.&lt;br /&gt;</w:t>
        <w:br/>
        <w:t>Пан зараз буде тут. Зберімо ж наші сили,&lt;br /&gt;</w:t>
        <w:br/>
        <w:t>То, може б, силоміць чи хитрощами збили&lt;br /&gt;</w:t>
        <w:br/>
        <w:t>Нещасний замір той, що всіх турбує нас.</w:t>
      </w:r>
    </w:p>
    <w:p>
      <w:r>
        <w:br/>
        <w:t>ЯВА 3</w:t>
      </w:r>
    </w:p>
    <w:p>
      <w:r>
        <w:br/>
        <w:t>Оргон, Ель міра, Мар’яна, Клеант, Доріна.</w:t>
      </w:r>
    </w:p>
    <w:p>
      <w:r>
        <w:br/>
        <w:t>Оргон&lt;br /&gt;</w:t>
        <w:br/>
        <w:t>Я радий, що знайшов усіх тут разом вас.&lt;br /&gt;</w:t>
        <w:br/>
        <w:t>(До Мар'яни).&lt;br /&gt;</w:t>
        <w:br/>
        <w:t>Ну, дочко, цей контракт вас має звеселити,&lt;br /&gt;</w:t>
        <w:br/>
        <w:t>Та ви вже знаєте, що може він містити.</w:t>
      </w:r>
    </w:p>
    <w:p>
      <w:r>
        <w:br/>
        <w:t>Мар’яна&lt;br /&gt;</w:t>
        <w:br/>
        <w:t>(падає навколішки перед Оргоном)&lt;br /&gt;</w:t>
        <w:br/>
        <w:t>Для бога, таточку, що зна мої жалі,&lt;br /&gt;</w:t>
        <w:br/>
        <w:t>Якщо зворушить вас що-небудь на землі, —&lt;br /&gt;</w:t>
        <w:br/>
        <w:t>Природнії права забудьте в цю годину.&lt;br /&gt;</w:t>
        <w:br/>
        <w:t>Скорятись вам свою не силуйте дитину.&lt;br /&gt;</w:t>
        <w:br/>
        <w:t>Не змушуйте, щоб я на вирок ваш такий&lt;br /&gt;</w:t>
        <w:br/>
        <w:t>До суду божого несла свій плач тяжкий.&lt;br /&gt;</w:t>
        <w:br/>
        <w:t>І це життя моє, що через вас я маю,&lt;br /&gt;</w:t>
        <w:br/>
        <w:t>Нещасним не робіть, не нівечте до краю.&lt;br /&gt;</w:t>
        <w:br/>
        <w:t>Коли вже я свої надії загублю,&lt;br /&gt;</w:t>
        <w:br/>
        <w:t>Щоб з тим з’єднатися, кого я так люблю,&lt;br /&gt;</w:t>
        <w:br/>
        <w:t>То хоч одну мені ви ласку ще зробіте&lt;br /&gt;</w:t>
        <w:br/>
        <w:t>І світу з нелюбом, благаю, не в’яжіте.&lt;br /&gt;</w:t>
        <w:br/>
        <w:t>О, не гнітіть мене вагою прав своїх,&lt;br /&gt;</w:t>
        <w:br/>
        <w:t>Щоб я не вдійла якийсь великий гріх!</w:t>
      </w:r>
    </w:p>
    <w:p>
      <w:r>
        <w:br/>
        <w:t>Оргон&lt;br /&gt;</w:t>
        <w:br/>
        <w:t>(почуває жаль)&lt;br /&gt;</w:t>
        <w:br/>
        <w:t>Не треба м’якшати, як легкодухі люди.</w:t>
      </w:r>
    </w:p>
    <w:p>
      <w:r>
        <w:br/>
        <w:t>Мар’яна&lt;br /&gt;</w:t>
        <w:br/>
        <w:t>Любіть же ви його, мені байдуже буде;&lt;br /&gt;</w:t>
        <w:br/>
        <w:t>Кохайте, дайте все йому добро своє;&lt;br /&gt;</w:t>
        <w:br/>
        <w:t>Як мало ще того — додайте все моє;&lt;br /&gt;</w:t>
        <w:br/>
        <w:t>Я згоджуся на те, я все віддам без болю,&lt;br /&gt;</w:t>
        <w:br/>
        <w:t>Та серденька мого не дайте ви в неволю,&lt;br /&gt;</w:t>
        <w:br/>
        <w:t>І краще в монастир дозвольте йти мені, —&lt;br /&gt;</w:t>
        <w:br/>
        <w:t>Нехай дотліють там мої останні дні.</w:t>
      </w:r>
    </w:p>
    <w:p>
      <w:r>
        <w:br/>
        <w:t>Оргон&lt;br /&gt;</w:t>
        <w:br/>
        <w:t>Оце ж ті донечки: вже зараз і в черниці,&lt;br /&gt;</w:t>
        <w:br/>
        <w:t>Як батько з голови їм вибива дурниці.&lt;br /&gt;</w:t>
        <w:br/>
        <w:t>Але чим більше він нелюбий вам, то тим&lt;br /&gt;</w:t>
        <w:br/>
        <w:t>Ще більш достойною з’явіться перед ним.&lt;br /&gt;</w:t>
        <w:br/>
        <w:t>Убийте шлюбом ццм до любощів охоту&lt;br /&gt;</w:t>
        <w:br/>
        <w:t>І голову мою позбавте від клопоту.</w:t>
      </w:r>
    </w:p>
    <w:p>
      <w:r>
        <w:br/>
        <w:t>Доріна&lt;br /&gt;</w:t>
        <w:br/>
        <w:t>Атож!..</w:t>
      </w:r>
    </w:p>
    <w:p>
      <w:r>
        <w:br/>
        <w:t>Оргон&lt;br /&gt;</w:t>
        <w:br/>
        <w:t>Примовчуйте; ще не прийшов ваш день.&lt;br /&gt;</w:t>
        <w:br/>
        <w:t>Щоб я вас більш не чув! Мовчіть! Анітелень!</w:t>
      </w:r>
    </w:p>
    <w:p>
      <w:r>
        <w:br/>
        <w:t>Клеант&lt;br /&gt;</w:t>
        <w:br/>
        <w:t>Якщо пораду ви не приймете вразливо…</w:t>
      </w:r>
    </w:p>
    <w:p>
      <w:r>
        <w:br/>
        <w:t>Оргон&lt;br /&gt;</w:t>
        <w:br/>
        <w:t>Поради ваші всі — прегарнії на диво!&lt;br /&gt;</w:t>
        <w:br/>
        <w:t>Вони розсудливі, я дуже їх люблю,&lt;br /&gt;</w:t>
        <w:br/>
        <w:t>Але приймати їх, пробачте, не волю.</w:t>
      </w:r>
    </w:p>
    <w:p>
      <w:r>
        <w:br/>
        <w:t>Ельміра&lt;br /&gt;</w:t>
        <w:br/>
        <w:t>(до Оргона)&lt;br /&gt;</w:t>
        <w:br/>
        <w:t>Дивившися на вас, не тямлю, що до чого;&lt;br /&gt;</w:t>
        <w:br/>
        <w:t>Не розумію я засліплення такого.&lt;br /&gt;</w:t>
        <w:br/>
        <w:t>Гаразд же ви йому себе запродали,&lt;br /&gt;</w:t>
        <w:br/>
        <w:t>Коли й сьогодні ще нам віри не йняли.</w:t>
      </w:r>
    </w:p>
    <w:p>
      <w:r>
        <w:br/>
        <w:t>Оргон&lt;br /&gt;</w:t>
        <w:br/>
        <w:t>Простіть, я вірю в те, що бачать власні очі.&lt;br /&gt;</w:t>
        <w:br/>
        <w:t>Я знаю, боронить Даміса ви охочі,&lt;br /&gt;</w:t>
        <w:br/>
        <w:t>І ви боялися, щоб він не показав,&lt;br /&gt;</w:t>
        <w:br/>
        <w:t>Як гидко скривдити сердешного бажав.&lt;br /&gt;</w:t>
        <w:br/>
        <w:t>Нарешті, ви були збентежені так мало,&lt;br /&gt;</w:t>
        <w:br/>
        <w:t>Що вам повірити ніяк не випадало.</w:t>
      </w:r>
    </w:p>
    <w:p>
      <w:r>
        <w:br/>
        <w:t>Ельміра&lt;br /&gt;</w:t>
        <w:br/>
        <w:t>Хіба ж, як хто сказав, що нас посмів кохать,&lt;br /&gt;</w:t>
        <w:br/>
        <w:t>Повинна наша честь притьмом на гвалт кричать?&lt;br /&gt;</w:t>
        <w:br/>
        <w:t>Чи бути іншої відповіді не може,&lt;br /&gt;</w:t>
        <w:br/>
        <w:t>Як гнівом блискати, як лаятись негоже?&lt;br /&gt;</w:t>
        <w:br/>
        <w:t>А я такі слова приймаю просто в жарт,&lt;br /&gt;</w:t>
        <w:br/>
        <w:t>Чинити ж вибухи, по-моєму, не варт.&lt;br /&gt;</w:t>
        <w:br/>
        <w:t>Чесноту я люблю, та лагідну, без крику;&lt;br /&gt;</w:t>
        <w:br/>
        <w:t>Я не волю собі недоторканість дику,&lt;br /&gt;</w:t>
        <w:br/>
        <w:t>Що в зуби й пазурі невинність прибира&lt;br /&gt;</w:t>
        <w:br/>
        <w:t>І за найменшу річ вам очі видира.&lt;br /&gt;</w:t>
        <w:br/>
        <w:t>Хай не карає бог чеснотою такою!&lt;br /&gt;</w:t>
        <w:br/>
        <w:t>Я буду вірною, не бувши сатаною.&lt;br /&gt;</w:t>
        <w:br/>
        <w:t>І слово простеє, але непривітне&lt;br /&gt;</w:t>
        <w:br/>
        <w:t>Зальотника незгірш від мене прожене.</w:t>
      </w:r>
    </w:p>
    <w:p>
      <w:r>
        <w:br/>
        <w:t>Оргон&lt;br /&gt;</w:t>
        <w:br/>
        <w:t>Я тямлю все, мене не збити з паінтелику.</w:t>
      </w:r>
    </w:p>
    <w:p>
      <w:r>
        <w:br/>
        <w:t>Ельміра&lt;br /&gt;</w:t>
        <w:br/>
        <w:t>Дивуюсь на таку невіру превелику.&lt;br /&gt;</w:t>
        <w:br/>
        <w:t>Але якщо самі побачите ви те,&lt;br /&gt;</w:t>
        <w:br/>
        <w:t>Про що ми кажемо, чи віри поймете?</w:t>
      </w:r>
    </w:p>
    <w:p>
      <w:r>
        <w:br/>
        <w:t>Оргон&lt;br /&gt;</w:t>
        <w:br/>
        <w:t>Побачу?</w:t>
      </w:r>
    </w:p>
    <w:p>
      <w:r>
        <w:br/>
        <w:t>Ельміра&lt;br /&gt;</w:t>
        <w:br/>
        <w:t>Так.</w:t>
      </w:r>
    </w:p>
    <w:p>
      <w:r>
        <w:br/>
        <w:t>Оргон&lt;br /&gt;</w:t>
        <w:br/>
        <w:t>Овва!</w:t>
      </w:r>
    </w:p>
    <w:p>
      <w:r>
        <w:br/>
        <w:t>Ельміра&lt;br /&gt;</w:t>
        <w:br/>
        <w:t>А що, як я здолаю&lt;br /&gt;</w:t>
        <w:br/>
        <w:t>Розкрити очі вам тим способом, що маю?</w:t>
      </w:r>
    </w:p>
    <w:p>
      <w:r>
        <w:br/>
        <w:t>Оргон&lt;br /&gt;</w:t>
        <w:br/>
        <w:t>Плетіть!</w:t>
      </w:r>
    </w:p>
    <w:p>
      <w:r>
        <w:br/>
        <w:t>Ельміра&lt;br /&gt;</w:t>
        <w:br/>
        <w:t>Ну й чоловік! Одно мені скажіть…&lt;br /&gt;</w:t>
        <w:br/>
        <w:t>Коли не хочете, то віри нам не йміть,&lt;br /&gt;</w:t>
        <w:br/>
        <w:t>А уявіть собі, що це могло б тут бути,&lt;br /&gt;</w:t>
        <w:br/>
        <w:t>Що ви могли б те все побачити й почути.&lt;br /&gt;</w:t>
        <w:br/>
        <w:t>То що сказали б ви про любого свого?</w:t>
      </w:r>
    </w:p>
    <w:p>
      <w:r>
        <w:br/>
        <w:t>Оргон&lt;br /&gt;</w:t>
        <w:br/>
        <w:t>Сказав би… не сказав нічого б, і того&lt;br /&gt;</w:t>
        <w:br/>
        <w:t>Не може бути.</w:t>
      </w:r>
    </w:p>
    <w:p>
      <w:r>
        <w:br/>
        <w:t>Ельміра&lt;br /&gt;</w:t>
        <w:br/>
        <w:t>Вже вас досить ошукали;&lt;br /&gt;</w:t>
        <w:br/>
        <w:t>Доволі й ви мені брехнею дорікали.&lt;br /&gt;</w:t>
        <w:br/>
        <w:t>Так от же залюбки в цій хаті, в цей же час&lt;br /&gt;</w:t>
        <w:br/>
        <w:t>Поставлю Свідка я — нікого ж, тільки вас.</w:t>
      </w:r>
    </w:p>
    <w:p>
      <w:r>
        <w:br/>
        <w:t>Оргон&lt;br /&gt;</w:t>
        <w:br/>
        <w:t>Гаразд. Побачу ж я, піймавши вас на слові,&lt;br /&gt;</w:t>
        <w:br/>
        <w:t>Чи ви обіцянку свою справдить готові.</w:t>
      </w:r>
    </w:p>
    <w:p>
      <w:r>
        <w:br/>
        <w:t>Ельміра&lt;br /&gt;</w:t>
        <w:br/>
        <w:t>(до Доріни)&lt;br /&gt;</w:t>
        <w:br/>
        <w:t>Скажіть, щоб він прийшов.</w:t>
      </w:r>
    </w:p>
    <w:p>
      <w:r>
        <w:br/>
        <w:t>Доріна&lt;br /&gt;</w:t>
        <w:br/>
        <w:t>(до Ельміри)&lt;br /&gt;</w:t>
        <w:br/>
        <w:t>Розумний він, глядіть, —&lt;br /&gt;</w:t>
        <w:br/>
        <w:t>То, може, й у сильце так сплоха не влетить.</w:t>
      </w:r>
    </w:p>
    <w:p>
      <w:r>
        <w:br/>
        <w:t>Ельміра&lt;br /&gt;</w:t>
        <w:br/>
        <w:t>(до Доріни)&lt;br /&gt;</w:t>
        <w:br/>
        <w:t>Найлегше дурить нас людина, що нам мила,&lt;br /&gt;</w:t>
        <w:br/>
        <w:t>До того ж і пиха його затуманила.&lt;br /&gt;</w:t>
        <w:br/>
        <w:t>Пришліть його.&lt;br /&gt;</w:t>
        <w:br/>
        <w:t>(До Клеанта і Мар’яни).&lt;br /&gt;</w:t>
        <w:br/>
        <w:t>А ви — вам вийти слід обом.</w:t>
      </w:r>
    </w:p>
    <w:p>
      <w:r>
        <w:br/>
        <w:t>ЯВА 4</w:t>
      </w:r>
    </w:p>
    <w:p>
      <w:r>
        <w:br/>
        <w:t>Ельмір а, Оргон.</w:t>
      </w:r>
    </w:p>
    <w:p>
      <w:r>
        <w:br/>
        <w:t>Ельміра&lt;br /&gt;</w:t>
        <w:br/>
        <w:t>Поставмо так цей стіл і скрийтесь під столом.</w:t>
      </w:r>
    </w:p>
    <w:p>
      <w:r>
        <w:br/>
        <w:t>Оргон&lt;br /&gt;</w:t>
        <w:br/>
        <w:t>Навіщо?</w:t>
      </w:r>
    </w:p>
    <w:p>
      <w:r>
        <w:br/>
        <w:t>Ельміра&lt;br /&gt;</w:t>
        <w:br/>
        <w:t>Вам тепер сховатися конечно.</w:t>
      </w:r>
    </w:p>
    <w:p>
      <w:r>
        <w:br/>
        <w:t>Оргон&lt;br /&gt;</w:t>
        <w:br/>
        <w:t>Чого ж під стіл?</w:t>
      </w:r>
    </w:p>
    <w:p>
      <w:r>
        <w:br/>
        <w:t>Ельміра&lt;br /&gt;</w:t>
        <w:br/>
        <w:t>То що? Примощуйтесь безпечно.&lt;br /&gt;</w:t>
        <w:br/>
        <w:t>У мене в голові я думка, в тую ж мить&lt;br /&gt;</w:t>
        <w:br/>
        <w:t>Ви зрозумієте. Ну, лізьте ж, та сидіть&lt;br /&gt;</w:t>
        <w:br/>
        <w:t>Тихенько так, щоб вас не чули і не зріли.</w:t>
      </w:r>
    </w:p>
    <w:p>
      <w:r>
        <w:br/>
        <w:t>Оргон&lt;br /&gt;</w:t>
        <w:br/>
        <w:t>Вам потурати більш уже немає й сили,&lt;br /&gt;</w:t>
        <w:br/>
        <w:t>Та ну, побачимо, який із вас митець.</w:t>
      </w:r>
    </w:p>
    <w:p>
      <w:r>
        <w:br/>
        <w:t>Ельміра&lt;br /&gt;</w:t>
        <w:br/>
        <w:t>(Оргонові, що вже під столом)&lt;br /&gt;</w:t>
        <w:br/>
        <w:t>Переконаєтесь у всьому під кінець.&lt;br /&gt;</w:t>
        <w:br/>
        <w:t>Ви свідком будете дивачної розмови,&lt;br /&gt;</w:t>
        <w:br/>
        <w:t>Та не турбуйтеся і не бентежте крові;&lt;br /&gt;</w:t>
        <w:br/>
        <w:t>Не гнівайтесь на те, що я йому скажу,&lt;br /&gt;</w:t>
        <w:br/>
        <w:t>Через розмову ту я правду покажу,&lt;br /&gt;</w:t>
        <w:br/>
        <w:t>Коли на те пішло, я взяти мушу маску&lt;br /&gt;</w:t>
        <w:br/>
        <w:t>І до облесника показувати ласку.&lt;br /&gt;</w:t>
        <w:br/>
        <w:t>Одвагу виявить спромогу дам йому,&lt;br /&gt;</w:t>
        <w:br/>
        <w:t>Стидку його любов я нібито прийму,&lt;br /&gt;</w:t>
        <w:br/>
        <w:t>Але я ради вас та щоб його скарати&lt;br /&gt;</w:t>
        <w:br/>
        <w:t>Прихильність прибрану бажаю показати;&lt;br /&gt;</w:t>
        <w:br/>
        <w:t>Тому скінчу я враз, як здасться вам, що вас&lt;br /&gt;</w:t>
        <w:br/>
        <w:t>Я добре впевнила і що скінчити час.&lt;br /&gt;</w:t>
        <w:br/>
        <w:t>На вас лежатиме жагу його спинити,&lt;br /&gt;</w:t>
        <w:br/>
        <w:t>Як знайдете, що більш не можна попустити,&lt;br /&gt;</w:t>
        <w:br/>
        <w:t>Що досить бачили, щоб істини дійти,&lt;br /&gt;</w:t>
        <w:br/>
        <w:t>І що дружину вам пора оберегти.&lt;br /&gt;</w:t>
        <w:br/>
        <w:t>Та власний інтерес ховати в вашій мочі…&lt;br /&gt;</w:t>
        <w:br/>
        <w:t>Вже йде… Так ви ж йому не кидайтесь на очі.</w:t>
      </w:r>
    </w:p>
    <w:p>
      <w:r>
        <w:br/>
        <w:t>ЯВА 5</w:t>
      </w:r>
    </w:p>
    <w:p>
      <w:r>
        <w:br/>
        <w:t>Тартюф, Ельміра, Оргон під столом.</w:t>
      </w:r>
    </w:p>
    <w:p>
      <w:r>
        <w:br/>
        <w:t>Тартюф&lt;br /&gt;</w:t>
        <w:br/>
        <w:t>Мені сказали там, — ви кликали мене.</w:t>
      </w:r>
    </w:p>
    <w:p>
      <w:r>
        <w:br/>
        <w:t>Ельміра&lt;br /&gt;</w:t>
        <w:br/>
        <w:t>Я маю дещо вам одкрити потайне.&lt;br /&gt;</w:t>
        <w:br/>
        <w:t>Замкніть же двері перш, ніж стану я казати,&lt;br /&gt;</w:t>
        <w:br/>
        <w:t>Та гляньте, чи ніхто не може нас піймати.&lt;br /&gt;</w:t>
        <w:br/>
        <w:t>Тартюф замикав двері й вертається.&lt;br /&gt;</w:t>
        <w:br/>
        <w:t>Такого лишенька не треба нам зовсім,&lt;br /&gt;</w:t>
        <w:br/>
        <w:t>Яке нам трапилось недовго перед цим.&lt;br /&gt;</w:t>
        <w:br/>
        <w:t>Тоді ми вскочили були по саму шию.&lt;br /&gt;</w:t>
        <w:br/>
        <w:t>Боялась я за вас так, що й сказать не вмію.&lt;br /&gt;</w:t>
        <w:br/>
        <w:t>Ви бачили, що я старалася в той час&lt;br /&gt;</w:t>
        <w:br/>
        <w:t>Даміса втишити, щоб він мовчав про нас,&lt;br /&gt;</w:t>
        <w:br/>
        <w:t>Хоча, пригнічена турботою моєю,&lt;br /&gt;</w:t>
        <w:br/>
        <w:t>Не догадалась я все те назвать брехнею.&lt;br /&gt;</w:t>
        <w:br/>
        <w:t>Та бог не дав, щоб те скінчилось чимсь лихим.&lt;br /&gt;</w:t>
        <w:br/>
        <w:t>І забезпечені ми більш, ніж перед тим.&lt;br /&gt;</w:t>
        <w:br/>
        <w:t>Прогнала хмари всі міцна до вас шаноба;&lt;br /&gt;</w:t>
        <w:br/>
        <w:t>Мій чоловік на вас не гляне вже спідлоба.&lt;br /&gt;</w:t>
        <w:br/>
        <w:t>Він, з пліток сміючись, такий нам дав наказ,&lt;br /&gt;</w:t>
        <w:br/>
        <w:t>Щоб ми зіходились до пари раз у раз.&lt;br /&gt;</w:t>
        <w:br/>
        <w:t>Тому я й не боюсь, що матиму нагану&lt;br /&gt;</w:t>
        <w:br/>
        <w:t>За те, що з вами вдвох тут розмовляти стану.&lt;br /&gt;</w:t>
        <w:br/>
        <w:t>Хоч, може, серце це занадто поспіша,&lt;br /&gt;</w:t>
        <w:br/>
        <w:t>Та знайте, що й моя горить до вас душа.</w:t>
      </w:r>
    </w:p>
    <w:p>
      <w:r>
        <w:br/>
        <w:t>Тартюф&lt;br /&gt;</w:t>
        <w:br/>
        <w:t>Цієї мови я не здужаю збагнути:&lt;br /&gt;</w:t>
        <w:br/>
        <w:t>Раніш доводилось од вас не теє чути.</w:t>
      </w:r>
    </w:p>
    <w:p>
      <w:r>
        <w:br/>
        <w:t>Ельміра&lt;br /&gt;</w:t>
        <w:br/>
        <w:t>Якщо відмова та вас досі обража,&lt;br /&gt;</w:t>
        <w:br/>
        <w:t>Жіноче серденько — вам річ зовсім чужа,&lt;br /&gt;</w:t>
        <w:br/>
        <w:t>І ви не знаєте, що має розумітись,&lt;br /&gt;</w:t>
        <w:br/>
        <w:t>Коли ми почнемо так легко боронитись.&lt;br /&gt;</w:t>
        <w:br/>
        <w:t>Хоч ми й закохані, та почуття в той час&lt;br /&gt;</w:t>
        <w:br/>
        <w:t>Із соромливістю змагаються ще в нас.&lt;br /&gt;</w:t>
        <w:br/>
        <w:t>Яке б не мали ми правдивеє кохання,&lt;br /&gt;</w:t>
        <w:br/>
        <w:t>Ми все стидаємось одвертого визнання.&lt;br /&gt;</w:t>
        <w:br/>
        <w:t>І ми боронимся, хоч видно по очах,&lt;br /&gt;</w:t>
        <w:br/>
        <w:t>Що наше серденько у вас уже в руках,&lt;br /&gt;</w:t>
        <w:br/>
        <w:t>Що тільки гонор нам шорсткі слова диктує&lt;br /&gt;</w:t>
        <w:br/>
        <w:t>І що відмова та вам любощі віщує.&lt;br /&gt;</w:t>
        <w:br/>
        <w:t>Це дуже сміливе, що тут я визнаю,&lt;br /&gt;</w:t>
        <w:br/>
        <w:t>І соромливість тим я скривдила свою,&lt;br /&gt;</w:t>
        <w:br/>
        <w:t>Але вже сталося, що я вам це сказала…&lt;br /&gt;</w:t>
        <w:br/>
        <w:t>Скажіть, хіба б же я Даміса зупиняла?&lt;br /&gt;</w:t>
        <w:br/>
        <w:t>Хіба б я залюбки, — згадайте це ще знов, —&lt;br /&gt;</w:t>
        <w:br/>
        <w:t>Так довго слухала розмову про любов?&lt;br /&gt;</w:t>
        <w:br/>
        <w:t>Невже в речах таких була б така прихильна,&lt;br /&gt;</w:t>
        <w:br/>
        <w:t>Якби від співчуття сама була я вільна?&lt;br /&gt;</w:t>
        <w:br/>
        <w:t>А чуючи про вас, що шлюб ви берете,&lt;br /&gt;</w:t>
        <w:br/>
        <w:t>Я відмовляла вас, не згодилась на те.&lt;br /&gt;</w:t>
        <w:br/>
        <w:t>Що ж мало значити таке моє вмовляння?&lt;br /&gt;</w:t>
        <w:br/>
        <w:t>Що мала я до вас прихильні почування,&lt;br /&gt;</w:t>
        <w:br/>
        <w:t>Що володіть сама бажала серцем цим,&lt;br /&gt;</w:t>
        <w:br/>
        <w:t>Що не хотіла ним ділитися ні з ким.</w:t>
      </w:r>
    </w:p>
    <w:p>
      <w:r>
        <w:br/>
        <w:t>Тартюф&lt;br /&gt;</w:t>
        <w:br/>
        <w:t>Добродійко, слова такі без краю мило&lt;br /&gt;</w:t>
        <w:br/>
        <w:t>Почути з любих уст, що серце полюбило.&lt;br /&gt;</w:t>
        <w:br/>
        <w:t>Повірте, що мені солодкий мед цих слів&lt;br /&gt;</w:t>
        <w:br/>
        <w:t>Блаженства почуття по всій душі розлив.&lt;br /&gt;</w:t>
        <w:br/>
        <w:t>Подобатися вам — то всі мої бажання,&lt;br /&gt;</w:t>
        <w:br/>
        <w:t>Задовольняти вас — найвище раювання.&lt;br /&gt;</w:t>
        <w:br/>
        <w:t>Але, прошу, нехай не в гнів то буде вам,&lt;br /&gt;</w:t>
        <w:br/>
        <w:t>Що трохи не дойму я віри цим словам.&lt;br /&gt;</w:t>
        <w:br/>
        <w:t>Я можу думати, що це слова лукаві,&lt;br /&gt;</w:t>
        <w:br/>
        <w:t>Аби пошкодити мені в весільній справі.&lt;br /&gt;</w:t>
        <w:br/>
        <w:t>Я, пані, навпростець, по щирості скажу,&lt;br /&gt;</w:t>
        <w:br/>
        <w:t>Що до цих слів тоді довіру покажу,&lt;br /&gt;</w:t>
        <w:br/>
        <w:t>Як ласки вашої, якої так жадаю,&lt;br /&gt;</w:t>
        <w:br/>
        <w:t>Не тільки на словах, а в дійсності дізнаю&lt;br /&gt;</w:t>
        <w:br/>
        <w:t>І віру защеплю в душі своїй навік,&lt;br /&gt;</w:t>
        <w:br/>
        <w:t>Що з ласки вашої я щасний чоловік.</w:t>
      </w:r>
    </w:p>
    <w:p>
      <w:r>
        <w:br/>
        <w:t>Ельміра&lt;br /&gt;</w:t>
        <w:br/>
        <w:t>(навмисне кашлянувши)&lt;br /&gt;</w:t>
        <w:br/>
        <w:t>Еге, які-бо ви швидкі та нетерплячі;&lt;br /&gt;</w:t>
        <w:br/>
        <w:t>Так хутко стратите всі почуття гарячі.&lt;br /&gt;</w:t>
        <w:br/>
        <w:t>Я тут найкраще вам освідчення чиню,&lt;br /&gt;</w:t>
        <w:br/>
        <w:t>Я так стараюся, а вас не вдовольню…&lt;br /&gt;</w:t>
        <w:br/>
        <w:t>Чи тільки вас тоді я впевнити здолаю,&lt;br /&gt;</w:t>
        <w:br/>
        <w:t>Як із прихильністю дійду вже аж до краю?</w:t>
      </w:r>
    </w:p>
    <w:p>
      <w:r>
        <w:br/>
        <w:t>Тартюф&lt;br /&gt;</w:t>
        <w:br/>
        <w:t>Чим менше гідний хто, тим менше щастя жде&lt;br /&gt;</w:t>
        <w:br/>
        <w:t>І на самі слова надій не покладе,&lt;br /&gt;</w:t>
        <w:br/>
        <w:t>Щасливій доленьці ми віри не діймаєм,&lt;br /&gt;</w:t>
        <w:br/>
        <w:t>Аж поки в дійсності щедрот її зазнаєм.&lt;br /&gt;</w:t>
        <w:br/>
        <w:t>А я прихильності не заробив нічим,&lt;br /&gt;</w:t>
        <w:br/>
        <w:t>То як же вірити мені ознакам цим?&lt;br /&gt;</w:t>
        <w:br/>
        <w:t>Ні, я не впевнюся на мову ні на яку,&lt;br /&gt;</w:t>
        <w:br/>
        <w:t>Аж поки справжню ви дасте мені ознаку.</w:t>
      </w:r>
    </w:p>
    <w:p>
      <w:r>
        <w:br/>
        <w:t>Ельміра&lt;br /&gt;</w:t>
        <w:br/>
        <w:t>Який гарячий пал, що й перешкод не зна!&lt;br /&gt;</w:t>
        <w:br/>
        <w:t>Як душу він мені збентежує до дна!&lt;br /&gt;</w:t>
        <w:br/>
        <w:t>Дк пута він кладе на серденько жіноче&lt;br /&gt;</w:t>
        <w:br/>
        <w:t>І як. потужно він бере собі, що хоче!&lt;br /&gt;</w:t>
        <w:br/>
        <w:t>Чи й способу нема боротись проти вас&lt;br /&gt;</w:t>
        <w:br/>
        <w:t>І ви вже не дасте спочинку хоч на час?&lt;br /&gt;</w:t>
        <w:br/>
        <w:t>Але чи можна ж так суворо намагатись&lt;br /&gt;</w:t>
        <w:br/>
        <w:t>І разом усього так палко допевнятись,&lt;br /&gt;</w:t>
        <w:br/>
        <w:t>Надуживаючи прихильні почуття&lt;br /&gt;</w:t>
        <w:br/>
        <w:t>Тієї, що вже сил збулась до бороття!</w:t>
      </w:r>
    </w:p>
    <w:p>
      <w:r>
        <w:br/>
        <w:t>Тартюф&lt;br /&gt;</w:t>
        <w:br/>
        <w:t>Коли ж приймаєте любов мою гарячу,&lt;br /&gt;</w:t>
        <w:br/>
        <w:t>То чом певнішого я доказу не бачу?</w:t>
      </w:r>
    </w:p>
    <w:p>
      <w:r>
        <w:br/>
        <w:t>Ельміра&lt;br /&gt;</w:t>
        <w:br/>
        <w:t>Та як же зважусь я на те? А божий страх?&lt;br /&gt;</w:t>
        <w:br/>
        <w:t>А небо, що у вас щоденно на устах?</w:t>
      </w:r>
    </w:p>
    <w:p>
      <w:r>
        <w:br/>
        <w:t>Тартюф&lt;br /&gt;</w:t>
        <w:br/>
        <w:t>Коли це страх, що нам не буде з неба згоди,&lt;br /&gt;</w:t>
        <w:br/>
        <w:t>Я легко збавлю вас такої перешкоди;&lt;br /&gt;</w:t>
        <w:br/>
        <w:t>Хай серця вашого не здержує вона.</w:t>
      </w:r>
    </w:p>
    <w:p>
      <w:r>
        <w:br/>
        <w:t>Ельміра&lt;br /&gt;</w:t>
        <w:br/>
        <w:t>Але небесний суд — то, кажуть, річ страшна.</w:t>
      </w:r>
    </w:p>
    <w:p>
      <w:r>
        <w:br/>
        <w:t>Тартюф&lt;br /&gt;</w:t>
        <w:br/>
        <w:t>Я ці страхи смішні відразу вам розвію,&lt;br /&gt;</w:t>
        <w:br/>
        <w:t>Вагання зняти всі я дуже добре вмію.&lt;br /&gt;</w:t>
        <w:br/>
        <w:t>Так, небо деяких не дозволяє втіх.&lt;br /&gt;</w:t>
        <w:br/>
        <w:t>Порозумітися ж з ним можна в справах цих.&lt;br /&gt;</w:t>
        <w:br/>
        <w:t>Така наука є, щоб, як потреба каже,&lt;br /&gt;</w:t>
        <w:br/>
        <w:t>Вільніше попускать сумління, що нас в’яже.&lt;br /&gt;</w:t>
        <w:br/>
        <w:t>І вчинкам нашим злим оправдання знайти,&lt;br /&gt;</w:t>
        <w:br/>
        <w:t>Якщо ми робим їх для чистої мети.&lt;br /&gt;</w:t>
        <w:br/>
        <w:t>Ви потім навчитесь як слід ції науки,&lt;br /&gt;</w:t>
        <w:br/>
        <w:t>А поки що себе мені віддайте в руки;&lt;br /&gt;</w:t>
        <w:br/>
        <w:t>Без ляку вдовольніть огонь бажань моїх,&lt;br /&gt;</w:t>
        <w:br/>
        <w:t>А винний буду я й візьму на себе гріх.</w:t>
      </w:r>
    </w:p>
    <w:p>
      <w:r>
        <w:br/>
        <w:t>Ельміра кашляє дужче.</w:t>
      </w:r>
    </w:p>
    <w:p>
      <w:r>
        <w:br/>
        <w:t>Ви кашель маєте.</w:t>
      </w:r>
    </w:p>
    <w:p>
      <w:r>
        <w:br/>
        <w:t>Ельміра&lt;br /&gt;</w:t>
        <w:br/>
        <w:t>Я страдниця, та й годі.</w:t>
      </w:r>
    </w:p>
    <w:p>
      <w:r>
        <w:br/>
        <w:t>Тартюф&lt;br /&gt;</w:t>
        <w:br/>
        <w:t>А чи не стане вам пастильна ця в пригоді?</w:t>
      </w:r>
    </w:p>
    <w:p>
      <w:r>
        <w:br/>
        <w:t>Ельміра&lt;br /&gt;</w:t>
        <w:br/>
        <w:t>Це кашель навісний, тепер уже, мабуть,&lt;br /&gt;</w:t>
        <w:br/>
        <w:t>Ніякі пастильки його не проженуть.</w:t>
      </w:r>
    </w:p>
    <w:p>
      <w:r>
        <w:br/>
        <w:t>Тартюф&lt;br /&gt;</w:t>
        <w:br/>
        <w:t>Це неприємна річ.</w:t>
      </w:r>
    </w:p>
    <w:p>
      <w:r>
        <w:br/>
        <w:t>Ельміра&lt;br /&gt;</w:t>
        <w:br/>
        <w:t>Така, що й не сказати!</w:t>
      </w:r>
    </w:p>
    <w:p>
      <w:r>
        <w:br/>
        <w:t>Тартюф&lt;br /&gt;</w:t>
        <w:br/>
        <w:t>Нарешті легко вам вагання геть прогнати.&lt;br /&gt;</w:t>
        <w:br/>
        <w:t>Тут ваша таїна сховається навік.&lt;br /&gt;</w:t>
        <w:br/>
        <w:t>Лихе ж не зло само, а розголос і крик.&lt;br /&gt;</w:t>
        <w:br/>
        <w:t>Скандал перед людьми вражає справді віру,&lt;br /&gt;</w:t>
        <w:br/>
        <w:t>Але не є гріхом грішити потаймиру.</w:t>
      </w:r>
    </w:p>
    <w:p>
      <w:r>
        <w:br/>
        <w:t>Ельміра&lt;br /&gt;</w:t>
        <w:br/>
        <w:t>(кашляє дужче і стукає об стіл)&lt;br /&gt;</w:t>
        <w:br/>
        <w:t>Я бачу, що мені скоритись час прийшов&lt;br /&gt;</w:t>
        <w:br/>
        <w:t>І все віддати вам, що віддає любов;&lt;br /&gt;</w:t>
        <w:br/>
        <w:t>Що меншим коштом я не смію сподіватись&lt;br /&gt;</w:t>
        <w:br/>
        <w:t>Задовольнити вас і з вами сквитуватись.&lt;br /&gt;</w:t>
        <w:br/>
        <w:t>Це сумно вдіяти, по правді вам скажу,&lt;br /&gt;</w:t>
        <w:br/>
        <w:t>Я зовсім нехотя переступлю межу;&lt;br /&gt;</w:t>
        <w:br/>
        <w:t>Але коли вже так ведуть мене до того,&lt;br /&gt;</w:t>
        <w:br/>
        <w:t>Як віри все не ймуть, не слухають нічого,&lt;br /&gt;</w:t>
        <w:br/>
        <w:t>Коли упевнитись бажають виразніш,&lt;br /&gt;</w:t>
        <w:br/>
        <w:t>То вже послухаєш людей і вдовольниш.&lt;br /&gt;</w:t>
        <w:br/>
        <w:t>Коли в цім послуху образа буде богу,&lt;br /&gt;</w:t>
        <w:br/>
        <w:t>Зле буде з тим, хто звів мене на цю дорогу.&lt;br /&gt;</w:t>
        <w:br/>
        <w:t>І певно, що не я вину собі візьму.</w:t>
      </w:r>
    </w:p>
    <w:p>
      <w:r>
        <w:br/>
        <w:t>Тартюф&lt;br /&gt;</w:t>
        <w:br/>
        <w:t>Так, пані, я прийму; а про вину саму…</w:t>
      </w:r>
    </w:p>
    <w:p>
      <w:r>
        <w:br/>
        <w:t>Ельміра&lt;br /&gt;</w:t>
        <w:br/>
        <w:t>Прошу вас, відчиніть та визирніть із хати,&lt;br /&gt;</w:t>
        <w:br/>
        <w:t>Чи чоловіка там де-небудь не видати?</w:t>
      </w:r>
    </w:p>
    <w:p>
      <w:r>
        <w:br/>
        <w:t>Тартюф&lt;br /&gt;</w:t>
        <w:br/>
        <w:t>І що вам за печаль журитися за ним?&lt;br /&gt;</w:t>
        <w:br/>
        <w:t>Ми можем сим панком крутити, як дурним,&lt;br /&gt;</w:t>
        <w:br/>
        <w:t>З таємних сих розмов радіє він без міри,&lt;br /&gt;</w:t>
        <w:br/>
        <w:t>Коли ж побачить що, то все ж не пійме віри.</w:t>
      </w:r>
    </w:p>
    <w:p>
      <w:r>
        <w:br/>
        <w:t>Ельміра&lt;br /&gt;</w:t>
        <w:br/>
        <w:t>Дарма, ви все ж таки, прошу я вас, підіть&lt;br /&gt;</w:t>
        <w:br/>
        <w:t>Та за дверима скрізь гарненько позирніть.</w:t>
      </w:r>
    </w:p>
    <w:p>
      <w:r>
        <w:br/>
        <w:t>ЯВА 6</w:t>
      </w:r>
    </w:p>
    <w:p>
      <w:r>
        <w:br/>
        <w:t>Оргон, Ельміра.</w:t>
      </w:r>
    </w:p>
    <w:p>
      <w:r>
        <w:br/>
        <w:t>Оргон&lt;br /&gt;</w:t>
        <w:br/>
        <w:t>(вилазячи з-під стола)&lt;br /&gt;</w:t>
        <w:br/>
        <w:t>Оце скажу! Чи хто видав таку личину!&lt;br /&gt;</w:t>
        <w:br/>
        <w:t>Я аж нетямлюся, я з гніву тут загину!</w:t>
      </w:r>
    </w:p>
    <w:p>
      <w:r>
        <w:br/>
        <w:t>Ельміра&lt;br /&gt;</w:t>
        <w:br/>
        <w:t>А ви вже й вилізли? Так іцо це?&lt;br /&gt;</w:t>
        <w:br/>
        <w:t>Жарт для вас? Іще ховайтеся, бо зовсім ще не час.&lt;br /&gt;</w:t>
        <w:br/>
        <w:t>Чекайте до щнця, щоб знати вочевидьки,&lt;br /&gt;</w:t>
        <w:br/>
        <w:t>А не звіряйтеся на всякі прості сплітки.</w:t>
      </w:r>
    </w:p>
    <w:p>
      <w:r>
        <w:br/>
        <w:t>Оргон&lt;br /&gt;</w:t>
        <w:br/>
        <w:t>Чи пекло бачило тварину більш гидку!</w:t>
      </w:r>
    </w:p>
    <w:p>
      <w:r>
        <w:br/>
        <w:t>Ельміра&lt;br /&gt;</w:t>
        <w:br/>
        <w:t>О боже! Нащо ж так судити нашвидку!&lt;br /&gt;</w:t>
        <w:br/>
        <w:t>Ні, дайте впевнить вас, та вже тоді й гнівіться;&lt;br /&gt;</w:t>
        <w:br/>
        <w:t>Не поспішайте так, бо можна помилиться.&lt;br /&gt;</w:t>
        <w:br/>
        <w:t>(Становить Оргона за собою).</w:t>
      </w:r>
    </w:p>
    <w:p>
      <w:r>
        <w:br/>
        <w:t>ЯВА 7</w:t>
      </w:r>
    </w:p>
    <w:p>
      <w:r>
        <w:br/>
        <w:t>Тартюф, Ельміра, Оргон.</w:t>
      </w:r>
    </w:p>
    <w:p>
      <w:r>
        <w:br/>
        <w:t>Тартюф&lt;br /&gt;</w:t>
        <w:br/>
        <w:t>(не помічаючи Оргона)&lt;br /&gt;</w:t>
        <w:br/>
        <w:t>Сприяє все мені задля моїх утіх.&lt;br /&gt;</w:t>
        <w:br/>
        <w:t>Я добре обдививсь по закутках усіх:&lt;br /&gt;</w:t>
        <w:br/>
        <w:t>Нікого там нема, і з думкою ясною…</w:t>
      </w:r>
    </w:p>
    <w:p>
      <w:r>
        <w:br/>
        <w:t>В той час як Тартюф наближається, простягти руки, щоб обняти Ельміру, вона відхиляється, і Тартюф бачить Оргона.</w:t>
      </w:r>
    </w:p>
    <w:p>
      <w:r>
        <w:br/>
        <w:t>Оргон&lt;br /&gt;</w:t>
        <w:br/>
        <w:t>(спиняючи Тартюфа)&lt;br /&gt;</w:t>
        <w:br/>
        <w:t>Заждіть, не кваптесь так з любовною жагою!&lt;br /&gt;</w:t>
        <w:br/>
        <w:t>І серденька свого так дуже не паліть.&lt;br /&gt;</w:t>
        <w:br/>
        <w:t>Ага! Свята душе! Вже годі нас дурить!&lt;br /&gt;</w:t>
        <w:br/>
        <w:t>Як легко спокута вас біс до злого вчину!&lt;br /&gt;</w:t>
        <w:br/>
        <w:t>Ви сватали дочку, а зводили дружину.&lt;br /&gt;</w:t>
        <w:br/>
        <w:t>Я все не розумів, до чого ви йдете,&lt;br /&gt;</w:t>
        <w:br/>
        <w:t>І ждав, що скажете ви щось зовсім не те.&lt;br /&gt;</w:t>
        <w:br/>
        <w:t>Але вже з дослідом дійшлось тепер до краю&lt;br /&gt;</w:t>
        <w:br/>
        <w:t>І більше доказів я мати не бажаю.</w:t>
      </w:r>
    </w:p>
    <w:p>
      <w:r>
        <w:br/>
        <w:t>Ельміра&lt;br /&gt;</w:t>
        <w:br/>
        <w:t>(до Тартюфа)&lt;br /&gt;</w:t>
        <w:br/>
        <w:t>В тім, що зробила я, для мене честь мала,&lt;br /&gt;</w:t>
        <w:br/>
        <w:t>Але до цього я примушена була.</w:t>
      </w:r>
    </w:p>
    <w:p>
      <w:r>
        <w:br/>
        <w:t>Тартюф&lt;br /&gt;</w:t>
        <w:br/>
        <w:t>(до Оргона)&lt;br /&gt;</w:t>
        <w:br/>
        <w:t>Як! Ви вже певні!</w:t>
      </w:r>
    </w:p>
    <w:p>
      <w:r>
        <w:br/>
        <w:t>Оргон&lt;br /&gt;</w:t>
        <w:br/>
        <w:t>Ну, без крику; не вгинайтесь,&lt;br /&gt;</w:t>
        <w:br/>
        <w:t>I зараз же мені з будинку вибирайтесь.</w:t>
      </w:r>
    </w:p>
    <w:p>
      <w:r>
        <w:br/>
        <w:t>Тартюф&lt;br /&gt;</w:t>
        <w:br/>
        <w:t>Таж обіцяли ви…</w:t>
      </w:r>
    </w:p>
    <w:p>
      <w:r>
        <w:br/>
        <w:t>Оргон&lt;br /&gt;</w:t>
        <w:br/>
        <w:t>Не час розмовам цим.&lt;br /&gt;</w:t>
        <w:br/>
        <w:t>Вам треба зараз же покинути цей дім.</w:t>
      </w:r>
    </w:p>
    <w:p>
      <w:r>
        <w:br/>
        <w:t>Тартюф&lt;br /&gt;</w:t>
        <w:br/>
        <w:t>Це вам іти відсіль, хоча ви й горді, дане;&lt;br /&gt;</w:t>
        <w:br/>
        <w:t>Будинок мій, нехай про це відомо стане,&lt;br /&gt;</w:t>
        <w:br/>
        <w:t>І я вам покажу, що ця крутня гидка&lt;br /&gt;</w:t>
        <w:br/>
        <w:t>І сварка ця мене ні трошки не зляка.&lt;br /&gt;</w:t>
        <w:br/>
        <w:t>Що, гайячи мене, нелегко дійдуть справи,&lt;br /&gt;</w:t>
        <w:br/>
        <w:t>Що в мене спосіб є розбити план лукавий,&lt;br /&gt;</w:t>
        <w:br/>
        <w:t>За небо скривджене помститись і скарать&lt;br /&gt;</w:t>
        <w:br/>
        <w:t>Тих, що тепер мене так вигнати хотять.</w:t>
      </w:r>
    </w:p>
    <w:p>
      <w:r>
        <w:br/>
        <w:t>ЯВА 8</w:t>
      </w:r>
    </w:p>
    <w:p>
      <w:r>
        <w:br/>
        <w:t>Ельміра, Оргон.</w:t>
      </w:r>
    </w:p>
    <w:p>
      <w:r>
        <w:br/>
        <w:t>Ельміра&lt;br /&gt;</w:t>
        <w:br/>
        <w:t>Про що він тут казав? І що це означає?</w:t>
      </w:r>
    </w:p>
    <w:p>
      <w:r>
        <w:br/>
        <w:t>Оргон&lt;br /&gt;</w:t>
        <w:br/>
        <w:t>Боюсь я, далебі. Так, жарту в цім немає.</w:t>
      </w:r>
    </w:p>
    <w:p>
      <w:r>
        <w:br/>
        <w:t>Ельміра&lt;br /&gt;</w:t>
        <w:br/>
        <w:t>Як?</w:t>
      </w:r>
    </w:p>
    <w:p>
      <w:r>
        <w:br/>
        <w:t>Оргон&lt;br /&gt;</w:t>
        <w:br/>
        <w:t>Помилку свою побачив я з цих слів.&lt;br /&gt;</w:t>
        <w:br/>
        <w:t>Той запис на мій дім клопоту наробив.</w:t>
      </w:r>
    </w:p>
    <w:p>
      <w:r>
        <w:br/>
        <w:t>Ельміра&lt;br /&gt;</w:t>
        <w:br/>
        <w:t>Який там запис?</w:t>
      </w:r>
    </w:p>
    <w:p>
      <w:r>
        <w:br/>
        <w:t>Оргон&lt;br /&gt;</w:t>
        <w:br/>
        <w:t>Так, це діло вже пропало,&lt;br /&gt;</w:t>
        <w:br/>
        <w:t>Та й інша річ мене турбує ще чимало.</w:t>
      </w:r>
    </w:p>
    <w:p>
      <w:r>
        <w:br/>
        <w:t>Ельміра&lt;br /&gt;</w:t>
        <w:br/>
        <w:t>Що знов?</w:t>
      </w:r>
    </w:p>
    <w:p>
      <w:r>
        <w:br/>
        <w:t>Оргон&lt;br /&gt;</w:t>
        <w:br/>
        <w:t>Дізнаєтесь. Але загляну вмить,&lt;br /&gt;</w:t>
        <w:br/>
        <w:t>Чи певна скринька там у хаті ще стоїть.</w:t>
      </w:r>
    </w:p>
    <w:p>
      <w:r>
        <w:br/>
        <w:t>ДІЯ П'ЯТА</w:t>
      </w:r>
    </w:p>
    <w:p>
      <w:r>
        <w:br/>
        <w:t>ЯВА 1</w:t>
      </w:r>
    </w:p>
    <w:p>
      <w:r>
        <w:br/>
        <w:t>Оргон, Клеант.</w:t>
      </w:r>
    </w:p>
    <w:p>
      <w:r>
        <w:br/>
        <w:t>Клеант&lt;br /&gt;</w:t>
        <w:br/>
        <w:t>Куди ви біжите?&lt;br /&gt;</w:t>
        <w:br/>
        <w:t>Оргон Чи знаю ж я!</w:t>
      </w:r>
    </w:p>
    <w:p>
      <w:r>
        <w:br/>
        <w:t>Клеант&lt;br /&gt;</w:t>
        <w:br/>
        <w:t>До ладу&lt;br /&gt;</w:t>
        <w:br/>
        <w:t>Було б, гадаю, перш усім зійтись на раду&lt;br /&gt;</w:t>
        <w:br/>
        <w:t>І в цій пригоді щось намислити гуртом.</w:t>
      </w:r>
    </w:p>
    <w:p>
      <w:r>
        <w:br/>
        <w:t>Оргон&lt;br /&gt;</w:t>
        <w:br/>
        <w:t>З цією скринькою збентеживсь я цілком.&lt;br /&gt;</w:t>
        <w:br/>
        <w:t>Про інше тяжко так не міг би я журиться.</w:t>
      </w:r>
    </w:p>
    <w:p>
      <w:r>
        <w:br/>
        <w:t>Клеант&lt;br /&gt;</w:t>
        <w:br/>
        <w:t>То, певно, в скриньці тій поважна таємниця?</w:t>
      </w:r>
    </w:p>
    <w:p>
      <w:r>
        <w:br/>
        <w:t>Оргон&lt;br /&gt;</w:t>
        <w:br/>
        <w:t>Цю саму скриньку мій нещасний друг Аргас&lt;br /&gt;</w:t>
        <w:br/>
        <w:t>На схованку до рук віддав мені в той час,&lt;br /&gt;</w:t>
        <w:br/>
        <w:t>Як утікав. Ми з ним найбільшу приязнь мали.&lt;br /&gt;</w:t>
        <w:br/>
        <w:t>Він говорив мені, що там лежать шпаргали,&lt;br /&gt;</w:t>
        <w:br/>
        <w:t>Його ж добро й життя залежало від них.</w:t>
      </w:r>
    </w:p>
    <w:p>
      <w:r>
        <w:br/>
        <w:t>Клеант&lt;br /&gt;</w:t>
        <w:br/>
        <w:t>Навіщо ж оддали ви їх до рук чужих?</w:t>
      </w:r>
    </w:p>
    <w:p>
      <w:r>
        <w:br/>
        <w:t>Оргон&lt;br /&gt;</w:t>
        <w:br/>
        <w:t>Це сталось так: моє сумління винне в тому.&lt;br /&gt;</w:t>
        <w:br/>
        <w:t>Якось признався я про це тому гидкому;&lt;br /&gt;</w:t>
        <w:br/>
        <w:t>Як став же радить він, то я вже й сам знайшов,&lt;br /&gt;</w:t>
        <w:br/>
        <w:t>Що краще скриньку цю віддать йому на схов.&lt;br /&gt;</w:t>
        <w:br/>
        <w:t>На те, щоб відректись, найменший мав я клопіт,&lt;br /&gt;</w:t>
        <w:br/>
        <w:t>Якби за скриньку ту взяли мене на допит,'&lt;br /&gt;</w:t>
        <w:br/>
        <w:t>І щоб, сумління вже свого не боячись,&lt;br /&gt;</w:t>
        <w:br/>
        <w:t>Незгідно з правдою я міг заприсяґтись.</w:t>
      </w:r>
    </w:p>
    <w:p>
      <w:r>
        <w:br/>
        <w:t>Клеант&lt;br /&gt;</w:t>
        <w:br/>
        <w:t>То кепсько; так мене принаймні це вражає.&lt;br /&gt;</w:t>
        <w:br/>
        <w:t>Той дар і тайна та, яку від вас він має, —&lt;br /&gt;</w:t>
        <w:br/>
        <w:t>Коли вже щиро вам сказати погляд свій, —&lt;br /&gt;</w:t>
        <w:br/>
        <w:t>Ви в необачності замислили своїй,&lt;br /&gt;</w:t>
        <w:br/>
        <w:t>Ви віддались йому з довірою такою;&lt;br /&gt;</w:t>
        <w:br/>
        <w:t>Цей чоловік на вас готову держить зброю,&lt;br /&gt;</w:t>
        <w:br/>
        <w:t>І гнівати його — то небезпечна річ.&lt;br /&gt;</w:t>
        <w:br/>
        <w:t>Вам треба б лагідно його позбути з пліч.</w:t>
      </w:r>
    </w:p>
    <w:p>
      <w:r>
        <w:br/>
        <w:t>Оргон&lt;br /&gt;</w:t>
        <w:br/>
        <w:t>І він здававсь мені таким святим та божим,&lt;br /&gt;</w:t>
        <w:br/>
        <w:t>А в серці був таким нещирим і негожим!..&lt;br /&gt;</w:t>
        <w:br/>
        <w:t>Як старця, я тоді прийняв його й пригрів!..&lt;br /&gt;</w:t>
        <w:br/>
        <w:t>Ні, вже зрікаюсь я тепер святих людців.&lt;br /&gt;</w:t>
        <w:br/>
        <w:t>Я їх стріватиму гидливістю страшною&lt;br /&gt;</w:t>
        <w:br/>
        <w:t>І буду задля них найгіршим сатаною.</w:t>
      </w:r>
    </w:p>
    <w:p>
      <w:r>
        <w:br/>
        <w:t>Клеант&lt;br /&gt;</w:t>
        <w:br/>
        <w:t>Еге, оце вже в вас палкий занадто гнів;&lt;br /&gt;</w:t>
        <w:br/>
        <w:t>Ваш розсуд лагідний за вітром полетів.&lt;br /&gt;</w:t>
        <w:br/>
        <w:t>Правдивий розум вам не робить більш послугу;&lt;br /&gt;</w:t>
        <w:br/>
        <w:t>З одної крайності ви кинулись у другу.&lt;br /&gt;</w:t>
        <w:br/>
        <w:t>Ви помилку свою побачили в цей час,&lt;br /&gt;</w:t>
        <w:br/>
        <w:t>Що щирість брехуна приваблювала вас;&lt;br /&gt;</w:t>
        <w:br/>
        <w:t>Але не бачу я потреби, щоб ви впали&lt;br /&gt;</w:t>
        <w:br/>
        <w:t>Ще в більшу помилку і першу тим справляли,&lt;br /&gt;</w:t>
        <w:br/>
        <w:t>Змішавши в гурт один нікчему-брехуна&lt;br /&gt;</w:t>
        <w:br/>
        <w:t>З людиною, яка неправди вік не зна.&lt;br /&gt;</w:t>
        <w:br/>
        <w:t>Вас одурив шахрай, з одвагою такою,&lt;br /&gt;</w:t>
        <w:br/>
        <w:t>Бундючним виглядом і міною пісною, —&lt;br /&gt;</w:t>
        <w:br/>
        <w:t>То вже здається вам, що всі такі, як цей,&lt;br /&gt;</w:t>
        <w:br/>
        <w:t>Що вже побожності нема проміж людей.&lt;br /&gt;</w:t>
        <w:br/>
        <w:t>Такі дурні думки безбожні можуть мати,&lt;br /&gt;</w:t>
        <w:br/>
        <w:t>А вам годилось би чесноту відрізняти.&lt;br /&gt;</w:t>
        <w:br/>
        <w:t>Не кваптесь полюблять людину в одну мить;&lt;br /&gt;</w:t>
        <w:br/>
        <w:t>У цьому ділі ви серединою йдіть.&lt;br /&gt;</w:t>
        <w:br/>
        <w:t>Личині прибраній шаноби не давайте,&lt;br /&gt;</w:t>
        <w:br/>
        <w:t>Але й побожної душі не ображайте.&lt;br /&gt;</w:t>
        <w:br/>
        <w:t>Коли ж не можна вам без помилок таких,&lt;br /&gt;</w:t>
        <w:br/>
        <w:t>Тоді вже краще ви впадайте в перший гріх.</w:t>
      </w:r>
    </w:p>
    <w:p>
      <w:r>
        <w:br/>
        <w:t>ЯВА 2</w:t>
      </w:r>
    </w:p>
    <w:p>
      <w:r>
        <w:br/>
        <w:t>Оргон, Клеант, Даміс.</w:t>
      </w:r>
    </w:p>
    <w:p>
      <w:r>
        <w:br/>
        <w:t>Даміс&lt;br /&gt;</w:t>
        <w:br/>
        <w:t>Чи справді, батьку, той шахрай на вас чигає,&lt;br /&gt;</w:t>
        <w:br/>
        <w:t>Від вас усе добро в непам’ять повертає?&lt;br /&gt;</w:t>
        <w:br/>
        <w:t>I в гидості своїй, що будить правий гнів,&lt;br /&gt;</w:t>
        <w:br/>
        <w:t>З чесноти вашої на вас же сітку сплів?</w:t>
      </w:r>
    </w:p>
    <w:p>
      <w:r>
        <w:br/>
        <w:t>Оргон&lt;br /&gt;</w:t>
        <w:br/>
        <w:t>Так, сину, і душа моя болить без краю.</w:t>
      </w:r>
    </w:p>
    <w:p>
      <w:r>
        <w:br/>
        <w:t>Даміс&lt;br /&gt;</w:t>
        <w:br/>
        <w:t>Ага! Ну, то йому я вуха повтинаю.&lt;br /&gt;</w:t>
        <w:br/>
        <w:t>З напасником таким вагатися не час.&lt;br /&gt;</w:t>
        <w:br/>
        <w:t>Мій клопіт, щоб його прийняти геть од вас,&lt;br /&gt;</w:t>
        <w:br/>
        <w:t>Я задавлю його, то швидше буде справа.</w:t>
      </w:r>
    </w:p>
    <w:p>
      <w:r>
        <w:br/>
        <w:t>Клеант&lt;br /&gt;</w:t>
        <w:br/>
        <w:t>Отак, як бачите, говорить молодь жвава.&lt;br /&gt;</w:t>
        <w:br/>
        <w:t>Вгамуйтесь трішечки і втиште гнів палкий;&lt;br /&gt;</w:t>
        <w:br/>
        <w:t>Такий у нас король і вік тепер такий,&lt;br /&gt;</w:t>
        <w:br/>
        <w:t>Що не насильство нам у справі допоможе.</w:t>
      </w:r>
    </w:p>
    <w:p>
      <w:r>
        <w:br/>
        <w:t>ЯВА 3</w:t>
      </w:r>
    </w:p>
    <w:p>
      <w:r>
        <w:br/>
        <w:t>Пані Пернель, Оргон, Ельміра, Клеант, Мар’яна, Даміс, Доріна.</w:t>
      </w:r>
    </w:p>
    <w:p>
      <w:r>
        <w:br/>
        <w:t>Пані Пернель&lt;br /&gt;</w:t>
        <w:br/>
        <w:t>Що це? Я чую, тут таке страшне, негоже!</w:t>
      </w:r>
    </w:p>
    <w:p>
      <w:r>
        <w:br/>
        <w:t>Оргон&lt;br /&gt;</w:t>
        <w:br/>
        <w:t>Це новина, що їй отут я свідком був.&lt;br /&gt;</w:t>
        <w:br/>
        <w:t>Як бачите, собі подяки я здобув&lt;br /&gt;</w:t>
        <w:br/>
        <w:t>За клопоти; прийняв злиденного, як брата,&lt;br /&gt;</w:t>
        <w:br/>
        <w:t>Притулком, захистом йому стає ця хата.&lt;br /&gt;</w:t>
        <w:br/>
        <w:t>Щодня він гойності моєї зазнає,&lt;br /&gt;</w:t>
        <w:br/>
        <w:t>Я дав йому дочку і все добро своє, —&lt;br /&gt;</w:t>
        <w:br/>
        <w:t>А зрадник цей гидкий наважився, неситий,&lt;br /&gt;</w:t>
        <w:br/>
        <w:t>На гріх стидкий мою дружину спокусити.&lt;br /&gt;</w:t>
        <w:br/>
        <w:t>Та не спинилася на тому твар гидка:&lt;br /&gt;</w:t>
        <w:br/>
        <w:t>За все моє добро мене ж тепер ляка&lt;br /&gt;</w:t>
        <w:br/>
        <w:t>І хоче зруйнувать мене, — бо має зброю,&lt;br /&gt;</w:t>
        <w:br/>
        <w:t>Що сам я дав йому довірою дурною, —&lt;br /&gt;</w:t>
        <w:br/>
        <w:t>Із дому вигнати, де я його прийняв,&lt;br /&gt;</w:t>
        <w:br/>
        <w:t>І в злидні кинути, з яких його я взяв.</w:t>
      </w:r>
    </w:p>
    <w:p>
      <w:r>
        <w:br/>
        <w:t>Доріна&lt;br /&gt;</w:t>
        <w:br/>
        <w:t>Нещасний!</w:t>
      </w:r>
    </w:p>
    <w:p>
      <w:r>
        <w:br/>
        <w:t>Пані Пернель&lt;br /&gt;</w:t>
        <w:br/>
        <w:t>Сину, я не можу йняти віри,&lt;br /&gt;</w:t>
        <w:br/>
        <w:t>Щоб міг чинити він огидно так без міри.</w:t>
      </w:r>
    </w:p>
    <w:p>
      <w:r>
        <w:br/>
        <w:t>Оргон&lt;br /&gt;</w:t>
        <w:br/>
        <w:t>Як!&lt;br /&gt;</w:t>
        <w:br/>
        <w:t>Пані Пернель Людям праведним завидують усі.</w:t>
      </w:r>
    </w:p>
    <w:p>
      <w:r>
        <w:br/>
        <w:t>Оргон&lt;br /&gt;</w:t>
        <w:br/>
        <w:t>Але скажіть, куди ведуть розмови ці,&lt;br /&gt;</w:t>
        <w:br/>
        <w:t>Матусю?</w:t>
      </w:r>
    </w:p>
    <w:p>
      <w:r>
        <w:br/>
        <w:t>Пані Пернель&lt;br /&gt;</w:t>
        <w:br/>
        <w:t>Живете ви бог зна по-цкому,&lt;br /&gt;</w:t>
        <w:br/>
        <w:t>І бачу я, що він не милий тут нікому.</w:t>
      </w:r>
    </w:p>
    <w:p>
      <w:r>
        <w:br/>
        <w:t>Оргон&lt;br /&gt;</w:t>
        <w:br/>
        <w:t>Чи це ж стосується до речі? Як і чим?</w:t>
      </w:r>
    </w:p>
    <w:p>
      <w:r>
        <w:br/>
        <w:t>Пані Пернель&lt;br /&gt;</w:t>
        <w:br/>
        <w:t>Вже ж я казала вам не раз іще малим:&lt;br /&gt;</w:t>
        <w:br/>
        <w:t>Чеснота на землі щодня терпить напасті;&lt;br /&gt;</w:t>
        <w:br/>
        <w:t>Хоч заздрісні помруть, то заздрощам не впасти.</w:t>
      </w:r>
    </w:p>
    <w:p>
      <w:r>
        <w:br/>
        <w:t>Оргон&lt;br /&gt;</w:t>
        <w:br/>
        <w:t>Чи з тим, про що в нас річ, зв’язок тут може буть?</w:t>
      </w:r>
    </w:p>
    <w:p>
      <w:r>
        <w:br/>
        <w:t>Пані Пернель&lt;br /&gt;</w:t>
        <w:br/>
        <w:t>Вам сто дурних казок про його наплетуть.</w:t>
      </w:r>
    </w:p>
    <w:p>
      <w:r>
        <w:br/>
        <w:t>Оргон&lt;br /&gt;</w:t>
        <w:br/>
        <w:t>Кажу ж: я бачив сам усе на власні очі.</w:t>
      </w:r>
    </w:p>
    <w:p>
      <w:r>
        <w:br/>
        <w:t>Пані Пернель&lt;br /&gt;</w:t>
        <w:br/>
        <w:t>Створіння заздрісні злоречити охочі.</w:t>
      </w:r>
    </w:p>
    <w:p>
      <w:r>
        <w:br/>
        <w:t>Оргон&lt;br /&gt;</w:t>
        <w:br/>
        <w:t>Я буду лаятись. Адже ж кажу я вам,&lt;br /&gt;</w:t>
        <w:br/>
        <w:t>Що той гидкий його я злочин бачив сам.</w:t>
      </w:r>
    </w:p>
    <w:p>
      <w:r>
        <w:br/>
        <w:t>Пані Пернель&lt;br /&gt;</w:t>
        <w:br/>
        <w:t>Злосливі язики насіють скрізь отрути,&lt;br /&gt;</w:t>
        <w:br/>
        <w:t>І захисту від них ніде не може бути.</w:t>
      </w:r>
    </w:p>
    <w:p>
      <w:r>
        <w:br/>
        <w:t>Оргон&lt;br /&gt;</w:t>
        <w:br/>
        <w:t>Ви неподобну річ якусь тут ведете,&lt;br /&gt;</w:t>
        <w:br/>
        <w:t>Я бачив, бачив сам, очима бачив те;&lt;br /&gt;</w:t>
        <w:br/>
        <w:t>Що зветься: бачив сам. Як треба ще казати?&lt;br /&gt;</w:t>
        <w:br/>
        <w:t>Товкти по сто разів? За чотирьох кричати?</w:t>
      </w:r>
    </w:p>
    <w:p>
      <w:r>
        <w:br/>
        <w:t>Пані Пернель&lt;br /&gt;</w:t>
        <w:br/>
        <w:t>О боже! Найчастіш нас дурить зверхній вид;&lt;br /&gt;</w:t>
        <w:br/>
        <w:t>На те, що бачим ми, звірятися не слід.</w:t>
      </w:r>
    </w:p>
    <w:p>
      <w:r>
        <w:br/>
        <w:t>Оргон&lt;br /&gt;</w:t>
        <w:br/>
        <w:t>Я лютий!</w:t>
      </w:r>
    </w:p>
    <w:p>
      <w:r>
        <w:br/>
        <w:t>Пані Пернель&lt;br /&gt;</w:t>
        <w:br/>
        <w:t>Підозрінь дурних ми стільки маєм,&lt;br /&gt;</w:t>
        <w:br/>
        <w:t>І добрі вчинки злом так часто виясняєм!..</w:t>
      </w:r>
    </w:p>
    <w:p>
      <w:r>
        <w:br/>
        <w:t>Оргон&lt;br /&gt;</w:t>
        <w:br/>
        <w:t>То милосердям я повинен пояснять,&lt;br /&gt;</w:t>
        <w:br/>
        <w:t>Що він хотів мою дружину цілувать?</w:t>
      </w:r>
    </w:p>
    <w:p>
      <w:r>
        <w:br/>
        <w:t>Пані Пернель&lt;br /&gt;</w:t>
        <w:br/>
        <w:t>Не можна ж так людей судити без причини;&lt;br /&gt;</w:t>
        <w:br/>
        <w:t>Добути треба б вам певніший факт провини.</w:t>
      </w:r>
    </w:p>
    <w:p>
      <w:r>
        <w:br/>
        <w:t>Оргон&lt;br /&gt;</w:t>
        <w:br/>
        <w:t>До ката! Як же ще впевнятись більш я міг?&lt;br /&gt;</w:t>
        <w:br/>
        <w:t>Чи ждати мав, щоб він тут на очах моїх&lt;br /&gt;</w:t>
        <w:br/>
        <w:t>Почав… От ще скажу таке, що не подоба.</w:t>
      </w:r>
    </w:p>
    <w:p>
      <w:r>
        <w:br/>
        <w:t>Пані Пернель&lt;br /&gt;</w:t>
        <w:br/>
        <w:t>В його душі одна пречистая жадоба;&lt;br /&gt;</w:t>
        <w:br/>
        <w:t>І я не уявлю ніяк того в думках,&lt;br /&gt;</w:t>
        <w:br/>
        <w:t>Щоб він одважився на той непевний шлях.</w:t>
      </w:r>
    </w:p>
    <w:p>
      <w:r>
        <w:br/>
        <w:t>Оргон&lt;br /&gt;</w:t>
        <w:br/>
        <w:t>Я аж нетямлюся. Якби мені не мати&lt;br /&gt;</w:t>
        <w:br/>
        <w:t>Були ви, хто зна, що я міг би вам сказати.</w:t>
      </w:r>
    </w:p>
    <w:p>
      <w:r>
        <w:br/>
        <w:t>Доріна&lt;br /&gt;</w:t>
        <w:br/>
        <w:t>(до Оргона)&lt;br /&gt;</w:t>
        <w:br/>
        <w:t>По правді сталося, добродію; ви нам&lt;br /&gt;</w:t>
        <w:br/>
        <w:t>Не вірили тоді — тепер не вірять вам.</w:t>
      </w:r>
    </w:p>
    <w:p>
      <w:r>
        <w:br/>
        <w:t>Клеант&lt;br /&gt;</w:t>
        <w:br/>
        <w:t>Ми тратимо свій час на зовсім марну зваду,&lt;br /&gt;</w:t>
        <w:br/>
        <w:t>А треба б нам тепер знайти собі пораду.&lt;br /&gt;</w:t>
        <w:br/>
        <w:t>Не спімо, бо на нас чигає той шахрай.</w:t>
      </w:r>
    </w:p>
    <w:p>
      <w:r>
        <w:br/>
        <w:t>Даміс&lt;br /&gt;</w:t>
        <w:br/>
        <w:t>Чи в безсоромності сягне він аж за край?</w:t>
      </w:r>
    </w:p>
    <w:p>
      <w:r>
        <w:br/>
        <w:t>Ельміра&lt;br /&gt;</w:t>
        <w:br/>
        <w:t>Я думаю, що з ним боротись нам несила,&lt;br /&gt;</w:t>
        <w:br/>
        <w:t>І вже тепер його невдячність зрозуміла.</w:t>
      </w:r>
    </w:p>
    <w:p>
      <w:r>
        <w:br/>
        <w:t>Клеант&lt;br /&gt;</w:t>
        <w:br/>
        <w:t>(до Оргона)&lt;br /&gt;</w:t>
        <w:br/>
        <w:t>Не вірте ви йому: у його спосіб є&lt;br /&gt;</w:t>
        <w:br/>
        <w:t>Справдити проти вас напасництво своє.&lt;br /&gt;</w:t>
        <w:br/>
        <w:t>І з меншим засобом хитрун меткий заплута&lt;br /&gt;</w:t>
        <w:br/>
        <w:t>Лукавством, підступом людину кожну в пута.&lt;br /&gt;</w:t>
        <w:br/>
        <w:t>З тією ж зброєю, що, має він на вас,&lt;br /&gt;</w:t>
        <w:br/>
        <w:t>Його дражнити вам зовсім було не час.</w:t>
      </w:r>
    </w:p>
    <w:p>
      <w:r>
        <w:br/>
        <w:t>Оргон&lt;br /&gt;</w:t>
        <w:br/>
        <w:t>Це так, та що ж робить?&lt;br /&gt;</w:t>
        <w:br/>
        <w:t>Допік мені цей клятий,&lt;br /&gt;</w:t>
        <w:br/>
        <w:t>І я не міг ніяк свій правий гнів стримати.</w:t>
      </w:r>
    </w:p>
    <w:p>
      <w:r>
        <w:br/>
        <w:t>Клеант&lt;br /&gt;</w:t>
        <w:br/>
        <w:t>Від серця хочу я, щоб згода хоч якась&lt;br /&gt;</w:t>
        <w:br/>
        <w:t>Між вами обома наново почалась.</w:t>
      </w:r>
    </w:p>
    <w:p>
      <w:r>
        <w:br/>
        <w:t>Ельміра&lt;br /&gt;</w:t>
        <w:br/>
        <w:t>Не знала я, що він такую має зброю,&lt;br /&gt;</w:t>
        <w:br/>
        <w:t>А то не завдала б такого неспокою.</w:t>
      </w:r>
    </w:p>
    <w:p>
      <w:r>
        <w:br/>
        <w:t>Оргон&lt;br /&gt;</w:t>
        <w:br/>
        <w:t>(до Доріни, побачивши Лояля)&lt;br /&gt;</w:t>
        <w:br/>
        <w:t>А цей чого прийшов? Довідайтесь підіть.&lt;br /&gt;</w:t>
        <w:br/>
        <w:t>Я саме в настрою з ким-небудь говорить!</w:t>
      </w:r>
    </w:p>
    <w:p>
      <w:r>
        <w:br/>
        <w:t>ЯВА 4</w:t>
      </w:r>
    </w:p>
    <w:p>
      <w:r>
        <w:br/>
        <w:t>Оргон, пані Пернель, Ельміра, Мар’яна, Клеант, Даміс, Доріна, Лоял ь.</w:t>
      </w:r>
    </w:p>
    <w:p>
      <w:r>
        <w:br/>
        <w:t>Лояль&lt;br /&gt;</w:t>
        <w:br/>
        <w:t>(до Доріни, з глибини сцени)&lt;br /&gt;</w:t>
        <w:br/>
        <w:t>Добридень, сестронько!&lt;br /&gt;</w:t>
        <w:br/>
        <w:t>Зробіть, прошу, кохана,&lt;br /&gt;</w:t>
        <w:br/>
        <w:t>Щоб з паном бачитись я міг…</w:t>
      </w:r>
    </w:p>
    <w:p>
      <w:r>
        <w:br/>
        <w:t>Доріна&lt;br /&gt;</w:t>
        <w:br/>
        <w:t>Он гості в пана;&lt;br /&gt;</w:t>
        <w:br/>
        <w:t>Навряд щоб бачити його вдалося вам.</w:t>
      </w:r>
    </w:p>
    <w:p>
      <w:r>
        <w:br/>
        <w:t>Лояль&lt;br /&gt;</w:t>
        <w:br/>
        <w:t>Я тут найменшої турботи не завдам.&lt;br /&gt;</w:t>
        <w:br/>
        <w:t>Не з неприємною прийшов я новиною,&lt;br /&gt;</w:t>
        <w:br/>
        <w:t>І він радітиме, спізнавшися зі мною.</w:t>
      </w:r>
    </w:p>
    <w:p>
      <w:r>
        <w:br/>
        <w:t>Доріна&lt;br /&gt;</w:t>
        <w:br/>
        <w:t>Як звати вас?</w:t>
      </w:r>
    </w:p>
    <w:p>
      <w:r>
        <w:br/>
        <w:t>Лояль&lt;br /&gt;</w:t>
        <w:br/>
        <w:t>Скажіть ви тільки, що для справ&lt;br /&gt;</w:t>
        <w:br/>
        <w:t>Прегарних пан Тартюф сюди мене прислав.</w:t>
      </w:r>
    </w:p>
    <w:p>
      <w:r>
        <w:br/>
        <w:t>Доріна&lt;br /&gt;</w:t>
        <w:br/>
        <w:t>(до Оргона)&lt;br /&gt;</w:t>
        <w:br/>
        <w:t>Добродія цього, що так говорить мило,&lt;br /&gt;</w:t>
        <w:br/>
        <w:t>Прислав сюди Тартюф. До вас він має діло,&lt;br /&gt;</w:t>
        <w:br/>
        <w:t>Що, каже, буде вам приємне.</w:t>
      </w:r>
    </w:p>
    <w:p>
      <w:r>
        <w:br/>
        <w:t>Клеант&lt;br /&gt;</w:t>
        <w:br/>
        <w:t>(до Оргона)&lt;br /&gt;</w:t>
        <w:br/>
        <w:t>Що ж, прийміть;&lt;br /&gt;</w:t>
        <w:br/>
        <w:t>Побачим, що воно й що буде говорить.</w:t>
      </w:r>
    </w:p>
    <w:p>
      <w:r>
        <w:br/>
        <w:t>Оргон&lt;br /&gt;</w:t>
        <w:br/>
        <w:t>(до Клеанта)&lt;br /&gt;</w:t>
        <w:br/>
        <w:t>Він, може, схоче нас до згоди навертати.&lt;br /&gt;</w:t>
        <w:br/>
        <w:t>Якії ж почуття я мушу виявляти?</w:t>
      </w:r>
    </w:p>
    <w:p>
      <w:r>
        <w:br/>
        <w:t>Клеант&lt;br /&gt;</w:t>
        <w:br/>
        <w:t>Вам треба здержати насамперед свій гнів&lt;br /&gt;</w:t>
        <w:br/>
        <w:t>І прислухатися до миротворних слів.</w:t>
      </w:r>
    </w:p>
    <w:p>
      <w:r>
        <w:br/>
        <w:t>Лояль&lt;br /&gt;</w:t>
        <w:br/>
        <w:t>(до Оргона)&lt;br /&gt;</w:t>
        <w:br/>
        <w:t>Привіт вам.&lt;br /&gt;</w:t>
        <w:br/>
        <w:t>Небо хай злодумців наших згубить&lt;br /&gt;</w:t>
        <w:br/>
        <w:t>І, як бажаю&lt;br /&gt;</w:t>
        <w:br/>
        <w:t>Я, нехай вас бог полюбить.</w:t>
      </w:r>
    </w:p>
    <w:p>
      <w:r>
        <w:br/>
        <w:t>Оргон&lt;br /&gt;</w:t>
        <w:br/>
        <w:t>(стиха до Клеанта)&lt;br /&gt;</w:t>
        <w:br/>
        <w:t>Цей любий вступ моїм відповіде думкам&lt;br /&gt;</w:t>
        <w:br/>
        <w:t>І згоду хоч якусь уже віщує нам.</w:t>
      </w:r>
    </w:p>
    <w:p>
      <w:r>
        <w:br/>
        <w:t>Лояль&lt;br /&gt;</w:t>
        <w:br/>
        <w:t>Родину вашу всю я змалку звик любити,&lt;br /&gt;</w:t>
        <w:br/>
        <w:t>Отцеві ж вашому нагоду мав служити.</w:t>
      </w:r>
    </w:p>
    <w:p>
      <w:r>
        <w:br/>
        <w:t>Оргон&lt;br /&gt;</w:t>
        <w:br/>
        <w:t>Добродію, простіть той сором мій, що я&lt;br /&gt;</w:t>
        <w:br/>
        <w:t>Не знаю, хто ви єсть і як вас на ім’я.</w:t>
      </w:r>
    </w:p>
    <w:p>
      <w:r>
        <w:br/>
        <w:t>Лояль&lt;br /&gt;</w:t>
        <w:br/>
        <w:t>Лояль я звусь. З Нормандії походжу.&lt;br /&gt;</w:t>
        <w:br/>
        <w:t>Я пристав судовий і цим хвалитись можу.&lt;br /&gt;</w:t>
        <w:br/>
        <w:t>Оце вже сорок літ пролинуло часу,&lt;br /&gt;</w:t>
        <w:br/>
        <w:t>Як цей приємний труд почесно я несу.&lt;br /&gt;</w:t>
        <w:br/>
        <w:t>З дозволу ж вашого прийшов я ознаймити,&lt;br /&gt;</w:t>
        <w:br/>
        <w:t>Що певний присуд ви повинні вдовольнити.</w:t>
      </w:r>
    </w:p>
    <w:p>
      <w:r>
        <w:br/>
        <w:t>Оргон&lt;br /&gt;</w:t>
        <w:br/>
        <w:t>Як! Ви прийшли…</w:t>
      </w:r>
    </w:p>
    <w:p>
      <w:r>
        <w:br/>
        <w:t>Лояль&lt;br /&gt;</w:t>
        <w:br/>
        <w:t>Заждіть, нема чого кричать:&lt;br /&gt;</w:t>
        <w:br/>
        <w:t>Це тільки акт, щоб ваш будинок одібрать,&lt;br /&gt;</w:t>
        <w:br/>
        <w:t>Вас викинути всіх і кожну річ рухому&lt;br /&gt;</w:t>
        <w:br/>
        <w:t>І дати вільний плац властителеві дому&lt;br /&gt;</w:t>
        <w:br/>
        <w:t>З всією пильністю, в неодволочний час.</w:t>
      </w:r>
    </w:p>
    <w:p>
      <w:r>
        <w:br/>
        <w:t>Оргон&lt;br /&gt;</w:t>
        <w:br/>
        <w:t>Як! Вигнати мене!..</w:t>
      </w:r>
    </w:p>
    <w:p>
      <w:r>
        <w:br/>
        <w:t>Лояль&lt;br /&gt;</w:t>
        <w:br/>
        <w:t>Так, милий пане, вас,&lt;br /&gt;</w:t>
        <w:br/>
        <w:t>Бо домові цьому, як знаєте самі ви,&lt;br /&gt;</w:t>
        <w:br/>
        <w:t>Ласкавий пан Тартюф хазяїн є правдивий,&lt;br /&gt;</w:t>
        <w:br/>
        <w:t>По силі запису, що вже в руках моїх,&lt;br /&gt;</w:t>
        <w:br/>
        <w:t>Тепер один він пан маєтків цих усіх.&lt;br /&gt;</w:t>
        <w:br/>
        <w:t>Все списано як слід, не можна сперечатись.</w:t>
      </w:r>
    </w:p>
    <w:p>
      <w:r>
        <w:br/>
        <w:t>Даміс&lt;br /&gt;</w:t>
        <w:br/>
        <w:t>На безсоромність цю нам треба дивуватись!</w:t>
      </w:r>
    </w:p>
    <w:p>
      <w:r>
        <w:br/>
        <w:t>Лояль&lt;br /&gt;</w:t>
        <w:br/>
        <w:t>Ця справа не до вас, і я кажу не вам,&lt;br /&gt;</w:t>
        <w:br/>
        <w:t>Я до добродія; він єсть розсудний сам;&lt;br /&gt;</w:t>
        <w:br/>
        <w:t>Він звик поводитись, як добрі, чесні люди,&lt;br /&gt;</w:t>
        <w:br/>
        <w:t>І проти присуду змагатися не буде.</w:t>
      </w:r>
    </w:p>
    <w:p>
      <w:r>
        <w:br/>
        <w:t>Оргон&lt;br /&gt;</w:t>
        <w:br/>
        <w:t>Але…</w:t>
      </w:r>
    </w:p>
    <w:p>
      <w:r>
        <w:br/>
        <w:t>Лояль&lt;br /&gt;</w:t>
        <w:br/>
        <w:t>Так, певний я: за цілий міліон&lt;br /&gt;</w:t>
        <w:br/>
        <w:t>Ви не захочете повстати на закон&lt;br /&gt;</w:t>
        <w:br/>
        <w:t>І згодитесь самі, як чесная особа,&lt;br /&gt;</w:t>
        <w:br/>
        <w:t>Щоб я прикази міг справдити, як подоба.</w:t>
      </w:r>
    </w:p>
    <w:p>
      <w:r>
        <w:br/>
        <w:t>Даміс&lt;br /&gt;</w:t>
        <w:br/>
        <w:t>Ой пане приставе, вже скоро мій ціпок&lt;br /&gt;</w:t>
        <w:br/>
        <w:t>Спізнає, чи тонкий ваш чорний жупанок!</w:t>
      </w:r>
    </w:p>
    <w:p>
      <w:r>
        <w:br/>
        <w:t>Лояль&lt;br /&gt;</w:t>
        <w:br/>
        <w:t>(до Оргона)&lt;br /&gt;</w:t>
        <w:br/>
        <w:t>Нехай ваш син мовчить, а ні — то вийде з хати,&lt;br /&gt;</w:t>
        <w:br/>
        <w:t>Бо шкода на папір усе те викладати&lt;br /&gt;</w:t>
        <w:br/>
        <w:t>І протокол на вас писати, як би слід.</w:t>
      </w:r>
    </w:p>
    <w:p>
      <w:r>
        <w:br/>
        <w:t>Доріна&lt;br /&gt;</w:t>
        <w:br/>
        <w:t>(набік)&lt;br /&gt;</w:t>
        <w:br/>
        <w:t>Він прізвищем Лояль, — та не лояльний вид.</w:t>
      </w:r>
    </w:p>
    <w:p>
      <w:r>
        <w:br/>
        <w:t>Лояль&lt;br /&gt;</w:t>
        <w:br/>
        <w:t>Із добрими людьми ласкавий я без міри&lt;br /&gt;</w:t>
        <w:br/>
        <w:t>І маю, пане, я таке бажання щире,&lt;br /&gt;</w:t>
        <w:br/>
        <w:t>Щоб прислужитись вам і втіху принести;&lt;br /&gt;</w:t>
        <w:br/>
        <w:t>А іншого могли б такого ви знайти,&lt;br /&gt;</w:t>
        <w:br/>
        <w:t>Який, не двигнеиий моїми почуттями,&lt;br /&gt;</w:t>
        <w:br/>
        <w:t>Далеко гірш, ніж я, поводився б із вами.</w:t>
      </w:r>
    </w:p>
    <w:p>
      <w:r>
        <w:br/>
        <w:t>Оргон&lt;br /&gt;</w:t>
        <w:br/>
        <w:t>Що ж можна гіршого зробити ще для нас,&lt;br /&gt;</w:t>
        <w:br/>
        <w:t>Як з хати вигнати?</w:t>
      </w:r>
    </w:p>
    <w:p>
      <w:r>
        <w:br/>
        <w:t>Лояль&lt;br /&gt;</w:t>
        <w:br/>
        <w:t>На те я дам вам час&lt;br /&gt;</w:t>
        <w:br/>
        <w:t>І аж до завтрього не буду поспішати&lt;br /&gt;</w:t>
        <w:br/>
        <w:t>Наказ той проти вас, добродію, сповняти;&lt;br /&gt;</w:t>
        <w:br/>
        <w:t>А тільки ночувать прийду в будинок цей&lt;br /&gt;</w:t>
        <w:br/>
        <w:t>Тихенько, лагідно, із десятьма людей.&lt;br /&gt;</w:t>
        <w:br/>
        <w:t>Для форми ж зволите, як будете лягати,&lt;br /&gt;</w:t>
        <w:br/>
        <w:t>Мені прислати ключ від вашої кімнати.&lt;br /&gt;</w:t>
        <w:br/>
        <w:t>Я відпочинок ваш цю ніч обороню&lt;br /&gt;</w:t>
        <w:br/>
        <w:t>І зайвих прикростей ніяких не вчиню,&lt;br /&gt;</w:t>
        <w:br/>
        <w:t>А завтра вранці ви, добродію, не гайтесь&lt;br /&gt;</w:t>
        <w:br/>
        <w:t>І зараз же з усім начинням вибирайтесь;&lt;br /&gt;</w:t>
        <w:br/>
        <w:t>Людей, щоб помогти виноситись, я дам.&lt;br /&gt;</w:t>
        <w:br/>
        <w:t>Я їх чимало взяв, щоб прислужитись вам.&lt;br /&gt;</w:t>
        <w:br/>
        <w:t>Прихильності ще більш ні в кого б не знайшли ви&lt;br /&gt;</w:t>
        <w:br/>
        <w:t>Як бачите, до вас я дуже милостивий,&lt;br /&gt;</w:t>
        <w:br/>
        <w:t>То й ви шануйтеся, по правді все робіть&lt;br /&gt;</w:t>
        <w:br/>
        <w:t>І перешкод мені не важтеся чинить.</w:t>
      </w:r>
    </w:p>
    <w:p>
      <w:r>
        <w:br/>
        <w:t>Оргон&lt;br /&gt;</w:t>
        <w:br/>
        <w:t>(набік)&lt;br /&gt;</w:t>
        <w:br/>
        <w:t>Від щирої душі готовий я віддати&lt;br /&gt;</w:t>
        <w:br/>
        <w:t>Червінців добрих сто, які ще можу мати,&lt;br /&gt;</w:t>
        <w:br/>
        <w:t>Та тільки щоб могти хоч раз, та до смаку,&lt;br /&gt;</w:t>
        <w:br/>
        <w:t>По пиці луснути тварюку цю гидку.</w:t>
      </w:r>
    </w:p>
    <w:p>
      <w:r>
        <w:br/>
        <w:t>Клеант&lt;br /&gt;</w:t>
        <w:br/>
        <w:t>(стиха до Ореона)&lt;br /&gt;</w:t>
        <w:br/>
        <w:t>Мовчіть, не псуйте гірш.</w:t>
      </w:r>
    </w:p>
    <w:p>
      <w:r>
        <w:br/>
        <w:t>Даміс&lt;br /&gt;</w:t>
        <w:br/>
        <w:t>Зухвальство незбагненне&lt;br /&gt;</w:t>
        <w:br/>
        <w:t>Не видержу, бо вже рука свербить у мене.</w:t>
      </w:r>
    </w:p>
    <w:p>
      <w:r>
        <w:br/>
        <w:t>Доріна&lt;br /&gt;</w:t>
        <w:br/>
        <w:t>(до Лояля)&lt;br /&gt;</w:t>
        <w:br/>
        <w:t>Мосьпане, бачу я, що спина в вас така,&lt;br /&gt;</w:t>
        <w:br/>
        <w:t>Що не завадило б дізнати їй ціпка.</w:t>
      </w:r>
    </w:p>
    <w:p>
      <w:r>
        <w:br/>
        <w:t>Лояль&lt;br /&gt;</w:t>
        <w:br/>
        <w:t>Скарать вас міг би я, не стерпівши образи.&lt;br /&gt;</w:t>
        <w:br/>
        <w:t>Голубко, на жінок теж пишуться укази.</w:t>
      </w:r>
    </w:p>
    <w:p>
      <w:r>
        <w:br/>
        <w:t>Клеант&lt;br /&gt;</w:t>
        <w:br/>
        <w:t>(до Лояля)&lt;br /&gt;</w:t>
        <w:br/>
        <w:t>Уже, добродію, те все скінчити час —&lt;br /&gt;</w:t>
        <w:br/>
        <w:t>Давайте цей папір, та й не турбуйте нас.</w:t>
      </w:r>
    </w:p>
    <w:p>
      <w:r>
        <w:br/>
        <w:t>Лояль&lt;br /&gt;</w:t>
        <w:br/>
        <w:t>Ну, до побачення. Хай бог вам помагає.</w:t>
      </w:r>
    </w:p>
    <w:p>
      <w:r>
        <w:br/>
        <w:t>Оргон&lt;br /&gt;</w:t>
        <w:br/>
        <w:t>Тебе ж з тим, хто тебе прислав, нехай скарає</w:t>
      </w:r>
    </w:p>
    <w:p>
      <w:r>
        <w:br/>
        <w:t>ЯВА 5</w:t>
      </w:r>
    </w:p>
    <w:p>
      <w:r>
        <w:br/>
        <w:t>Оргон, пані Пернель, Ельміра, Клеант, Мар’яна, Даміс, Доріна.</w:t>
      </w:r>
    </w:p>
    <w:p>
      <w:r>
        <w:br/>
        <w:t>Оргон&lt;br /&gt;</w:t>
        <w:br/>
        <w:t>Що, мамо, — бачите? Чи правду я казав?&lt;br /&gt;</w:t>
        <w:br/>
        <w:t>З почину знать, яких нам треба ждати справ&lt;br /&gt;</w:t>
        <w:br/>
        <w:t>Чи зрадництво його спізнали ви як треба?</w:t>
      </w:r>
    </w:p>
    <w:p>
      <w:r>
        <w:br/>
        <w:t>Пані Пернель&lt;br /&gt;</w:t>
        <w:br/>
        <w:t>Я аж нетямлюся і наче впала з неба.</w:t>
      </w:r>
    </w:p>
    <w:p>
      <w:r>
        <w:br/>
        <w:t>Доріна&lt;br /&gt;</w:t>
        <w:br/>
        <w:t>(до Оргона)&lt;br /&gt;</w:t>
        <w:br/>
        <w:t>Ви дурно скаржитесь і злим його звете:&lt;br /&gt;</w:t>
        <w:br/>
        <w:t>Не замір то лихий, а почуття святе.&lt;br /&gt;</w:t>
        <w:br/>
        <w:t>До ближніх маючи в душі любов єдину,&lt;br /&gt;</w:t>
        <w:br/>
        <w:t>Він знає, що добро не раз псує людину,&lt;br /&gt;</w:t>
        <w:br/>
        <w:t>І, мавши жаль, забрав усе, щоб одвернуть&lt;br /&gt;</w:t>
        <w:br/>
        <w:t>Те все, що робить вам тяжкою праву путь.</w:t>
      </w:r>
    </w:p>
    <w:p>
      <w:r>
        <w:br/>
        <w:t>Оргон&lt;br /&gt;</w:t>
        <w:br/>
        <w:t>Мовчіть, я раз у раз вам мушу це казати.</w:t>
      </w:r>
    </w:p>
    <w:p>
      <w:r>
        <w:br/>
        <w:t>Клеант&lt;br /&gt;</w:t>
        <w:br/>
        <w:t>(до Оргона)&lt;br /&gt;</w:t>
        <w:br/>
        <w:t>Погляньмо ж мм, яку вам раду можна дати.</w:t>
      </w:r>
    </w:p>
    <w:p>
      <w:r>
        <w:br/>
        <w:t>Ельміра&lt;br /&gt;</w:t>
        <w:br/>
        <w:t>Підіть оповістіть, що він чинити мав.&lt;br /&gt;</w:t>
        <w:br/>
        <w:t>Всю силу запису лукавством він зламав.&lt;br /&gt;</w:t>
        <w:br/>
        <w:t>І як дізнаються про речі очевидні,&lt;br /&gt;</w:t>
        <w:br/>
        <w:t>То заміри його не справдяться огидні.</w:t>
      </w:r>
    </w:p>
    <w:p>
      <w:r>
        <w:br/>
        <w:t>ЯВА 6</w:t>
      </w:r>
    </w:p>
    <w:p>
      <w:r>
        <w:br/>
        <w:t>Оргон, пані Пернель, Ельміра, Клеант, Мар’яна, Даміс, Доріна, Валер.</w:t>
      </w:r>
    </w:p>
    <w:p>
      <w:r>
        <w:br/>
        <w:t>Валер&lt;br /&gt;</w:t>
        <w:br/>
        <w:t>Добродію, смутну я звістку вам несу,&lt;br /&gt;</w:t>
        <w:br/>
        <w:t>Та лихо не стоїть і мало в нас часу…&lt;br /&gt;</w:t>
        <w:br/>
        <w:t>Є в мене приятель, ми стали з ним братами,&lt;br /&gt;</w:t>
        <w:br/>
        <w:t>Він зна гаразд про те, що я турбуюсь вами,&lt;br /&gt;</w:t>
        <w:br/>
        <w:t>І, добре мисливши, він те відкрив мені,&lt;br /&gt;</w:t>
        <w:br/>
        <w:t>Що як урядник мав держати в таїні.&lt;br /&gt;</w:t>
        <w:br/>
        <w:t>І саме от тепер листа такого пише,&lt;br /&gt;</w:t>
        <w:br/>
        <w:t>Що вам конечна річ тікати найскоріше..&lt;br /&gt;</w:t>
        <w:br/>
        <w:t>Шахрай, що панував над вами довгий час,&lt;br /&gt;</w:t>
        <w:br/>
        <w:t>Дійшов до короля, і набрехав на вас,&lt;br /&gt;</w:t>
        <w:br/>
        <w:t>І дав йому до рук якісь такі шпаргали,&lt;br /&gt;</w:t>
        <w:br/>
        <w:t>Що від державного злочинця ви дістали:&lt;br /&gt;</w:t>
        <w:br/>
        <w:t>Проти повинностей підданицьких своїх&lt;br /&gt;</w:t>
        <w:br/>
        <w:t>Ви нібито взялись переховати їх.&lt;br /&gt;</w:t>
        <w:br/>
        <w:t>Подробиць тих провин не вмів би я сказати.&lt;br /&gt;</w:t>
        <w:br/>
        <w:t>Але вже є наказ, щоб вас арештувати.&lt;br /&gt;</w:t>
        <w:br/>
        <w:t>І ще для певності доручено йому&lt;br /&gt;</w:t>
        <w:br/>
        <w:t>Доглянути, щоб вас посаджено в тюрму.</w:t>
      </w:r>
    </w:p>
    <w:p>
      <w:r>
        <w:br/>
        <w:t>Клеант&lt;br /&gt;</w:t>
        <w:br/>
        <w:t>Таки облудних прав своїх допевнивсь клятий&lt;br /&gt;</w:t>
        <w:br/>
        <w:t>І ваше все добро зумів опанувати!</w:t>
      </w:r>
    </w:p>
    <w:p>
      <w:r>
        <w:br/>
        <w:t>Оргон&lt;br /&gt;</w:t>
        <w:br/>
        <w:t>Одно я вам скажу: людина — звір лихий.</w:t>
      </w:r>
    </w:p>
    <w:p>
      <w:r>
        <w:br/>
        <w:t>Валер&lt;br /&gt;</w:t>
        <w:br/>
        <w:t>Коли забаритесь, вас жде кінець сумний.&lt;br /&gt;</w:t>
        <w:br/>
        <w:t>Мій повіз тут стоїть, тікати маєм змогу;&lt;br /&gt;</w:t>
        <w:br/>
        <w:t>А от вам десять сот червінців на дорогу.&lt;br /&gt;</w:t>
        <w:br/>
        <w:t>Не гаймось. Бачите, як метко він стріля.&lt;br /&gt;</w:t>
        <w:br/>
        <w:t>Рятунок вам один — тікати відсіля.&lt;br /&gt;</w:t>
        <w:br/>
        <w:t>В безпечнім місці я вас добре заховаю&lt;br /&gt;</w:t>
        <w:br/>
        <w:t>І сам поїду вдвох із вами аж до краю.</w:t>
      </w:r>
    </w:p>
    <w:p>
      <w:r>
        <w:br/>
        <w:t>Оргон&lt;br /&gt;</w:t>
        <w:br/>
        <w:t>Ви так турбуєтесь! Я стільки мав од вас!&lt;br /&gt;</w:t>
        <w:br/>
        <w:t>Та дякувати вам знайду я інший час&lt;br /&gt;</w:t>
        <w:br/>
        <w:t>І щиро стану я тепер молитись богу,&lt;br /&gt;</w:t>
        <w:br/>
        <w:t>Щоб одслужитись вам послав мені спромогу.&lt;br /&gt;</w:t>
        <w:br/>
        <w:t>Прощайте ж ви, глядіть…</w:t>
      </w:r>
    </w:p>
    <w:p>
      <w:r>
        <w:br/>
        <w:t>Клеант&lt;br /&gt;</w:t>
        <w:br/>
        <w:t>Тікайте вже, а ми,&lt;br /&gt;</w:t>
        <w:br/>
        <w:t>Що треба діяти, все зробимо самі.</w:t>
      </w:r>
    </w:p>
    <w:p>
      <w:r>
        <w:br/>
        <w:t>ЯВА 7</w:t>
      </w:r>
    </w:p>
    <w:p>
      <w:r>
        <w:br/>
        <w:t>Тартюф, поліцай, пані Пернель, Оргон, Ельміра, Клеант, Мар’яна, Валер, Даміс, Доріна.</w:t>
      </w:r>
    </w:p>
    <w:p>
      <w:r>
        <w:br/>
        <w:t>Тартюф&lt;br /&gt;</w:t>
        <w:br/>
        <w:t>(спиняє Оргона)&lt;br /&gt;</w:t>
        <w:br/>
        <w:t>Заждіть, добродію, не кваптесь так тікати;&lt;br /&gt;</w:t>
        <w:br/>
        <w:t>Тепер близенько вам іти відсіль до хати:&lt;br /&gt;</w:t>
        <w:br/>
        <w:t>Арештувати вас король наш наказав.</w:t>
      </w:r>
    </w:p>
    <w:p>
      <w:r>
        <w:br/>
        <w:t>Оргон&lt;br /&gt;</w:t>
        <w:br/>
        <w:t>Так от що, зраднику, мені ти готував!&lt;br /&gt;</w:t>
        <w:br/>
        <w:t>Останній твій удар мене зганяє з світу,&lt;br /&gt;</w:t>
        <w:br/>
        <w:t>І ним ти завершив злобу свою неситу.</w:t>
      </w:r>
    </w:p>
    <w:p>
      <w:r>
        <w:br/>
        <w:t>Тартюф&lt;br /&gt;</w:t>
        <w:br/>
        <w:t>Спокійно цю ганьбу душа моя знесе:&lt;br /&gt;</w:t>
        <w:br/>
        <w:t>Я ради господа навчивсь терпіти все.</w:t>
      </w:r>
    </w:p>
    <w:p>
      <w:r>
        <w:br/>
        <w:t>Клеант&lt;br /&gt;</w:t>
        <w:br/>
        <w:t>Чи бач — терпливості його межі немає.</w:t>
      </w:r>
    </w:p>
    <w:p>
      <w:r>
        <w:br/>
        <w:t>Даміс&lt;br /&gt;</w:t>
        <w:br/>
        <w:t>А як він господа, мерзенний, зневажає!</w:t>
      </w:r>
    </w:p>
    <w:p>
      <w:r>
        <w:br/>
        <w:t>Тартюф&lt;br /&gt;</w:t>
        <w:br/>
        <w:t>Не може запал ваш розчулити мене&lt;br /&gt;</w:t>
        <w:br/>
        <w:t>І від повинності мене не відхитне;</w:t>
      </w:r>
    </w:p>
    <w:p>
      <w:r>
        <w:br/>
        <w:t>Мар’яна&lt;br /&gt;</w:t>
        <w:br/>
        <w:t>Ви тим бажаєте хвали собі здобути,&lt;br /&gt;</w:t>
        <w:br/>
        <w:t>І служби кращої для вас не може бути.</w:t>
      </w:r>
    </w:p>
    <w:p>
      <w:r>
        <w:br/>
        <w:t>Тартюф&lt;br /&gt;</w:t>
        <w:br/>
        <w:t>Почесна служба та, що влада нам дала;&lt;br /&gt;</w:t>
        <w:br/>
        <w:t>Вона мене сюди, мосьпане, привела.</w:t>
      </w:r>
    </w:p>
    <w:p>
      <w:r>
        <w:br/>
        <w:t>Оргон&lt;br /&gt;</w:t>
        <w:br/>
        <w:t>Але чи ти забув, що тільки через мене&lt;br /&gt;</w:t>
        <w:br/>
        <w:t>Ти міг поліпшити життя своє злиденне?</w:t>
      </w:r>
    </w:p>
    <w:p>
      <w:r>
        <w:br/>
        <w:t>Тартюф&lt;br /&gt;</w:t>
        <w:br/>
        <w:t>Я знаю, чим мені могли ви помагать,&lt;br /&gt;</w:t>
        <w:br/>
        <w:t>Але про короля найперш я мушу дбать;&lt;br /&gt;</w:t>
        <w:br/>
        <w:t>Ції повинності святої права сила&lt;br /&gt;</w:t>
        <w:br/>
        <w:t>В душі моїй цілком подяку заглушила,&lt;br /&gt;</w:t>
        <w:br/>
        <w:t>І я на жертву тим високим почуттям&lt;br /&gt;</w:t>
        <w:br/>
        <w:t>І друга, й рід увесь, і сам себе віддам.</w:t>
      </w:r>
    </w:p>
    <w:p>
      <w:r>
        <w:br/>
        <w:t>Ельміра&lt;br /&gt;</w:t>
        <w:br/>
        <w:t>Брехун!</w:t>
      </w:r>
    </w:p>
    <w:p>
      <w:r>
        <w:br/>
        <w:t>Доріна&lt;br /&gt;</w:t>
        <w:br/>
        <w:t>Як хитро він собі препишні шати&lt;br /&gt;</w:t>
        <w:br/>
        <w:t>Пристроїв з тих речей, що треба шанувати!</w:t>
      </w:r>
    </w:p>
    <w:p>
      <w:r>
        <w:br/>
        <w:t>Клеант&lt;br /&gt;</w:t>
        <w:br/>
        <w:t>Коли вже в вас така велика щирість є,&lt;br /&gt;</w:t>
        <w:br/>
        <w:t>Як кажете, й вона вам приводом стає,&lt;br /&gt;</w:t>
        <w:br/>
        <w:t>То чом же з нею ви раніш не показались,&lt;br /&gt;</w:t>
        <w:br/>
        <w:t>А вже — як зводили цю пані, та й піймались?&lt;br /&gt;</w:t>
        <w:br/>
        <w:t>Чому ви з звісткою пішли до короля&lt;br /&gt;</w:t>
        <w:br/>
        <w:t>Тоді вже, як Оргон прогнав вас відсіля?&lt;br /&gt;</w:t>
        <w:br/>
        <w:t>Про інші речі я не став би вам казати —&lt;br /&gt;</w:t>
        <w:br/>
        <w:t>Що все своє добро схотів він вам оддати;&lt;br /&gt;</w:t>
        <w:br/>
        <w:t>Але ж ви кажете: злочинець він, — проте&lt;br /&gt;</w:t>
        <w:br/>
        <w:t>Любісінько дари від нього берете.</w:t>
      </w:r>
    </w:p>
    <w:p>
      <w:r>
        <w:br/>
        <w:t>Тартюф&lt;br /&gt;</w:t>
        <w:br/>
        <w:t>(до поліцая)&lt;br /&gt;</w:t>
        <w:br/>
        <w:t>Прошу вас, перервіть ви цю крикливу мову&lt;br /&gt;</w:t>
        <w:br/>
        <w:t>І докінчіть свою повинність урядову.</w:t>
      </w:r>
    </w:p>
    <w:p>
      <w:r>
        <w:br/>
        <w:t>Поліцай&lt;br /&gt;</w:t>
        <w:br/>
        <w:t>А справді, довго я її не — докінчив;&lt;br /&gt;</w:t>
        <w:br/>
        <w:t>Язик ваш саме в час про теє нагадав.&lt;br /&gt;</w:t>
        <w:br/>
        <w:t>То, щоб скінчити враз, ходімо лиш зо мною&lt;br /&gt;</w:t>
        <w:br/>
        <w:t>В тюрму, що буде вам оселею новою. ч</w:t>
      </w:r>
    </w:p>
    <w:p>
      <w:r>
        <w:br/>
        <w:t>Тартюф&lt;br /&gt;</w:t>
        <w:br/>
        <w:t>Хто? Я?</w:t>
      </w:r>
    </w:p>
    <w:p>
      <w:r>
        <w:br/>
        <w:t>Поліцай&lt;br /&gt;</w:t>
        <w:br/>
        <w:t>(до Тартюфа)&lt;br /&gt;</w:t>
        <w:br/>
        <w:t>Так, пане, ви.</w:t>
      </w:r>
    </w:p>
    <w:p>
      <w:r>
        <w:br/>
        <w:t>Тартюф&lt;br /&gt;</w:t>
        <w:br/>
        <w:t>За віщо ж це в тюрму?</w:t>
      </w:r>
    </w:p>
    <w:p>
      <w:r>
        <w:br/>
        <w:t>Поліцай&lt;br /&gt;</w:t>
        <w:br/>
        <w:t>Не вам я поясню, за віщо це й чому.&lt;br /&gt;</w:t>
        <w:br/>
        <w:t>(До Органа).&lt;br /&gt;</w:t>
        <w:br/>
        <w:t>Добродію, верніть ви спокій знову в груди.&lt;br /&gt;</w:t>
        <w:br/>
        <w:t>Ми маєм короля, що не терпить облуди.&lt;br /&gt;</w:t>
        <w:br/>
        <w:t>Наш добрий володар читати в серці звик;&lt;br /&gt;</w:t>
        <w:br/>
        <w:t>Його не ошука облесливий язик.&lt;br /&gt;</w:t>
        <w:br/>
        <w:t>Великим серцем він докладно все тлумачить&lt;br /&gt;</w:t>
        <w:br/>
        <w:t>І кожну річ дрібну в правдивім світлі бачить.&lt;br /&gt;</w:t>
        <w:br/>
        <w:t>Не спокушається душа його нічим,&lt;br /&gt;</w:t>
        <w:br/>
        <w:t>І в крайність не впада він розумом твердим;&lt;br /&gt;</w:t>
        <w:br/>
        <w:t>Чеснота перед ним довічну славу має,&lt;br /&gt;</w:t>
        <w:br/>
        <w:t>Та сяєвом своїм його не засліпляє;&lt;br /&gt;</w:t>
        <w:br/>
        <w:t>Всіх правих любить він, але ж у серці й гнів&lt;br /&gt;</w:t>
        <w:br/>
        <w:t>Страшний розпалює, як бачить брехунів.&lt;br /&gt;</w:t>
        <w:br/>
        <w:t>Його ніхто б не зміг так легко одурити,&lt;br /&gt;</w:t>
        <w:br/>
        <w:t>І тонші хитрощі зумів би він розбити.&lt;br /&gt;</w:t>
        <w:br/>
        <w:t>Відразу короля ясний і бистрий суд&lt;br /&gt;</w:t>
        <w:br/>
        <w:t>Збагнув, що в цій душі єдиний тільки бруд.&lt;br /&gt;</w:t>
        <w:br/>
        <w:t>Він був прийшов, щоб вас злочинцем показати,&lt;br /&gt;</w:t>
        <w:br/>
        <w:t>Та й зрадив сам себе (в тім кару божу знати!)&lt;br /&gt;</w:t>
        <w:br/>
        <w:t>І виявив, що він шахрай, відомий нам,&lt;br /&gt;</w:t>
        <w:br/>
        <w:t>Якого вже король під іншим знав ім’ям.&lt;br /&gt;</w:t>
        <w:br/>
        <w:t>Його злочинних діл така велика сила,&lt;br /&gt;</w:t>
        <w:br/>
        <w:t>Що груба книжка їх напевно б не вмістила.&lt;br /&gt;</w:t>
        <w:br/>
        <w:t>Наш найясніший пан обурився в той час,&lt;br /&gt;</w:t>
        <w:br/>
        <w:t>Як зрозумів його невдячність проти вас,&lt;br /&gt;</w:t>
        <w:br/>
        <w:t>А вчинок цей новий до інших долучив він,&lt;br /&gt;</w:t>
        <w:br/>
        <w:t>Прийти ж за ним сюди для того доручив він,&lt;br /&gt;</w:t>
        <w:br/>
        <w:t>Щоб бачити, куди його ще занесе&lt;br /&gt;</w:t>
        <w:br/>
        <w:t>Нахабність, та щоб він вернув вам знову все.&lt;br /&gt;</w:t>
        <w:br/>
        <w:t>Так хоче він, щоб ви від мене знов дістали&lt;br /&gt;</w:t>
        <w:br/>
        <w:t>Папери ті, що ви нікчемному давали.&lt;br /&gt;</w:t>
        <w:br/>
        <w:t>Контракт, що вашими маєтками всіма&lt;br /&gt;</w:t>
        <w:br/>
        <w:t>Обдарував його, король тепер лама&lt;br /&gt;</w:t>
        <w:br/>
        <w:t>І пробачає вам лихе поступування&lt;br /&gt;</w:t>
        <w:br/>
        <w:t>В той час, коли ваш друг здобув собі вигнання.&lt;br /&gt;</w:t>
        <w:br/>
        <w:t>Цим платить вам король за теє, що колись&lt;br /&gt;</w:t>
        <w:br/>
        <w:t>Ви за права його так щиро піднялись,&lt;br /&gt;</w:t>
        <w:br/>
        <w:t>І тим показує, що над надію всяку&lt;br /&gt;</w:t>
        <w:br/>
        <w:t>Уміє за добро складати щиру дяку,&lt;br /&gt;</w:t>
        <w:br/>
        <w:t>Що про заслугу він довіку пам’ята&lt;br /&gt;</w:t>
        <w:br/>
        <w:t>І що скоріш лихе в непам’ять поверта.</w:t>
      </w:r>
    </w:p>
    <w:p>
      <w:r>
        <w:br/>
        <w:t>Доріна&lt;br /&gt;</w:t>
        <w:br/>
        <w:t>Спасибі ж богові!</w:t>
      </w:r>
    </w:p>
    <w:p>
      <w:r>
        <w:br/>
        <w:t>Пані Пернель&lt;br /&gt;</w:t>
        <w:br/>
        <w:t>Мов світ мені піднявся.</w:t>
      </w:r>
    </w:p>
    <w:p>
      <w:r>
        <w:br/>
        <w:t>Ельміра&lt;br /&gt;</w:t>
        <w:br/>
        <w:t>Як добре сталося!</w:t>
      </w:r>
    </w:p>
    <w:p>
      <w:r>
        <w:br/>
        <w:t>Мар’яна&lt;br /&gt;</w:t>
        <w:br/>
        <w:t>Ніхто й не сподівався.</w:t>
      </w:r>
    </w:p>
    <w:p>
      <w:r>
        <w:br/>
        <w:t>Оргон&lt;br /&gt;</w:t>
        <w:br/>
        <w:t>(до Тартюфа, якого поліцай веде з хати)&lt;br /&gt;</w:t>
        <w:br/>
        <w:t>Гаразд! Ти, зраднику!..</w:t>
      </w:r>
    </w:p>
    <w:p>
      <w:r>
        <w:br/>
        <w:t>ЯВА 8</w:t>
      </w:r>
    </w:p>
    <w:p>
      <w:r>
        <w:br/>
        <w:t>Пані Пернель, Оргон, Ельміра, Мар’яна, Клеант, Валер, Даміс, Доріна.</w:t>
      </w:r>
    </w:p>
    <w:p>
      <w:r>
        <w:br/>
        <w:t>Клеант&lt;br /&gt;</w:t>
        <w:br/>
        <w:t>Ой братику, мовчіть&lt;br /&gt;</w:t>
        <w:br/>
        <w:t>І гідності своїй образи не чиніть.&lt;br /&gt;</w:t>
        <w:br/>
        <w:t>Покиньте ви того нікчемного злій долі,&lt;br /&gt;</w:t>
        <w:br/>
        <w:t>Тепер уже й без вас він кається доволі.&lt;br /&gt;</w:t>
        <w:br/>
        <w:t>Бажайте краще ви, щоб серце навернуть&lt;br /&gt;</w:t>
        <w:br/>
        <w:t>Він знову міг тепер на праву, чесну путь.&lt;br /&gt;</w:t>
        <w:br/>
        <w:t>Щоб справив він життя, неправди відцурався&lt;br /&gt;</w:t>
        <w:br/>
        <w:t>Та вирок короля зм’якшити постарався.&lt;br /&gt;</w:t>
        <w:br/>
        <w:t>А ви з подякою підіть до короля&lt;br /&gt;</w:t>
        <w:br/>
        <w:t>За те, що він таку вам радість наділя.</w:t>
      </w:r>
    </w:p>
    <w:p>
      <w:r>
        <w:br/>
        <w:t>Оргон&lt;br /&gt;</w:t>
        <w:br/>
        <w:t>Це так. Ходім скоріш; до ніг його впадімо&lt;br /&gt;</w:t>
        <w:br/>
        <w:t>Й за все його добро хвалу йому складімо.&lt;br /&gt;</w:t>
        <w:br/>
        <w:t>А потім, справивши цей обов’язок свій,&lt;br /&gt;</w:t>
        <w:br/>
        <w:t>Годиться взятись нам до другого мерщій,&lt;br /&gt;</w:t>
        <w:br/>
        <w:t>Щоб доленьку ясну придбали в чеснім шлюбі&lt;br /&gt;</w:t>
        <w:br/>
        <w:t>Мар’яна та Валер — коханці наші любі.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Тартюф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