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сидиш під білим древом...</w:t>
      </w:r>
    </w:p>
    <w:p>
      <w:r>
        <w:br/>
        <w:t xml:space="preserve"> Ти сидиш під білим древом,&lt;br /&gt;</w:t>
        <w:br/>
        <w:t>Вітер сумно в полі виє,&lt;br /&gt;</w:t>
        <w:br/>
        <w:t>Угорі німують хмари,&lt;br /&gt;</w:t>
        <w:br/>
        <w:t>І туманом небо криє.</w:t>
      </w:r>
    </w:p>
    <w:p>
      <w:r>
        <w:br/>
        <w:t>І вбачаєш гай і поле;&lt;br /&gt;</w:t>
        <w:br/>
        <w:t>Помертвіло, все чорніє,&lt;br /&gt;</w:t>
        <w:br/>
        <w:t>І в тобі зима й круг тебе,&lt;br /&gt;</w:t>
        <w:br/>
        <w:t>І холодне серце ниє.</w:t>
      </w:r>
    </w:p>
    <w:p>
      <w:r>
        <w:br/>
        <w:t>Коли се — летить на тебе&lt;br /&gt;</w:t>
        <w:br/>
        <w:t>Біле клоччє... Ти сумуєш,&lt;br /&gt;</w:t>
        <w:br/>
        <w:t>І на зимні завірюхи&lt;br /&gt;</w:t>
        <w:br/>
        <w:t>Серце кволе вже готуєш.</w:t>
      </w:r>
    </w:p>
    <w:p>
      <w:r>
        <w:br/>
        <w:t>То ж не сніг, не завірюха...&lt;br /&gt;</w:t>
        <w:br/>
        <w:t>З ляком серденько радіє:&lt;br /&gt;</w:t>
        <w:br/>
        <w:t>Весняні квітки пахущі&lt;br /&gt;</w:t>
        <w:br/>
        <w:t>Яблуня на тебе сіє.</w:t>
      </w:r>
    </w:p>
    <w:p>
      <w:r>
        <w:br/>
        <w:t>Що за страшно любі чари!&lt;br /&gt;</w:t>
        <w:br/>
        <w:t>Сніг у цвіт перевернувся.&lt;br /&gt;</w:t>
        <w:br/>
        <w:t>Ти кохання знов жадаєш,&lt;br /&gt;</w:t>
        <w:br/>
        <w:t>Хирний дух твій знов проснувся.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сидиш під білим древом...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