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і Хлопчик</w:t>
      </w:r>
    </w:p>
    <w:p>
      <w:r>
        <w:br/>
        <w:t xml:space="preserve"> Раз на лужку проворний Хлопчик грався,&lt;br /&gt;</w:t>
        <w:br/>
        <w:t>Побачив Тінь свою і засміявся;&lt;br /&gt;</w:t>
        <w:br/>
        <w:t>"От зараз,— каже,— я її вловлю,&lt;br /&gt;</w:t>
        <w:br/>
        <w:t>На шапку наступлю,&lt;br /&gt;</w:t>
        <w:br/>
        <w:t>Незчується і не вгадає…"&lt;br /&gt;</w:t>
        <w:br/>
        <w:t>І, як метелик, Хлопчик полетів,&lt;br /&gt;</w:t>
        <w:br/>
        <w:t>А Тінь попереду, неначе утікає,&lt;br /&gt;</w:t>
        <w:br/>
        <w:t>Щоб не вловив.&lt;br /&gt;</w:t>
        <w:br/>
        <w:t>Женеться Хлопчик дужче, прудче,&lt;br /&gt;</w:t>
        <w:br/>
        <w:t>А Тінь ще лучче,-&lt;br /&gt;</w:t>
        <w:br/>
        <w:t>Ніяк не дожене,&lt;br /&gt;</w:t>
        <w:br/>
        <w:t>Бо, сказано, мале — дурне.&lt;br /&gt;</w:t>
        <w:br/>
        <w:t>Біг Хлопчик, біг, удовольнився,&lt;br /&gt;</w:t>
        <w:br/>
        <w:t>Далеко бігти не схотів,&lt;br /&gt;</w:t>
        <w:br/>
        <w:t>І верть назад — як м’ячик покотився,&lt;br /&gt;</w:t>
        <w:br/>
        <w:t>Задихався, почервонів.&lt;br /&gt;</w:t>
        <w:br/>
        <w:t>Неначе пташка в клітці, б’ється&lt;br /&gt;</w:t>
        <w:br/>
        <w:t>Маленьке серденько його…&lt;br /&gt;</w:t>
        <w:br/>
        <w:t>Коли глядить — а Тінь за ним женеться,&lt;br /&gt;</w:t>
        <w:br/>
        <w:t>Мов ловить дратуна свого.&lt;br /&gt;</w:t>
        <w:br/>
        <w:t>Знов Хлопчикові закортіло.&lt;br /&gt;</w:t>
        <w:br/>
        <w:t>"Ні,— каже він,— мене не доженеш!&lt;br /&gt;</w:t>
        <w:br/>
        <w:t>От я вернусь, на тебе кинусь сміло,&lt;br /&gt;</w:t>
        <w:br/>
        <w:t>Тоді вже не втечеш!"&lt;br /&gt;</w:t>
        <w:br/>
        <w:t>Плиг… плиг… і знов повітрилась робота,&lt;br /&gt;</w:t>
        <w:br/>
        <w:t>Дуріє молода охота,&lt;br /&gt;</w:t>
        <w:br/>
        <w:t>Ганяв, ганяв, —&lt;br /&gt;</w:t>
        <w:br/>
        <w:t>І не піймав;&lt;br /&gt;</w:t>
        <w:br/>
        <w:t>Розсердивсь він на ту дурницю&lt;br /&gt;</w:t>
        <w:br/>
        <w:t>І покотився на травицю,&lt;br /&gt;</w:t>
        <w:br/>
        <w:t>Оддихать трошки, переждать.&lt;br /&gt;</w:t>
        <w:br/>
        <w:t>Тим часом сонечко за хмарку закотилось,&lt;br /&gt;</w:t>
        <w:br/>
        <w:t>І Хлопчикові знов побігать захотілось,&lt;br /&gt;</w:t>
        <w:br/>
        <w:t>І знов він став шукать,&lt;br /&gt;</w:t>
        <w:br/>
        <w:t>Усюди розглядать,&lt;br /&gt;</w:t>
        <w:br/>
        <w:t>Туди-сюди головку повертає,&lt;br /&gt;</w:t>
        <w:br/>
        <w:t>Де ділась тінь — і не вгадає.</w:t>
      </w:r>
    </w:p>
    <w:p>
      <w:r>
        <w:br/>
        <w:t>Як тая тінь, так щастя між людьми,&lt;br /&gt;</w:t>
        <w:br/>
        <w:t>І бачили, і знаєм ми,&lt;br /&gt;</w:t>
        <w:br/>
        <w:t>Біжить воно за тим, хто не шукає,&lt;br /&gt;</w:t>
        <w:br/>
        <w:t>А той, хто хоче, не піймає.&lt;br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і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