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був щасливий, десятилітній сон...</w:t>
      </w:r>
    </w:p>
    <w:p>
      <w:r>
        <w:br/>
        <w:t xml:space="preserve"> То був щасливий, десятилітній сон.&lt;br /&gt;</w:t>
        <w:br/>
        <w:t>Так повно кров у жилах пульсувала,&lt;br /&gt;</w:t>
        <w:br/>
        <w:t>І екстатичних сонць ясні кружала&lt;br /&gt;</w:t>
        <w:br/>
        <w:t>Злітали в неба голубий плафон.</w:t>
      </w:r>
    </w:p>
    <w:p>
      <w:r>
        <w:br/>
        <w:t>І кожний рік звучав на інший тон,&lt;br /&gt;</w:t>
        <w:br/>
        <w:t>На кожнім дні своя печать лежала,&lt;br /&gt;</w:t>
        <w:br/>
        <w:t>І доля, бачилось, така тривала.&lt;br /&gt;</w:t>
        <w:br/>
        <w:t>Не знатиме кінця і перепон.</w:t>
      </w:r>
    </w:p>
    <w:p>
      <w:r>
        <w:br/>
        <w:t>Вмить розійшлося чарування щасне:&lt;br /&gt;</w:t>
        <w:br/>
        <w:t>Осінній день, тепло і сонце ясне&lt;br /&gt;</w:t>
        <w:br/>
        <w:t>Побачили мене сухим стеблом.&lt;br /&gt;</w:t>
        <w:br/>
        <w:t>Стою німий і жити вже безсилий:&lt;br /&gt;</w:t>
        <w:br/>
        <w:t>Вся думка з білим і смутним горбом&lt;br /&gt;</w:t>
        <w:br/>
        <w:t>Немилосердно ранньої могили.</w:t>
      </w:r>
    </w:p>
    <w:p>
      <w:r>
        <w:br/>
        <w:t>SONNETARIUM. Берхтесґаден, 1948, с. 161. Цей сонет написаний М. Зеровим на смерть його єдиного сина Константина, що помер в листопаді 1934 р. в Києві, мавши 10 років віку.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був щасливий, десятилітній сон...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