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Торбин брат</w:t>
      </w:r>
    </w:p>
    <w:p>
      <w:r>
        <w:br/>
        <w:t xml:space="preserve"> Докучило підшивати&lt;br /&gt;</w:t>
        <w:br/>
        <w:t>Подертії сита,&lt;br /&gt;</w:t>
        <w:br/>
        <w:t>Пішов циган молотити&lt;br /&gt;</w:t>
        <w:br/>
        <w:t>За торбину жита.</w:t>
      </w:r>
    </w:p>
    <w:p>
      <w:r>
        <w:br/>
        <w:t>Пішов таки недалечко —&lt;br /&gt;</w:t>
        <w:br/>
        <w:t>До свого сусіда...&lt;br /&gt;</w:t>
        <w:br/>
        <w:t>От молотить та й молотить&lt;br /&gt;</w:t>
        <w:br/>
        <w:t>Зрання до обіда.</w:t>
      </w:r>
    </w:p>
    <w:p>
      <w:r>
        <w:br/>
        <w:t>Перекинув, може, з копу,&lt;br /&gt;</w:t>
        <w:br/>
        <w:t>Хтів би й попоїсти,&lt;br /&gt;</w:t>
        <w:br/>
        <w:t>Та господар, як на збитки,&lt;br /&gt;</w:t>
        <w:br/>
        <w:t>Не дає і сісти.</w:t>
      </w:r>
    </w:p>
    <w:p>
      <w:r>
        <w:br/>
        <w:t>То наймита з ним поставить,&lt;br /&gt;</w:t>
        <w:br/>
        <w:t>А то сам молотить.&lt;br /&gt;</w:t>
        <w:br/>
        <w:t>Потягає бідний циган,&lt;br /&gt;</w:t>
        <w:br/>
        <w:t>Аж піт з нього котить.</w:t>
      </w:r>
    </w:p>
    <w:p>
      <w:r>
        <w:br/>
        <w:t>Перекинув копи зо дві,&lt;br /&gt;</w:t>
        <w:br/>
        <w:t>Ба вже і смеркає.&lt;br /&gt;</w:t>
        <w:br/>
        <w:t>"Чи не годі з нас, панотче?" —&lt;br /&gt;</w:t>
        <w:br/>
        <w:t>Сірома питає.</w:t>
      </w:r>
    </w:p>
    <w:p>
      <w:r>
        <w:br/>
        <w:t>І господар спочив добре&lt;br /&gt;</w:t>
        <w:br/>
        <w:t>Та й до нього каже:&lt;br /&gt;</w:t>
        <w:br/>
        <w:t>"Помолотим іще трохи,&lt;br /&gt;</w:t>
        <w:br/>
        <w:t>Заким сонце ляже".</w:t>
      </w:r>
    </w:p>
    <w:p>
      <w:r>
        <w:br/>
        <w:t>Знов молотить бідний циган,&lt;br /&gt;</w:t>
        <w:br/>
        <w:t>Аж піт з нього котить,&lt;br /&gt;</w:t>
        <w:br/>
        <w:t>Виглядає поза хату,&lt;br /&gt;</w:t>
        <w:br/>
        <w:t>Ба вже й місяць сходить.</w:t>
      </w:r>
    </w:p>
    <w:p>
      <w:r>
        <w:br/>
        <w:t>Іскривився сіромаха,&lt;br /&gt;</w:t>
        <w:br/>
        <w:t>Спину нагинає.&lt;br /&gt;</w:t>
        <w:br/>
        <w:t>"Чи не годі з нас, панотче?"&lt;br /&gt;</w:t>
        <w:br/>
        <w:t>"Або що?" — питає.</w:t>
      </w:r>
    </w:p>
    <w:p>
      <w:r>
        <w:br/>
        <w:t>"Та щось,— каже,— не то світить&lt;br /&gt;</w:t>
        <w:br/>
        <w:t>Край ваших віконців!"&lt;br /&gt;</w:t>
        <w:br/>
        <w:t>"Як-то,— каже,— не то світить?..&lt;br /&gt;</w:t>
        <w:br/>
        <w:t>Та ж то братик сонців!"</w:t>
      </w:r>
    </w:p>
    <w:p>
      <w:r>
        <w:br/>
        <w:t>Коли братик — так і братик,&lt;br /&gt;</w:t>
        <w:br/>
        <w:t>Нічого чинити;&lt;br /&gt;</w:t>
        <w:br/>
        <w:t>Мусив бідний циганюга&lt;br /&gt;</w:t>
        <w:br/>
        <w:t>Всю ніч молотити.</w:t>
      </w:r>
    </w:p>
    <w:p>
      <w:r>
        <w:br/>
        <w:t>На другий день той із хати,&lt;br /&gt;</w:t>
        <w:br/>
        <w:t>А циган у хату.&lt;br /&gt;</w:t>
        <w:br/>
        <w:t>"А, здоровенькі, панотче!&lt;br /&gt;</w:t>
        <w:br/>
        <w:t>Чи не можна б плату?"</w:t>
      </w:r>
    </w:p>
    <w:p>
      <w:r>
        <w:br/>
        <w:t>"Можна,— каже,— чом не можна,&lt;br /&gt;</w:t>
        <w:br/>
        <w:t>Як не дати плати?&lt;br /&gt;</w:t>
        <w:br/>
        <w:t>Ходім,— каже,— до засіка,&lt;br /&gt;</w:t>
        <w:br/>
        <w:t>Будем насипати".</w:t>
      </w:r>
    </w:p>
    <w:p>
      <w:r>
        <w:br/>
        <w:t>Прийшов циган до засіка,&lt;br /&gt;</w:t>
        <w:br/>
        <w:t>Торбу підставляє.&lt;br /&gt;</w:t>
        <w:br/>
        <w:t>Пішов гарнець, пішов другий.&lt;br /&gt;</w:t>
        <w:br/>
        <w:t>"Чи годі?" — питає.</w:t>
      </w:r>
    </w:p>
    <w:p>
      <w:r>
        <w:br/>
        <w:t>"Насипайте іще",— каже,—&lt;br /&gt;</w:t>
        <w:br/>
        <w:t>Сипле той і п'ятий.&lt;br /&gt;</w:t>
        <w:br/>
        <w:t>Ба вже сипле і дев'ятий.&lt;br /&gt;</w:t>
        <w:br/>
        <w:t>"Чи не годі, брате?"</w:t>
      </w:r>
    </w:p>
    <w:p>
      <w:r>
        <w:br/>
        <w:t>"Ні, не годі!" Насипає&lt;br /&gt;</w:t>
        <w:br/>
        <w:t>Цілу мірку жита.&lt;br /&gt;</w:t>
        <w:br/>
        <w:t>Коли гляне — аж там торба&lt;br /&gt;</w:t>
        <w:br/>
        <w:t>До мішка пришита.</w:t>
      </w:r>
    </w:p>
    <w:p>
      <w:r>
        <w:br/>
        <w:t>Іскривився пан господар,&lt;br /&gt;</w:t>
        <w:br/>
        <w:t>Голову схиляє.&lt;br /&gt;</w:t>
        <w:br/>
        <w:t>"Чи не годі із вас, куме?"&lt;br /&gt;</w:t>
        <w:br/>
        <w:t>"Або що?" — питає.</w:t>
      </w:r>
    </w:p>
    <w:p>
      <w:r>
        <w:br/>
        <w:t>"А щось,— каже,— ваша торба&lt;br /&gt;</w:t>
        <w:br/>
        <w:t>Та підшита чорним..."&lt;br /&gt;</w:t>
        <w:br/>
        <w:t>"Підшитая?.. Насипайте!..&lt;br /&gt;</w:t>
        <w:br/>
        <w:t>Таж то братик торбин!"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Торбин брат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