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Товаришам з тюрми</w:t>
      </w:r>
    </w:p>
    <w:p>
      <w:r>
        <w:br/>
        <w:t xml:space="preserve"> Обриваються звiльна всi пута,&lt;br /&gt;</w:t>
        <w:br/>
        <w:t>Що в'язали нас з давнiм життем;&lt;br /&gt;</w:t>
        <w:br/>
        <w:t>З давнiх брудiв i думка розкута —&lt;br /&gt;</w:t>
        <w:br/>
        <w:t>Ожиємо, брати, ожиєм!</w:t>
      </w:r>
    </w:p>
    <w:p>
      <w:r>
        <w:br/>
        <w:t>Ожиємо новим ми, повнiшим&lt;br /&gt;</w:t>
        <w:br/>
        <w:t>I любов'ю огрiтим життєм;&lt;br /&gt;</w:t>
        <w:br/>
        <w:t>Через хвилi мутнi та бурливi&lt;br /&gt;</w:t>
        <w:br/>
        <w:t>До щасливих країв попливем.</w:t>
      </w:r>
    </w:p>
    <w:p>
      <w:r>
        <w:br/>
        <w:t>Через хвилi нещасть i неволi,&lt;br /&gt;</w:t>
        <w:br/>
        <w:t>Мимо бур, пересудiв, обмов,&lt;br /&gt;</w:t>
        <w:br/>
        <w:t>Попливем до країни святої,&lt;br /&gt;</w:t>
        <w:br/>
        <w:t>Де братерство, i згода, й любов.</w:t>
      </w:r>
    </w:p>
    <w:p>
      <w:r>
        <w:br/>
        <w:t>Ми ступаєм до бою нового&lt;br /&gt;</w:t>
        <w:br/>
        <w:t>Не за царство тиранiв, царiв,&lt;br /&gt;</w:t>
        <w:br/>
        <w:t>Не за церков, попiв, анi бога,&lt;br /&gt;</w:t>
        <w:br/>
        <w:t>Нi за панство неситих панiв.</w:t>
      </w:r>
    </w:p>
    <w:p>
      <w:r>
        <w:br/>
        <w:t>Наша цiль — людське щастя i воля,&lt;br /&gt;</w:t>
        <w:br/>
        <w:t>Розум владний без вiри основ,&lt;br /&gt;</w:t>
        <w:br/>
        <w:t>I братерство велике, всесвiтнє,&lt;br /&gt;</w:t>
        <w:br/>
        <w:t>Вiльна праця i вiльна любов!</w:t>
      </w:r>
    </w:p>
    <w:p>
      <w:r>
        <w:br/>
        <w:t>Треба твердо нам в бою стояти,&lt;br /&gt;</w:t>
        <w:br/>
        <w:t>Не лякаться, що впав перший ряд,&lt;br /&gt;</w:t>
        <w:br/>
        <w:t>Хоч по трупах наперед ступати,&lt;br /&gt;</w:t>
        <w:br/>
        <w:t>Нi на крок не вертатися взад.</w:t>
      </w:r>
    </w:p>
    <w:p>
      <w:r>
        <w:br/>
        <w:t>Се ж остатня вiйна! Се до бою&lt;br /&gt;</w:t>
        <w:br/>
        <w:t>Чоловiцтво зi звiрством стає,&lt;br /&gt;</w:t>
        <w:br/>
        <w:t>Се поборює воля неволю,&lt;br /&gt;</w:t>
        <w:br/>
        <w:t>"Царство боже" на землю зiйде.</w:t>
      </w:r>
    </w:p>
    <w:p>
      <w:r>
        <w:br/>
        <w:t>Не молiться вже бiльше до бога:&lt;br /&gt;</w:t>
        <w:br/>
        <w:t>"Най явиться нам царство твоє!"&lt;br /&gt;</w:t>
        <w:br/>
        <w:t>Бо молитва — слаба там пiдмога,&lt;br /&gt;</w:t>
        <w:br/>
        <w:t>Де лиш розум i труд у пригодi стає.</w:t>
      </w:r>
    </w:p>
    <w:p>
      <w:r>
        <w:br/>
        <w:t>Не вiд бога те царство нам спаде,&lt;br /&gt;</w:t>
        <w:br/>
        <w:t>Не святi його з неба знесуть,&lt;br /&gt;</w:t>
        <w:br/>
        <w:t>Але власний наш розум посяде,&lt;br /&gt;</w:t>
        <w:br/>
        <w:t>Сильна воля i спiльний наш труд.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Товаришам з тюрми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