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Товстий і тонкий</w:t>
      </w:r>
    </w:p>
    <w:p>
      <w:r>
        <w:br/>
        <w:t xml:space="preserve"> &lt;p&gt;На вокзалі Миколаївської залізниці зустрілися два приятелі: один товстий, другий тонкий. Товстий щойно пообідав на вокзалі, і його губи лисніли від масла, мов стиглі вишні. Пахло від нього хересом і флер-д'оранжем. А тонкий щойно зійшов з вагона і був нав'ючений чемоданами, клунками та коробками. Пахло від нього шинкою і кофейною гущею. З-за його спини визирала худенька жінка з довгим підборіддям — його дружина, і високий гімназист з примруженим оком — його син.</w:t>
      </w:r>
    </w:p>
    <w:p>
      <w:r>
        <w:br/>
        <w:t>— Порфирій! — вигукнув товстий, угледівши тонкого.— Чи ти це? Голубчику мій! Скільки зим, скільки літ!</w:t>
      </w:r>
    </w:p>
    <w:p>
      <w:r>
        <w:br/>
        <w:t>— Матінко! — здивувався тонкий.— Миша! Друг дитинства! Звідки ти взявся?</w:t>
      </w:r>
    </w:p>
    <w:p>
      <w:r>
        <w:br/>
        <w:t>Приятелі тричі поцілувалися і дивилися один на одного очима, повними сліз. Обидва були приємно здивовані.</w:t>
      </w:r>
    </w:p>
    <w:p>
      <w:r>
        <w:br/>
        <w:t>— Любий мій! — почав тонкий після поцілунків.— От не чекав! От сюрприз! Ну, та глянь же на мене гарненько! Такий же красунь, як і був! Такий же душечка і чепурун! Ах, ти, господи! Ну, як же ти? Багатий? Одружений? Я вже одружений, як бачиш... Це ось моя дружина, Луїза, уроджена Ванценбах... лютеранка... А це мій Нафанаїл, учень третього класу. Це, Нафаня, друг мого дитинства! В гімназії разом учились!</w:t>
      </w:r>
    </w:p>
    <w:p>
      <w:r>
        <w:br/>
        <w:t>Нафанаїл трохи подумав і зняв шапку.</w:t>
      </w:r>
    </w:p>
    <w:p>
      <w:r>
        <w:br/>
        <w:t>— В гімназії разом учились! — продовжував тонкий.— Пам'ятаєш, як тебе дражнили? Тебе дражнили Геростратом1 за те, що ти казенну книжку цигаркою пропалив, а мене Ефіальтом2 за те, що я ябедничати любив. Хо-хо... Дітьми були! Не бійся, Нафаня! Підійди до нього ближче... А це моя дружина, уроджена Ванценбах... лютеранка...</w:t>
      </w:r>
    </w:p>
    <w:p>
      <w:r>
        <w:br/>
        <w:t>Нафанаїл трохи подумав і сховався за батькову спину.</w:t>
      </w:r>
    </w:p>
    <w:p>
      <w:r>
        <w:br/>
        <w:t>— Ну, як живеш, друже? — спитав товстий, захоплено дивлячись на друга.— Служиш де? Дослужився?</w:t>
      </w:r>
    </w:p>
    <w:p>
      <w:r>
        <w:br/>
        <w:t>— Служу, милий мій! Колезьким асесором уже другий рік, і Станіслава маю. Платня погана... ну, та бог з нею! Дружина уроки музики дає, я портсигари приватно з дерева роблю. Чудові портсигари! По карбованцю за штуку продаю. Якщо ж хто бере десять штук і більше, тому, розумієш, знижка. Перебиваємось сяк-так. Служив, знаєш, у департаменті, а тепер сюди перевели столоначальником по тому ж відомству... Тут буду служити. Ну, а ти як? Либонь уже статський? Га?</w:t>
      </w:r>
    </w:p>
    <w:p>
      <w:r>
        <w:br/>
        <w:t>— Ні, голубе мій, бери вище,— сказав товстий.— Я вже до таємного дослужився... Дві звізди маю...</w:t>
      </w:r>
    </w:p>
    <w:p>
      <w:r>
        <w:br/>
        <w:t>Тонкий раптом зблід, скам'янів, але скоро обличчя його скривила широчезна посмішка; здавалося, що від обличчя і очей його посипались іскри. Сам він зіщулився, згорбився, звузився... Його чемодани, клунки і коробки стиснулись, поморщились... Довге підборіддя дружини стало ще довшим; Нафанаїл витягся струнко і застебнув усі ґудзички свого мундира...</w:t>
      </w:r>
    </w:p>
    <w:p>
      <w:r>
        <w:br/>
        <w:t>— Я, ваше превосходительство... Дуже приємно! Друг, можна сказати, дитинства, і раптом вийшли в такі вельможі! Хи-хи.</w:t>
      </w:r>
    </w:p>
    <w:p>
      <w:r>
        <w:br/>
        <w:t>— Ну, годі! — поморщився товстий.— Навіщо цей тон? Ми з тобою друзі дитинства — і до чого тут це чинопочитання!</w:t>
      </w:r>
    </w:p>
    <w:p>
      <w:r>
        <w:br/>
        <w:t>— Та як же ж... Що ви...— захихикав тонкий, ще більше зіщулившись.— Милостива увага вашого превосходительства... ніби життєдайна волога... Це ось, ваше превосходительство, син мій Нафанаїл... дружина Луїза, лютеранка, певним чином...</w:t>
      </w:r>
    </w:p>
    <w:p>
      <w:r>
        <w:br/>
        <w:t>Товстий хотів було заперечити щось, але на обличчі тонкого було стільки благоговіння, солодкуватості і шанобливої кислоти, що таємного радника занудило. Він одвернувся від тонкого і простяг йому на прощання руку.</w:t>
      </w:r>
    </w:p>
    <w:p>
      <w:r>
        <w:br/>
        <w:t>Тонкий потиснув три пальці, уклонився всім тулубом і захихикав, мов китаєць: "Хи-хи-хи". Дружина посміхнулася. Нафанаїл шаркнув ногою і впустив картуза. Всі троє були приємно вражені.</w:t>
      </w:r>
    </w:p>
    <w:p>
      <w:r>
        <w:br/>
        <w:t>1888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Товстий і тонкий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