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Триптих 1. "Що дасть нам силу?"</w:t>
      </w:r>
    </w:p>
    <w:p>
      <w:r>
        <w:br/>
        <w:t xml:space="preserve"> (Апокриф)</w:t>
      </w:r>
    </w:p>
    <w:p>
      <w:r>
        <w:br/>
        <w:t>Розпечений весняним гострим сонцем&lt;br /&gt;</w:t>
        <w:br/>
        <w:t>пашить Єрусалим. Проміння біле&lt;br /&gt;</w:t>
        <w:br/>
        <w:t>від білих стін і вулиць відбиває,&lt;br /&gt;</w:t>
        <w:br/>
        <w:t>ряхтить вогнем на золотих покрасах&lt;br /&gt;</w:t>
        <w:br/>
        <w:t>царських палат, ворожі блискавиці&lt;br /&gt;</w:t>
        <w:br/>
        <w:t>запалює на кожнім римськім списі,&lt;br /&gt;</w:t>
        <w:br/>
        <w:t>кладе вінці на шоломи спіжеві&lt;br /&gt;</w:t>
        <w:br/>
        <w:t>центуріонам – блиск, вогонь і пал!&lt;br /&gt;</w:t>
        <w:br/>
        <w:t>Єрусалим готується до свята.&lt;br /&gt;</w:t>
        <w:br/>
        <w:t>Жінки начиння миють у потоці,&lt;br /&gt;</w:t>
        <w:br/>
        <w:t>бряжчать мідяні кухлі, грають іскри&lt;br /&gt;</w:t>
        <w:br/>
        <w:t>від сонця на червоній мокрій глині.&lt;br /&gt;</w:t>
        <w:br/>
        <w:t>Розбіглись діти по весняні квіти.&lt;br /&gt;</w:t>
        <w:br/>
        <w:t>Дівчата чешуть коси й заплітають&lt;br /&gt;</w:t>
        <w:br/>
        <w:t>майстерно у дрібушки з дукачами&lt;br /&gt;</w:t>
        <w:br/>
        <w:t>та радяться, що їм про свято вбрати.&lt;br /&gt;</w:t>
        <w:br/>
        <w:t>Багато радощів, але ж бо й праці!&lt;br /&gt;</w:t>
        <w:br/>
        <w:t>Гаптують, шиють, і печуть, і варять,&lt;br /&gt;</w:t>
        <w:br/>
        <w:t>купують, продають, про свято дбають.&lt;br /&gt;</w:t>
        <w:br/>
        <w:t>Лиш той не дбає, хто шага не має,&lt;br /&gt;</w:t>
        <w:br/>
        <w:t>але й такий волів би заробити&lt;br /&gt;</w:t>
        <w:br/>
        <w:t>гіркою працею, ніж так "не дбати".&lt;br /&gt;</w:t>
        <w:br/>
        <w:t>Бо гірші злидні в свято, ніж у будень,&lt;br /&gt;</w:t>
        <w:br/>
        <w:t>буденна одіж, наче смертний гріх,&lt;br /&gt;</w:t>
        <w:br/>
        <w:t>темніє серед ясних шат святкових,&lt;br /&gt;</w:t>
        <w:br/>
        <w:t>лице не блідне з голоду – шаріє,&lt;br /&gt;</w:t>
        <w:br/>
        <w:t>і легше мовить "хорий", ніж "голоден".&lt;br /&gt;</w:t>
        <w:br/>
        <w:t>На розі проти храму вбогий тесля&lt;br /&gt;</w:t>
        <w:br/>
        <w:t>робітню відчинив. Та й відчиняти&lt;br /&gt;</w:t>
        <w:br/>
        <w:t>не дуже-то було що: три стіни,&lt;br /&gt;</w:t>
        <w:br/>
        <w:t>четвертої біг дасть, от і робітня.&lt;br /&gt;</w:t>
        <w:br/>
        <w:t>Всім перехідним видко всю роботу,&lt;br /&gt;</w:t>
        <w:br/>
        <w:t>мов на майдані. Видко, як працює,&lt;br /&gt;</w:t>
        <w:br/>
        <w:t>не розгинаючись, убогий тесля,&lt;br /&gt;</w:t>
        <w:br/>
        <w:t>зв’язавши ремінцем волосся буйне,&lt;br /&gt;</w:t>
        <w:br/>
        <w:t>щоб не спадало на високе чоло,&lt;br /&gt;</w:t>
        <w:br/>
        <w:t>укрите потом рясним та краплистим.&lt;br /&gt;</w:t>
        <w:br/>
        <w:t>А тесля сам не бачить перехідних.&lt;br /&gt;</w:t>
        <w:br/>
        <w:t>Очима бачить він роботу й знаряд,&lt;br /&gt;</w:t>
        <w:br/>
        <w:t>а думкою все злидні невсипущі:&lt;br /&gt;</w:t>
        <w:br/>
        <w:t>були вони учора, є сьогодні&lt;br /&gt;</w:t>
        <w:br/>
        <w:t>і завтра будуть, і нема їм краю.&lt;br /&gt;</w:t>
        <w:br/>
        <w:t>Ох, та який там край! Хіба ще справді&lt;br /&gt;</w:t>
        <w:br/>
        <w:t>до краю загризуть… Що день, то більше&lt;br /&gt;</w:t>
        <w:br/>
        <w:t>в Єрусалимі теслів настає,&lt;br /&gt;</w:t>
        <w:br/>
        <w:t>і з Сірії насунули, мов хмара,&lt;br /&gt;</w:t>
        <w:br/>
        <w:t>забрали всю роботу коло храму,&lt;br /&gt;</w:t>
        <w:br/>
        <w:t>в Преторії, коло царських палат,&lt;br /&gt;</w:t>
        <w:br/>
        <w:t>їх всюди повно, спритні та майстерні,&lt;br /&gt;</w:t>
        <w:br/>
        <w:t>та запопадливі, масні такі…&lt;br /&gt;</w:t>
        <w:br/>
        <w:t>Вряди-годи єрусалимським теслям&lt;br /&gt;</w:t>
        <w:br/>
        <w:t>робота дістається, і яка?&lt;br /&gt;</w:t>
        <w:br/>
        <w:t>"Он вчора три хрести зробив, – недобра,&lt;br /&gt;</w:t>
        <w:br/>
        <w:t>сумна робота, богові немила…&lt;br /&gt;</w:t>
        <w:br/>
        <w:t>не раз-бо і невинних розпинають…&lt;br /&gt;</w:t>
        <w:br/>
        <w:t>А що робить? Гріха не знає голод.&lt;br /&gt;</w:t>
        <w:br/>
        <w:t>Марницю заробив за три хрести.&lt;br /&gt;</w:t>
        <w:br/>
        <w:t>Така й робота: спішна, от аби-то.&lt;br /&gt;</w:t>
        <w:br/>
        <w:t>Що ж, я не винен – дорого платити&lt;br /&gt;</w:t>
        <w:br/>
        <w:t>за дерево сухе не маю звідки…&lt;br /&gt;</w:t>
        <w:br/>
        <w:t>Ет, якось-то простоять зо три дні,&lt;br /&gt;</w:t>
        <w:br/>
        <w:t>поки до свята шибениці тії,&lt;br /&gt;</w:t>
        <w:br/>
        <w:t>а там – розп’ятих здіймуть, то хрести&lt;br /&gt;</w:t>
        <w:br/>
        <w:t>хоч і спалити – невелика шкода…&lt;br /&gt;</w:t>
        <w:br/>
        <w:t>Така-то праця!.. А колись, бувало,&lt;br /&gt;</w:t>
        <w:br/>
        <w:t>робив різьбу мистецьку до палат,&lt;br /&gt;</w:t>
        <w:br/>
        <w:t>до дому божого… Давно було…&lt;br /&gt;</w:t>
        <w:br/>
        <w:t>Тепера що? Ціпильна, топорища,&lt;br /&gt;</w:t>
        <w:br/>
        <w:t>плуги… хрести… таке! А сила йде,&lt;br /&gt;</w:t>
        <w:br/>
        <w:t>і спина гнеться, й репаються руки,&lt;br /&gt;</w:t>
        <w:br/>
        <w:t>і гине хист. Уже б тепер не вдав&lt;br /&gt;</w:t>
        <w:br/>
        <w:t>різьби такої, хоч би хто й замовив,&lt;br /&gt;</w:t>
        <w:br/>
        <w:t>минулося… Тепер аби хоч як,&lt;br /&gt;</w:t>
        <w:br/>
        <w:t>хоч без мистецтва хліба заробити.&lt;br /&gt;</w:t>
        <w:br/>
        <w:t>Так, хліба, хліба і нічого більше…&lt;br /&gt;</w:t>
        <w:br/>
        <w:t>Ex, клята праця!" Тесля рубонув&lt;br /&gt;</w:t>
        <w:br/>
        <w:t>так по ціпильну, аж воно зломилось.&lt;br /&gt;</w:t>
        <w:br/>
        <w:t>Він кинув спересердя, друге взяв,&lt;br /&gt;</w:t>
        <w:br/>
        <w:t>не встаючи. Піт очі засліпив;&lt;br /&gt;</w:t>
        <w:br/>
        <w:t>втер рукавом і далі теше. Раптом&lt;br /&gt;</w:t>
        <w:br/>
        <w:t>сокира пощербилась об сучок.&lt;br /&gt;</w:t>
        <w:br/>
        <w:t>"А будь ти проклята!" Шпурнув сокиру&lt;br /&gt;</w:t>
        <w:br/>
        <w:t>і долі сів, і голову схилив.&lt;br /&gt;</w:t>
        <w:br/>
        <w:t>Так ниє спина, руки так горять,&lt;br /&gt;</w:t>
        <w:br/>
        <w:t>болить все тіло… Аж тепер він тямить,&lt;br /&gt;</w:t>
        <w:br/>
        <w:t>що він зовсім знебувся, що тепера&lt;br /&gt;</w:t>
        <w:br/>
        <w:t>вся сила згинула… "Ну що ж, не встану,&lt;br /&gt;</w:t>
        <w:br/>
        <w:t>сидітиму до ночі так, ще й ляжу.&lt;br /&gt;</w:t>
        <w:br/>
        <w:t>Однаково. І не здійму сокири,&lt;br /&gt;</w:t>
        <w:br/>
        <w:t>не нагострю й нічого не зроблю&lt;br /&gt;</w:t>
        <w:br/>
        <w:t>ані сьогодні, ані завтра. Що ж!&lt;br /&gt;</w:t>
        <w:br/>
        <w:t>Хай з голоду хоч пухнуть жінка й діти.&lt;br /&gt;</w:t>
        <w:br/>
        <w:t>He маю сили. Згинула. Пропала.&lt;br /&gt;</w:t>
        <w:br/>
        <w:t>Що верне силу, як її нема?.."&lt;br /&gt;</w:t>
        <w:br/>
        <w:t>І похиливсь, мов зломлена билина,&lt;br /&gt;</w:t>
        <w:br/>
        <w:t>і руки, мов зів’ялі, простяглись&lt;br /&gt;</w:t>
        <w:br/>
        <w:t>і впали аж додолу.&lt;br /&gt;</w:t>
        <w:br/>
        <w:t>Так сидів він&lt;br /&gt;</w:t>
        <w:br/>
        <w:t>і не вважав на голосну юрбу,&lt;br /&gt;</w:t>
        <w:br/>
        <w:t>що, мов потік, по вулиці котилась&lt;br /&gt;</w:t>
        <w:br/>
        <w:t>і сміх, і глум, і гомін, і прокльони&lt;br /&gt;</w:t>
        <w:br/>
        <w:t>несла з собою – так вода весняна&lt;br /&gt;</w:t>
        <w:br/>
        <w:t>виносить мул і хмиз, і баговиння&lt;br /&gt;</w:t>
        <w:br/>
        <w:t>зо дна ріки. Юрба текла, текла&lt;br /&gt;</w:t>
        <w:br/>
        <w:t>і раптом стала, аж в тісну робітню&lt;br /&gt;</w:t>
        <w:br/>
        <w:t>якийсь гурток зненацька заточивсь,&lt;br /&gt;</w:t>
        <w:br/>
        <w:t>відпертий натовпом, і трутив теслю,&lt;br /&gt;</w:t>
        <w:br/>
        <w:t>аж той отямивсь. "Гей! куди ви, люди,&lt;br /&gt;</w:t>
        <w:br/>
        <w:t>женетесь так?" – громадці він гукнув.&lt;br /&gt;</w:t>
        <w:br/>
        <w:t>"Чи ти тут спав, чи очманів зовсім?&lt;br /&gt;</w:t>
        <w:br/>
        <w:t>Та се ж сьогодні розпинати мають!&lt;br /&gt;</w:t>
        <w:br/>
        <w:t>Он їх ведуть на страту, а за ними&lt;br /&gt;</w:t>
        <w:br/>
        <w:t>увесь Єрусалим, старе й мале,&lt;br /&gt;</w:t>
        <w:br/>
        <w:t>біжить, щоб на видовисько поглянуть.&lt;br /&gt;</w:t>
        <w:br/>
        <w:t>Се тільки ти тут каменем сидиш". –&lt;br /&gt;</w:t>
        <w:br/>
        <w:t>"То їх ведуть? А де ж вони? Чого се&lt;br /&gt;</w:t>
        <w:br/>
        <w:t>ви тут спинились, коли їх ведуть?" –&lt;br /&gt;</w:t>
        <w:br/>
        <w:t>питає тесля, все мов непритомний.&lt;br /&gt;</w:t>
        <w:br/>
        <w:t>"Дивіться на дурного! – хтось гукнув. –&lt;br /&gt;</w:t>
        <w:br/>
        <w:t>Та ти ж поглянь, он там напроти тебе&lt;br /&gt;</w:t>
        <w:br/>
        <w:t>впав серед вулиці один із них.&lt;br /&gt;</w:t>
        <w:br/>
        <w:t>Се він вже втретє – двічі вояки&lt;br /&gt;</w:t>
        <w:br/>
        <w:t>підводили бичами й стусанами, –&lt;br /&gt;</w:t>
        <w:br/>
        <w:t>а сей раз не встає. Казали люди,&lt;br /&gt;</w:t>
        <w:br/>
        <w:t>важкий занадто хрест йому дістався,&lt;br /&gt;</w:t>
        <w:br/>
        <w:t>нетесаний, сирий та суковатий, –&lt;br /&gt;</w:t>
        <w:br/>
        <w:t>дешевий, звісно! Правда, шкода й коштів,&lt;br /&gt;</w:t>
        <w:br/>
        <w:t>та, видно, й тесля шкодував роботи…"&lt;br /&gt;</w:t>
        <w:br/>
        <w:t>Базікають, а тесля вже й не чує,&lt;br /&gt;</w:t>
        <w:br/>
        <w:t>він скочив миттю на станок і звідти&lt;br /&gt;</w:t>
        <w:br/>
        <w:t>поверх голів на вулицю зорить.&lt;br /&gt;</w:t>
        <w:br/>
        <w:t>А там, посеред сміття та каміння,&lt;br /&gt;</w:t>
        <w:br/>
        <w:t>впав під хрестом на порох придорожній&lt;br /&gt;</w:t>
        <w:br/>
        <w:t>син чоловічий. На хресті кора&lt;br /&gt;</w:t>
        <w:br/>
        <w:t>чорніє пожариною, і тільки&lt;br /&gt;</w:t>
        <w:br/>
        <w:t>самі кінці ясніють: свіжі рани,&lt;br /&gt;</w:t>
        <w:br/>
        <w:t>завдані вчора дереву сирому&lt;br /&gt;</w:t>
        <w:br/>
        <w:t>сокирою. Як ті блідії рани,&lt;br /&gt;</w:t>
        <w:br/>
        <w:t>бліде обличчя в страдника, що впав,&lt;br /&gt;</w:t>
        <w:br/>
        <w:t>виразно червоніють краплі крові&lt;br /&gt;</w:t>
        <w:br/>
        <w:t>на тім чолі, – не так рясніє піт&lt;br /&gt;</w:t>
        <w:br/>
        <w:t>в робітника під час гарячий праці.&lt;br /&gt;</w:t>
        <w:br/>
        <w:t>Без краю смутні очі, мов питають:&lt;br /&gt;</w:t>
        <w:br/>
        <w:t>"Навіщо ся даремна, зайва мука?&lt;br /&gt;</w:t>
        <w:br/>
        <w:t>Таж я прийняв по присуду всі кари&lt;br /&gt;</w:t>
        <w:br/>
        <w:t>і ще прийму. А се хто присудив?" –&lt;br /&gt;</w:t>
        <w:br/>
        <w:t>"Гей, уставай лиш! Доки будеш спати?!" –&lt;br /&gt;</w:t>
        <w:br/>
        <w:t>кричать преторіанці, і бичі&lt;br /&gt;</w:t>
        <w:br/>
        <w:t>звилися, мов гадюки. Крізь одежу&lt;br /&gt;</w:t>
        <w:br/>
        <w:t>червоні смуги стали пробиватись.&lt;br /&gt;</w:t>
        <w:br/>
        <w:t>"Не можу… хрест важкий…&lt;br /&gt;</w:t>
        <w:br/>
        <w:t>мені несила…" нещасний простогнав&lt;br /&gt;</w:t>
        <w:br/>
        <w:t>і ліг лицем у порох шляховий. Преторіанець&lt;br /&gt;</w:t>
        <w:br/>
        <w:t>підвів бича – та не спустив, бо раптом&lt;br /&gt;</w:t>
        <w:br/>
        <w:t>спинив його за руку хтось: "Пожди!"&lt;br /&gt;</w:t>
        <w:br/>
        <w:t>"Ти хто? Чого тобі?" – вояк вереснув.&lt;br /&gt;</w:t>
        <w:br/>
        <w:t>"Я тесля. Я зробив сей хрест важким,&lt;br /&gt;</w:t>
        <w:br/>
        <w:t>то й мушу я нести його. Давайте.&lt;br /&gt;</w:t>
        <w:br/>
        <w:t>За сюю працю не візьму я плати".&lt;br /&gt;</w:t>
        <w:br/>
        <w:t>І взяв хреста. Ніхто не боронив.&lt;br /&gt;</w:t>
        <w:br/>
        <w:t>І випроставсь похилий стан у теслі,&lt;br /&gt;</w:t>
        <w:br/>
        <w:t>напружились його зів’ялі руки,&lt;br /&gt;</w:t>
        <w:br/>
        <w:t>погаслий погляд знову загорівся&lt;br /&gt;</w:t>
        <w:br/>
        <w:t>великим та палким глибоким смутком&lt;br /&gt;</w:t>
        <w:br/>
        <w:t>і твердою, важкою походою&lt;br /&gt;</w:t>
        <w:br/>
        <w:t>пішов з хрестом робітник на Голгофу,&lt;br /&gt;</w:t>
        <w:br/>
        <w:t>немов не знав ні праці, ані втоми&lt;br /&gt;</w:t>
        <w:br/>
        <w:t>до сього часу.</w:t>
      </w:r>
    </w:p>
    <w:p>
      <w:r>
        <w:br/>
        <w:t>[13.11.1903, м. Тифліс]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Триптих 1. "Що дасть нам силу?"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