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Триптих 2. Орфеєве чудо</w:t>
      </w:r>
    </w:p>
    <w:p>
      <w:r>
        <w:br/>
        <w:t xml:space="preserve"> (Легенда)</w:t>
      </w:r>
    </w:p>
    <w:p>
      <w:r>
        <w:br/>
        <w:t>Одкрита полонина, де будується нове місто, подібне до руїни своїми недокінченими безверхими хатами та недовершеними храмами. Деякі будови і справді розруйновані до підмурівку, і лежать звалини, де-не-де чорніють пожарини.&lt;br /&gt;</w:t>
        <w:br/>
        <w:t>Орфей, Зет і Амфіон – три легендарні герої – працюють коло міського муру, циклопічної огради, що роззявляє великі чорні виломи і переривається чималими прогалинами. Зет – сильне-дужий, кремезний – двигає важкі брили каміння і складає їх перед Орфеєм, часом розбиваючи на скілька часток. Орфей – ніжна співецька постать – обточує клевцем і долотом те каміння, придаючи йому форму плит. Амфіон – розважний, думливий, старший виразом очей, ніж віком, – умощує те каміння, сполучає його і виводить мур, залатуючи вилом, виповняючи прогалини.</w:t>
      </w:r>
    </w:p>
    <w:p>
      <w:r>
        <w:br/>
        <w:t>Амфіон&lt;br /&gt;</w:t>
        <w:br/>
        <w:t>(працюючи близько до Орфея)&lt;br /&gt;</w:t>
        <w:br/>
        <w:t>Давно вже ти, Орфею, нам не грав.&lt;br /&gt;</w:t>
        <w:br/>
        <w:t>В тернах лежить покинута кітара,&lt;br /&gt;</w:t>
        <w:br/>
        <w:t>на лірі струни зсохлись від невжитку,&lt;br /&gt;</w:t>
        <w:br/>
        <w:t>цівниця, дар від бога Пана, вмовкла,&lt;br /&gt;</w:t>
        <w:br/>
        <w:t>дедалі буде казкою здаватись,&lt;br /&gt;</w:t>
        <w:br/>
        <w:t>коли хто назове тебе співцем.</w:t>
      </w:r>
    </w:p>
    <w:p>
      <w:r>
        <w:br/>
        <w:t>Орфей&lt;br /&gt;</w:t>
        <w:br/>
        <w:t>Мені самому казкою здається,&lt;br /&gt;</w:t>
        <w:br/>
        <w:t>що руки сі, скривавлені від праці,&lt;br /&gt;</w:t>
        <w:br/>
        <w:t>колись могли перебирати струни,&lt;br /&gt;</w:t>
        <w:br/>
        <w:t>що зашкарублі пальці обіймали&lt;br /&gt;</w:t>
        <w:br/>
        <w:t>колись так ніжно чарівну сопілку…&lt;br /&gt;</w:t>
        <w:br/>
        <w:t>Ні, певне, то тоді був не Орфей,&lt;br /&gt;</w:t>
        <w:br/>
        <w:t>або тепер я привластив без права&lt;br /&gt;</w:t>
        <w:br/>
        <w:t>собі чуже імення.</w:t>
      </w:r>
    </w:p>
    <w:p>
      <w:r>
        <w:br/>
        <w:t>Зет&lt;br /&gt;</w:t>
        <w:br/>
        <w:t>(надходить з величезною брилою, гучно кидає її на землю перед Орфеем і розбиває на скілька куснів великим клевцем. Б’ючи по каменю, говорить уривчасто)&lt;br /&gt;</w:t>
        <w:br/>
        <w:t>Я чував –&lt;br /&gt;</w:t>
        <w:br/>
        <w:t>хоча, звичайно, люди часто брешуть, –&lt;br /&gt;</w:t>
        <w:br/>
        <w:t>але чого на світі не буває? –&lt;br /&gt;</w:t>
        <w:br/>
        <w:t>що ніби спів твій – чи музика, може,&lt;br /&gt;</w:t>
        <w:br/>
        <w:t>не знаю, що там саме, – чари має…&lt;br /&gt;</w:t>
        <w:br/>
        <w:t>Що й дикі звірі слухають її,&lt;br /&gt;</w:t>
        <w:br/>
        <w:t>і навіть хижаки стануть покірні.&lt;br /&gt;</w:t>
        <w:br/>
        <w:t>Скажи, то правда?</w:t>
      </w:r>
    </w:p>
    <w:p>
      <w:r>
        <w:br/>
        <w:t>Орфей&lt;br /&gt;</w:t>
        <w:br/>
        <w:t>Я не знаю, брате.</w:t>
      </w:r>
    </w:p>
    <w:p>
      <w:r>
        <w:br/>
        <w:t>Зет&lt;br /&gt;</w:t>
        <w:br/>
        <w:t>Як? Значить, брешуть?</w:t>
      </w:r>
    </w:p>
    <w:p>
      <w:r>
        <w:br/>
        <w:t>Орфей&lt;br /&gt;</w:t>
        <w:br/>
        <w:t>І того не знаю.</w:t>
      </w:r>
    </w:p>
    <w:p>
      <w:r>
        <w:br/>
        <w:t>Зет&lt;br /&gt;</w:t>
        <w:br/>
        <w:t>Та що ж ти, збувся пам’яті?</w:t>
      </w:r>
    </w:p>
    <w:p>
      <w:r>
        <w:br/>
        <w:t>Орфей&lt;br /&gt;</w:t>
        <w:br/>
        <w:t>Я збувся&lt;br /&gt;</w:t>
        <w:br/>
        <w:t>себе самого.</w:t>
      </w:r>
    </w:p>
    <w:p>
      <w:r>
        <w:br/>
        <w:t>Зет&lt;br /&gt;</w:t>
        <w:br/>
        <w:t>(тихо до Амфіона)&lt;br /&gt;</w:t>
        <w:br/>
        <w:t>Що се він говорить?</w:t>
      </w:r>
    </w:p>
    <w:p>
      <w:r>
        <w:br/>
        <w:t>Амфіон&lt;br /&gt;</w:t>
        <w:br/>
        <w:t>(уважно глянувши на Орфея)&lt;br /&gt;</w:t>
        <w:br/>
        <w:t>Він утомився.&lt;br /&gt;</w:t>
        <w:br/>
        <w:t>(До Орфея.)&lt;br /&gt;</w:t>
        <w:br/>
        <w:t>Слухай, друже милий,&lt;br /&gt;</w:t>
        <w:br/>
        <w:t>ти б відпочив.</w:t>
      </w:r>
    </w:p>
    <w:p>
      <w:r>
        <w:br/>
        <w:t>Зет&lt;br /&gt;</w:t>
        <w:br/>
        <w:t>Та й справді. Заспівав би,&lt;br /&gt;</w:t>
        <w:br/>
        <w:t>а ми послухали б отак між ділом.&lt;br /&gt;</w:t>
        <w:br/>
        <w:t>Коли вже звірі, й тії прислухались,&lt;br /&gt;</w:t>
        <w:br/>
        <w:t>а ми ж таки ще люди.</w:t>
      </w:r>
    </w:p>
    <w:p>
      <w:r>
        <w:br/>
        <w:t>Орфей&lt;br /&gt;</w:t>
        <w:br/>
        <w:t>Справді? Ще?&lt;br /&gt;</w:t>
        <w:br/>
        <w:t>І я людина?</w:t>
      </w:r>
    </w:p>
    <w:p>
      <w:r>
        <w:br/>
        <w:t>Зет&lt;br /&gt;</w:t>
        <w:br/>
        <w:t>Нащо ти питаєш?</w:t>
      </w:r>
    </w:p>
    <w:p>
      <w:r>
        <w:br/>
        <w:t>Орфей&lt;br /&gt;</w:t>
        <w:br/>
        <w:t>Бо я гадав, що я вже став клевцем&lt;br /&gt;</w:t>
        <w:br/>
        <w:t>чи долотом, аж я ще все людина…&lt;br /&gt;</w:t>
        <w:br/>
        <w:t>Принаймні ти се кажеш. Може, й правда…&lt;br /&gt;</w:t>
        <w:br/>
        <w:t>Так, правда, я живий, бо чую біль.</w:t>
      </w:r>
    </w:p>
    <w:p>
      <w:r>
        <w:br/>
        <w:t>Зет&lt;br /&gt;</w:t>
        <w:br/>
        <w:t>Ніколи я не можу розібрати,&lt;br /&gt;</w:t>
        <w:br/>
        <w:t>чи ти жартуєш просто, чи сумуєш,&lt;br /&gt;</w:t>
        <w:br/>
        <w:t>чи з мене насміхаєшся.</w:t>
      </w:r>
    </w:p>
    <w:p>
      <w:r>
        <w:br/>
        <w:t>Орфей&lt;br /&gt;</w:t>
        <w:br/>
        <w:t>Ні, брате,&lt;br /&gt;</w:t>
        <w:br/>
        <w:t>коли я й насміхаюсь, то не з тебе.</w:t>
      </w:r>
    </w:p>
    <w:p>
      <w:r>
        <w:br/>
        <w:t>Зет&lt;br /&gt;</w:t>
        <w:br/>
        <w:t>А з кого ж ?</w:t>
      </w:r>
    </w:p>
    <w:p>
      <w:r>
        <w:br/>
        <w:t>Орфей&lt;br /&gt;</w:t>
        <w:br/>
        <w:t>З себе чи з своєї долі.</w:t>
      </w:r>
    </w:p>
    <w:p>
      <w:r>
        <w:br/>
        <w:t>Зет&lt;br /&gt;</w:t>
        <w:br/>
        <w:t>(поважно)&lt;br /&gt;</w:t>
        <w:br/>
        <w:t>Ні, з долі глузувати не годиться –&lt;br /&gt;</w:t>
        <w:br/>
        <w:t>вона богиня.</w:t>
      </w:r>
    </w:p>
    <w:p>
      <w:r>
        <w:br/>
        <w:t>Який час працюють мовчки. Зет приносить нову брилу і знов розбиває її.</w:t>
      </w:r>
    </w:p>
    <w:p>
      <w:r>
        <w:br/>
        <w:t>Зет&lt;br /&gt;</w:t>
        <w:br/>
        <w:t>Шкода, що не маєш&lt;br /&gt;</w:t>
        <w:br/>
        <w:t>охоти до співання. Я гадав:&lt;br /&gt;</w:t>
        <w:br/>
        <w:t>коли вже звірі… може б, і каміння&lt;br /&gt;</w:t>
        <w:br/>
        <w:t>послухало тебе.</w:t>
      </w:r>
    </w:p>
    <w:p>
      <w:r>
        <w:br/>
        <w:t>Амфіон&lt;br /&gt;</w:t>
        <w:br/>
        <w:t>Ти, Зете, часом&lt;br /&gt;</w:t>
        <w:br/>
        <w:t>говориш без ладу: ну, що се значить:&lt;br /&gt;</w:t>
        <w:br/>
        <w:t>"послухало б каміння"?</w:t>
      </w:r>
    </w:p>
    <w:p>
      <w:r>
        <w:br/>
        <w:t>Зет&lt;br /&gt;</w:t>
        <w:br/>
        <w:t>Ніби… теє…&lt;br /&gt;</w:t>
        <w:br/>
        <w:t>чи не зложилось би воно само&lt;br /&gt;</w:t>
        <w:br/>
        <w:t>як слід у мури?</w:t>
      </w:r>
    </w:p>
    <w:p>
      <w:r>
        <w:br/>
        <w:t>Амфіон сміється.</w:t>
      </w:r>
    </w:p>
    <w:p>
      <w:r>
        <w:br/>
        <w:t>Ну от, смієшся ти !&lt;br /&gt;</w:t>
        <w:br/>
        <w:t>А що, коли то правда все – про звірів?&lt;br /&gt;</w:t>
        <w:br/>
        <w:t>Орфею, правда? Я по очах бачу,&lt;br /&gt;</w:t>
        <w:br/>
        <w:t>що він соромиться мені признатись,&lt;br /&gt;</w:t>
        <w:br/>
        <w:t>щоб потім я не продражнив хвальком.</w:t>
      </w:r>
    </w:p>
    <w:p>
      <w:r>
        <w:br/>
        <w:t>Амфіон&lt;br /&gt;</w:t>
        <w:br/>
        <w:t>Про звірів можна ще сяк-так повірить,&lt;br /&gt;</w:t>
        <w:br/>
        <w:t>бо то живі створіння, мають серце,&lt;br /&gt;</w:t>
        <w:br/>
        <w:t>коли не душу, але щоб каміння&lt;br /&gt;</w:t>
        <w:br/>
        <w:t>безживне, мертве…</w:t>
      </w:r>
    </w:p>
    <w:p>
      <w:r>
        <w:br/>
        <w:t>Зет&lt;br /&gt;</w:t>
        <w:br/>
        <w:t>Хто тобі сказав,&lt;br /&gt;</w:t>
        <w:br/>
        <w:t>що се каміння мертве? Таж каміння –&lt;br /&gt;</w:t>
        <w:br/>
        <w:t>то кості матері-землі. Удар же&lt;br /&gt;</w:t>
        <w:br/>
        <w:t>себе по кістці – як ще заболить!&lt;br /&gt;</w:t>
        <w:br/>
        <w:t>Адже Орфей сказав – Орфей же мудрий, –&lt;br /&gt;</w:t>
        <w:br/>
        <w:t>якщо болить, то значить, що живе.</w:t>
      </w:r>
    </w:p>
    <w:p>
      <w:r>
        <w:br/>
        <w:t>Амфіон&lt;br /&gt;</w:t>
        <w:br/>
        <w:t>(з добродушною насмішкою)&lt;br /&gt;</w:t>
        <w:br/>
        <w:t>Мудріший ти, як бачу, й від Орфея!</w:t>
      </w:r>
    </w:p>
    <w:p>
      <w:r>
        <w:br/>
        <w:t>Зет&lt;br /&gt;</w:t>
        <w:br/>
        <w:t>(ображено)&lt;br /&gt;</w:t>
        <w:br/>
        <w:t>Гляди, коли б тебе не переважив.&lt;br /&gt;</w:t>
        <w:br/>
        <w:t>(Іде до скелі по нову брилу.)</w:t>
      </w:r>
    </w:p>
    <w:p>
      <w:r>
        <w:br/>
        <w:t>Амфіон&lt;br /&gt;</w:t>
        <w:br/>
        <w:t>(до Орфея)&lt;br /&gt;</w:t>
        <w:br/>
        <w:t>А справді, чом тобі не заспівати?&lt;br /&gt;</w:t>
        <w:br/>
        <w:t>Хоч дива я не жду від того співу,&lt;br /&gt;</w:t>
        <w:br/>
        <w:t>бо я не Зет, щоб вірити в казки,&lt;br /&gt;</w:t>
        <w:br/>
        <w:t>а все-таки дає розвагу пісня,&lt;br /&gt;</w:t>
        <w:br/>
        <w:t>скоріше час минає.</w:t>
      </w:r>
    </w:p>
    <w:p>
      <w:r>
        <w:br/>
        <w:t>Орфей&lt;br /&gt;</w:t>
        <w:br/>
        <w:t>(з жахом)&lt;br /&gt;</w:t>
        <w:br/>
        <w:t>Ти б хотів,&lt;br /&gt;</w:t>
        <w:br/>
        <w:t>щоб час летів над нами ще скоріше?&lt;br /&gt;</w:t>
        <w:br/>
        <w:t>Я з жахом чую, як шумлять в просторі&lt;br /&gt;</w:t>
        <w:br/>
        <w:t>його вітряні крила… Ох, як мчить!&lt;br /&gt;</w:t>
        <w:br/>
        <w:t>Ой, хутко знову прийде ніч злодійна!&lt;br /&gt;</w:t>
        <w:br/>
        <w:t>Нам, дітям світла, зір з очей украде&lt;br /&gt;</w:t>
        <w:br/>
        <w:t>і ворогів з собою приведе, своїх дітей&lt;br /&gt;</w:t>
        <w:br/>
        <w:t>з совиними очима, покривши їх щитом своїм.&lt;br /&gt;</w:t>
        <w:br/>
        <w:t>І знову на місто безборонне вдарить ворог,&lt;br /&gt;</w:t>
        <w:br/>
        <w:t>оберне підмурівок у руїну&lt;br /&gt;</w:t>
        <w:br/>
        <w:t>і пусткою наповнить наші храми.</w:t>
      </w:r>
    </w:p>
    <w:p>
      <w:r>
        <w:br/>
        <w:t>Амфіон&lt;br /&gt;</w:t>
        <w:br/>
        <w:t>Тепера літо, дні настали довгі,&lt;br /&gt;</w:t>
        <w:br/>
        <w:t>ми, може, встигнемо сей раз до ночі&lt;br /&gt;</w:t>
        <w:br/>
        <w:t>прогалини найдовші замостити.&lt;br /&gt;</w:t>
        <w:br/>
        <w:t>Тоді ти зійдеш он туди на гору&lt;br /&gt;</w:t>
        <w:br/>
        <w:t>і пустиш голос Панової флейти,&lt;br /&gt;</w:t>
        <w:br/>
        <w:t>і зійдуться до нас тоді всі люди,&lt;br /&gt;</w:t>
        <w:br/>
        <w:t>поставлять варту і вогні запалять,&lt;br /&gt;</w:t>
        <w:br/>
        <w:t>за мурами поставлять оборону…</w:t>
      </w:r>
    </w:p>
    <w:p>
      <w:r>
        <w:br/>
        <w:t>Орфей&lt;br /&gt;</w:t>
        <w:br/>
        <w:t>А де ж вони тепер? Вони розбіглись,&lt;br /&gt;</w:t>
        <w:br/>
        <w:t>як вівці по шурхах незаходимих,&lt;br /&gt;</w:t>
        <w:br/>
        <w:t>покинули нас трьох тут будувати&lt;br /&gt;</w:t>
        <w:br/>
        <w:t>для їх твердиню, а для нас могилу.</w:t>
      </w:r>
    </w:p>
    <w:p>
      <w:r>
        <w:br/>
        <w:t>Амфіон&lt;br /&gt;</w:t>
        <w:br/>
        <w:t>Бо до такого, брате, мурування,&lt;br /&gt;</w:t>
        <w:br/>
        <w:t>як ми оце розпочали, не досить&lt;br /&gt;</w:t>
        <w:br/>
        <w:t>звичайних людських сил. Се ж і не дивно,&lt;br /&gt;</w:t>
        <w:br/>
        <w:t>що рід героїв нечисленний в світі, –&lt;br /&gt;</w:t>
        <w:br/>
        <w:t>богам було б інакше небезпечно.&lt;br /&gt;</w:t>
        <w:br/>
        <w:t>А тут потрібна сила героїчна,&lt;br /&gt;</w:t>
        <w:br/>
        <w:t>от і прийшлося будувать нам трьом.</w:t>
      </w:r>
    </w:p>
    <w:p>
      <w:r>
        <w:br/>
        <w:t>Зет&lt;br /&gt;</w:t>
        <w:br/>
        <w:t>Ex, якби нас було хоч би чотири!&lt;br /&gt;</w:t>
        <w:br/>
        <w:t>Ні, треба вісім, щоб було дві зміни, –&lt;br /&gt;</w:t>
        <w:br/>
        <w:t>вже б якось ми се місто встерегли,&lt;br /&gt;</w:t>
        <w:br/>
        <w:t>по чотирьох кутках на варту ставши!</w:t>
      </w:r>
    </w:p>
    <w:p>
      <w:r>
        <w:br/>
        <w:t>Амфіон&lt;br /&gt;</w:t>
        <w:br/>
        <w:t>Як буде мур готовий, прийдуть люди&lt;br /&gt;</w:t>
        <w:br/>
        <w:t>і докінчать хати, палати й храми,&lt;br /&gt;</w:t>
        <w:br/>
        <w:t>під захистом тривким їх праця буде&lt;br /&gt;</w:t>
        <w:br/>
        <w:t>тривка й доладна. Ти тоді не будеш&lt;br /&gt;</w:t>
        <w:br/>
        <w:t>рівнять їх до овечої отари, –&lt;br /&gt;</w:t>
        <w:br/>
        <w:t>то буде впорядкована громада,&lt;br /&gt;</w:t>
        <w:br/>
        <w:t>народ не гірший від своїх сусідів.&lt;br /&gt;</w:t>
        <w:br/>
        <w:t>Побачиш!</w:t>
      </w:r>
    </w:p>
    <w:p>
      <w:r>
        <w:br/>
        <w:t>Орфей&lt;br /&gt;</w:t>
        <w:br/>
        <w:t>Я побачу? Горе! Горе!&lt;br /&gt;</w:t>
        <w:br/>
        <w:t>Мені здається, ніч оця зав’яже&lt;br /&gt;</w:t>
        <w:br/>
        <w:t>мені навіки очі платом чорним.&lt;br /&gt;</w:t>
        <w:br/>
        <w:t>Коли б ти знав, як сей каміння блиск&lt;br /&gt;</w:t>
        <w:br/>
        <w:t>мені вражає очі! Все червоне&lt;br /&gt;</w:t>
        <w:br/>
        <w:t>передо мною…</w:t>
      </w:r>
    </w:p>
    <w:p>
      <w:r>
        <w:br/>
        <w:t>Зет&lt;br /&gt;</w:t>
        <w:br/>
        <w:t>(надходить з брилою. Видно, втома починає і його змагати)&lt;br /&gt;</w:t>
        <w:br/>
        <w:t>Ти того не бійся,&lt;br /&gt;</w:t>
        <w:br/>
        <w:t>то так від спеки. Се й мені буває.&lt;br /&gt;</w:t>
        <w:br/>
        <w:t>Роса прохолодить. Уже недовго.&lt;br /&gt;</w:t>
        <w:br/>
        <w:t>Вже хутко вечір. Сонце вже на схилку.</w:t>
      </w:r>
    </w:p>
    <w:p>
      <w:r>
        <w:br/>
        <w:t>Орфей&lt;br /&gt;</w:t>
        <w:br/>
        <w:t>(з одчаєм)&lt;br /&gt;</w:t>
        <w:br/>
        <w:t>Вже вечір… захід… ніч!</w:t>
      </w:r>
    </w:p>
    <w:p>
      <w:r>
        <w:br/>
        <w:t>Амфіон&lt;br /&gt;</w:t>
        <w:br/>
        <w:t>(розважно)&lt;br /&gt;</w:t>
        <w:br/>
        <w:t>Та заспокойся!&lt;br /&gt;</w:t>
        <w:br/>
        <w:t>Ну що ж, ну, в крайнім разі, прийде ворог.&lt;br /&gt;</w:t>
        <w:br/>
        <w:t>Чи се ж нам першина? Чей не загинем.&lt;br /&gt;</w:t>
        <w:br/>
        <w:t>Не може він всього розруйнувати:&lt;br /&gt;</w:t>
        <w:br/>
        <w:t>героїв же і в нього небагато,&lt;br /&gt;</w:t>
        <w:br/>
        <w:t>щоб знищити сю героїчну працю.&lt;br /&gt;</w:t>
        <w:br/>
        <w:t>Що-небудь же лишиться нам. А потім&lt;br /&gt;</w:t>
        <w:br/>
        <w:t>ще й завтра буде день.</w:t>
      </w:r>
    </w:p>
    <w:p>
      <w:r>
        <w:br/>
        <w:t>Орфей&lt;br /&gt;</w:t>
        <w:br/>
        <w:t>Для мене, брате,&lt;br /&gt;</w:t>
        <w:br/>
        <w:t>його не буде. Я се чую серцем.</w:t>
      </w:r>
    </w:p>
    <w:p>
      <w:r>
        <w:br/>
        <w:t>Амфіон&lt;br /&gt;</w:t>
        <w:br/>
        <w:t>Се втома і примари. Сядь спочинь,&lt;br /&gt;</w:t>
        <w:br/>
        <w:t>і все минеться.</w:t>
      </w:r>
    </w:p>
    <w:p>
      <w:r>
        <w:br/>
        <w:t>Зет&lt;br /&gt;</w:t>
        <w:br/>
        <w:t>Заспівав би краще.&lt;br /&gt;</w:t>
        <w:br/>
        <w:t>Ну, що коштує спробувать? Ану ж, –&lt;br /&gt;</w:t>
        <w:br/>
        <w:t>послухає каміння!</w:t>
      </w:r>
    </w:p>
    <w:p>
      <w:r>
        <w:br/>
        <w:t>Амфіон&lt;br /&gt;</w:t>
        <w:br/>
        <w:t>(презирливо махнувши рукою)&lt;br /&gt;</w:t>
        <w:br/>
        <w:t>Знов своєї!&lt;br /&gt;</w:t>
        <w:br/>
        <w:t>(До Орфея)&lt;br /&gt;</w:t>
        <w:br/>
        <w:t>Хоч заспівати все-таки не вадить.&lt;br /&gt;</w:t>
        <w:br/>
        <w:t>Колись було то звичкою твоєю,&lt;br /&gt;</w:t>
        <w:br/>
        <w:t>і, може, мститься на тобі тепера,&lt;br /&gt;</w:t>
        <w:br/>
        <w:t>що ти ту звичку занедбав.</w:t>
      </w:r>
    </w:p>
    <w:p>
      <w:r>
        <w:br/>
        <w:t>Орфей&lt;br /&gt;</w:t>
        <w:br/>
        <w:t>Ох, браття,&lt;br /&gt;</w:t>
        <w:br/>
        <w:t>не можу я співати! Треба свята&lt;br /&gt;</w:t>
        <w:br/>
        <w:t>моїй душі – тоді вона співає.&lt;br /&gt;</w:t>
        <w:br/>
        <w:t>Тепер же день робітний, тяжкий будень.&lt;br /&gt;</w:t>
        <w:br/>
        <w:t>Не можу я, не смію святкувати!&lt;br /&gt;</w:t>
        <w:br/>
        <w:t>До каменя приковані сі руки,&lt;br /&gt;</w:t>
        <w:br/>
        <w:t>тепер їм ніколи торкати струн.&lt;br /&gt;</w:t>
        <w:br/>
        <w:t>Камінні іскри засліпили очі,&lt;br /&gt;</w:t>
        <w:br/>
        <w:t>не бачу я танків надземних муз.&lt;br /&gt;</w:t>
        <w:br/>
        <w:t>Натруджене дихання обпалило&lt;br /&gt;</w:t>
        <w:br/>
        <w:t>мені співацьке горло, стих мій голос,&lt;br /&gt;</w:t>
        <w:br/>
        <w:t>чи ви ж не чуєте? – він шелестить,&lt;br /&gt;</w:t>
        <w:br/>
        <w:t>як те сухе, убите сонцем зілля…&lt;br /&gt;</w:t>
        <w:br/>
        <w:t>(Голос його переходить в шепотіння, шпарке, тривожне, як маячіння.)&lt;br /&gt;</w:t>
        <w:br/>
        <w:t>Не можу я, не смію спочивати…&lt;br /&gt;</w:t>
        <w:br/>
        <w:t>Дай швидше каменя!.. Де мій клевець?&lt;br /&gt;</w:t>
        <w:br/>
        <w:t>Ой Амфіоне, поможи шукати!&lt;br /&gt;</w:t>
        <w:br/>
        <w:t>Я щось не бачу… Ось він… Швидше! Швидше!&lt;br /&gt;</w:t>
        <w:br/>
        <w:t>Давай-бо, Зете, каменя! Скоріше&lt;br /&gt;</w:t>
        <w:br/>
        <w:t>замощуй, Амфіоне, тую дірку –&lt;br /&gt;</w:t>
        <w:br/>
        <w:t>вона ж найнебезпечніша!.. Де люди?&lt;br /&gt;</w:t>
        <w:br/>
        <w:t>Нехай хоч не герої, хай пігмеї&lt;br /&gt;</w:t>
        <w:br/>
        <w:t>сюди прийдуть, поможуть працювати,&lt;br /&gt;</w:t>
        <w:br/>
        <w:t>бо вже надходить вечір… захід… ніч!&lt;br /&gt;</w:t>
        <w:br/>
        <w:t>(Знесилений падає додолу.)&lt;br /&gt;</w:t>
        <w:br/>
        <w:t>Кінець. Я зломлений.</w:t>
      </w:r>
    </w:p>
    <w:p>
      <w:r>
        <w:br/>
        <w:t>Товариші кидаються до нього.</w:t>
      </w:r>
    </w:p>
    <w:p>
      <w:r>
        <w:br/>
        <w:t>Амфіон&lt;br /&gt;</w:t>
        <w:br/>
        <w:t>Несімо швидше&lt;br /&gt;</w:t>
        <w:br/>
        <w:t>його туди, в затінок під оливу!</w:t>
      </w:r>
    </w:p>
    <w:p>
      <w:r>
        <w:br/>
        <w:t>Несуть Орфея далі від муру під велику оливу і там кладуть.</w:t>
      </w:r>
    </w:p>
    <w:p>
      <w:r>
        <w:br/>
        <w:t>Се, певне, Аполлонова стріла&lt;br /&gt;</w:t>
        <w:br/>
        <w:t>улучила його.</w:t>
      </w:r>
    </w:p>
    <w:p>
      <w:r>
        <w:br/>
        <w:t>Зет&lt;br /&gt;</w:t>
        <w:br/>
        <w:t>(хапає тикву з водою, поливає собі на руку, щоб промочити чоло Орфеєві)&lt;br /&gt;</w:t>
        <w:br/>
        <w:t>Вода гаряча!&lt;br /&gt;</w:t>
        <w:br/>
        <w:t>До річки далечінь…&lt;br /&gt;</w:t>
        <w:br/>
        <w:t>(Здіймає руки вгору.)&lt;br /&gt;</w:t>
        <w:br/>
        <w:t>Ви, олімпійці!&lt;br /&gt;</w:t>
        <w:br/>
        <w:t>Пошліть сюди скоріш росу вечірню,&lt;br /&gt;</w:t>
        <w:br/>
        <w:t>бо він конає!</w:t>
      </w:r>
    </w:p>
    <w:p>
      <w:r>
        <w:br/>
        <w:t>Орфей&lt;br /&gt;</w:t>
        <w:br/>
        <w:t>(ледве чутно)&lt;br /&gt;</w:t>
        <w:br/>
        <w:t>Ні, роси не треба…&lt;br /&gt;</w:t>
        <w:br/>
        <w:t>нехай ще день… Товариші, працюйте,&lt;br /&gt;</w:t>
        <w:br/>
        <w:t>лишіть мене… Цівницю тільки дайте…</w:t>
      </w:r>
    </w:p>
    <w:p>
      <w:r>
        <w:br/>
        <w:t>Амфіон знаходить десь між камінням цівницю, що інакше зветься свиріль або флейта Пана, і приносить її Орфеєві.</w:t>
      </w:r>
    </w:p>
    <w:p>
      <w:r>
        <w:br/>
        <w:t>На гору я не вийду… не здолаю…&lt;br /&gt;</w:t>
        <w:br/>
        <w:t>Вони не вчують… Але я озвуся,&lt;br /&gt;</w:t>
        <w:br/>
        <w:t>подам їм голос.</w:t>
      </w:r>
    </w:p>
    <w:p>
      <w:r>
        <w:br/>
        <w:t>Зет&lt;br /&gt;</w:t>
        <w:br/>
        <w:t>Може, і почують.</w:t>
      </w:r>
    </w:p>
    <w:p>
      <w:r>
        <w:br/>
        <w:t>Амфіон&lt;br /&gt;</w:t>
        <w:br/>
        <w:t>(тихо до Зета)&lt;br /&gt;</w:t>
        <w:br/>
        <w:t>Шкода! Здається, духу вже не стане.</w:t>
      </w:r>
    </w:p>
    <w:p>
      <w:r>
        <w:br/>
        <w:t>Орфей притуляє цівницю до уст і видає такий тремтячий, жалібливий тон, що дужий Зет не видержує і заливається слізьми, як дитина. Амфіон стоїть замислений, опустивши руки, і з суворою тугою дивиться в землю. Тихий, але проймаючий спів свирілі стелиться полониною і лине в далекі нетрі й хащі. З нетрів починають виходити люди, сторожко наближаються до міста, тулячись попід мурами. Герої в смутку своєму нічого того не бачать і не чують приглушених розмов юрби.</w:t>
      </w:r>
    </w:p>
    <w:p>
      <w:r>
        <w:br/>
        <w:t>Перший чоловік&lt;br /&gt;</w:t>
        <w:br/>
        <w:t>Вони вже не будують?</w:t>
      </w:r>
    </w:p>
    <w:p>
      <w:r>
        <w:br/>
        <w:t>Другий&lt;br /&gt;</w:t>
        <w:br/>
        <w:t>Цить.</w:t>
      </w:r>
    </w:p>
    <w:p>
      <w:r>
        <w:br/>
        <w:t>Третій&lt;br /&gt;</w:t>
        <w:br/>
        <w:t>Він грає?</w:t>
      </w:r>
    </w:p>
    <w:p>
      <w:r>
        <w:br/>
        <w:t>Четвертий&lt;br /&gt;</w:t>
        <w:br/>
        <w:t>Він вже давно не грав.</w:t>
      </w:r>
    </w:p>
    <w:p>
      <w:r>
        <w:br/>
        <w:t>П’ятий&lt;br /&gt;</w:t>
        <w:br/>
        <w:t>Чи то лихий,&lt;br /&gt;</w:t>
        <w:br/>
        <w:t>чи добрий знак, що він до гри узявся!</w:t>
      </w:r>
    </w:p>
    <w:p>
      <w:r>
        <w:br/>
        <w:t>Шостий&lt;br /&gt;</w:t>
        <w:br/>
        <w:t>Не знаю.</w:t>
      </w:r>
    </w:p>
    <w:p>
      <w:r>
        <w:br/>
        <w:t>Перший&lt;br /&gt;</w:t>
        <w:br/>
        <w:t>Хто ж нам буде мурувати,&lt;br /&gt;</w:t>
        <w:br/>
        <w:t>коли герой узявся до свирілі?</w:t>
      </w:r>
    </w:p>
    <w:p>
      <w:r>
        <w:br/>
        <w:t>Другий&lt;br /&gt;</w:t>
        <w:br/>
        <w:t>Спитав би краще, хто нам буде грати,&lt;br /&gt;</w:t>
        <w:br/>
        <w:t>як він замовкне.</w:t>
      </w:r>
    </w:p>
    <w:p>
      <w:r>
        <w:br/>
        <w:t>Юрба слухає зачарована.</w:t>
      </w:r>
    </w:p>
    <w:p>
      <w:r>
        <w:br/>
        <w:t>Перший&lt;br /&gt;</w:t>
        <w:br/>
        <w:t>Чом же тії двоє&lt;br /&gt;</w:t>
        <w:br/>
        <w:t>до праці не стають?</w:t>
      </w:r>
    </w:p>
    <w:p>
      <w:r>
        <w:br/>
        <w:t>Другий&lt;br /&gt;</w:t>
        <w:br/>
        <w:t>А ти стаєш?</w:t>
      </w:r>
    </w:p>
    <w:p>
      <w:r>
        <w:br/>
        <w:t>Перший&lt;br /&gt;</w:t>
        <w:br/>
        <w:t>Що ж я? Вони герої, мають силу,&lt;br /&gt;</w:t>
        <w:br/>
        <w:t>повинні працювать.</w:t>
      </w:r>
    </w:p>
    <w:p>
      <w:r>
        <w:br/>
        <w:t>Другий&lt;br /&gt;</w:t>
        <w:br/>
        <w:t>Вони сумують.&lt;br /&gt;</w:t>
        <w:br/>
        <w:t>Чи ти ж не бачиш?</w:t>
      </w:r>
    </w:p>
    <w:p>
      <w:r>
        <w:br/>
        <w:t>Перший&lt;br /&gt;</w:t>
        <w:br/>
        <w:t>Смуток не робота.&lt;br /&gt;</w:t>
        <w:br/>
        <w:t>Вони могли б і в смутку працювати.</w:t>
      </w:r>
    </w:p>
    <w:p>
      <w:r>
        <w:br/>
        <w:t>Другий&lt;br /&gt;</w:t>
        <w:br/>
        <w:t>Попробуй сам хоч раз.&lt;br /&gt;</w:t>
        <w:br/>
        <w:t>Перший&lt;br /&gt;</w:t>
        <w:br/>
        <w:t>(засоромлений, але ховає те під зневажливим тоном)&lt;br /&gt;</w:t>
        <w:br/>
        <w:t>Велике діло!&lt;br /&gt;</w:t>
        <w:br/>
        <w:t>(Береться мурувати на тому виломі, де працював Амфіон.)&lt;br /&gt;</w:t>
        <w:br/>
        <w:t>Поміг би й ти, то не відпали б руки.</w:t>
      </w:r>
    </w:p>
    <w:p>
      <w:r>
        <w:br/>
        <w:t>Другий&lt;br /&gt;</w:t>
        <w:br/>
        <w:t>(стаючи до роботи, іншим)&lt;br /&gt;</w:t>
        <w:br/>
        <w:t>Ходіть і ви. Ми, звісно, не герої,&lt;br /&gt;</w:t>
        <w:br/>
        <w:t>але ж нас гурт. Се навіть і негідно,&lt;br /&gt;</w:t>
        <w:br/>
        <w:t>що ми їх трьох покинули отак.&lt;br /&gt;</w:t>
        <w:br/>
        <w:t>Коли Орфей умре тепер від втоми,&lt;br /&gt;</w:t>
        <w:br/>
        <w:t>то сорому не збудемось повік.</w:t>
      </w:r>
    </w:p>
    <w:p>
      <w:r>
        <w:br/>
        <w:t>Третій&lt;br /&gt;</w:t>
        <w:br/>
        <w:t>А я й не знав, що він так може грати.</w:t>
      </w:r>
    </w:p>
    <w:p>
      <w:r>
        <w:br/>
        <w:t>Зет&lt;br /&gt;</w:t>
        <w:br/>
        <w:t>(до Амфіона)&lt;br /&gt;</w:t>
        <w:br/>
        <w:t>Тепер я вірю в те, що й дикі звірі&lt;br /&gt;</w:t>
        <w:br/>
        <w:t>його музики слухали!</w:t>
      </w:r>
    </w:p>
    <w:p>
      <w:r>
        <w:br/>
        <w:t>Амфіон&lt;br /&gt;</w:t>
        <w:br/>
        <w:t>Я в тому&lt;br /&gt;</w:t>
        <w:br/>
        <w:t>зовсім не бачу дива.</w:t>
      </w:r>
    </w:p>
    <w:p>
      <w:r>
        <w:br/>
        <w:t>Другий&lt;br /&gt;</w:t>
        <w:br/>
        <w:t>(до першого)&lt;br /&gt;</w:t>
        <w:br/>
        <w:t>Чи ти чуєш,&lt;br /&gt;</w:t>
        <w:br/>
        <w:t>про що вони згадали?&lt;br /&gt;</w:t>
        <w:br/>
        <w:t>(До інших.)&lt;br /&gt;</w:t>
        <w:br/>
        <w:t>Мусим, браття,&lt;br /&gt;</w:t>
        <w:br/>
        <w:t>їм показати, що таки ж ми люди,&lt;br /&gt;</w:t>
        <w:br/>
        <w:t>хоч не герої. Ось берімся втрьох&lt;br /&gt;</w:t>
        <w:br/>
        <w:t>до тої каменюки та й котімо&lt;br /&gt;</w:t>
        <w:br/>
        <w:t>до вилому.</w:t>
      </w:r>
    </w:p>
    <w:p>
      <w:r>
        <w:br/>
        <w:t>Перший&lt;br /&gt;</w:t>
        <w:br/>
        <w:t>Нетесана вона.</w:t>
      </w:r>
    </w:p>
    <w:p>
      <w:r>
        <w:br/>
        <w:t>Другий&lt;br /&gt;</w:t>
        <w:br/>
        <w:t>Дарма, зате велика! Швидше буде.</w:t>
      </w:r>
    </w:p>
    <w:p>
      <w:r>
        <w:br/>
        <w:t>Гурток людей котить покинуту Зетом брилу до вилому і закриває його. Інші носять каміння і замуровують прогалину. Робота посувається швидко, і найбільші виломи вже закрито.</w:t>
      </w:r>
    </w:p>
    <w:p>
      <w:r>
        <w:br/>
        <w:t>Перший&lt;br /&gt;</w:t>
        <w:br/>
        <w:t>(ніяково поглядаючи на нерівно виведену частину муру, зложену з нетесаного каміння)&lt;br /&gt;</w:t>
        <w:br/>
        <w:t>Робота наша щось не дуже гарна.</w:t>
      </w:r>
    </w:p>
    <w:p>
      <w:r>
        <w:br/>
        <w:t>Другий&lt;br /&gt;</w:t>
        <w:br/>
        <w:t>Та вже нічого, добре буде й так.&lt;br /&gt;</w:t>
        <w:br/>
        <w:t>Зате Орфей не буде рук трудити.&lt;br /&gt;</w:t>
        <w:br/>
        <w:t>(Спиняється і прислухається до музики.)&lt;br /&gt;</w:t>
        <w:br/>
        <w:t>Ну, й грає ж! Певне, син він Аполлона!&lt;br /&gt;</w:t>
        <w:br/>
        <w:t>Такий митець – і був у нас як раб…&lt;br /&gt;</w:t>
        <w:br/>
        <w:t>Чи то ж пробачать нам боги за теє?</w:t>
      </w:r>
    </w:p>
    <w:p>
      <w:r>
        <w:br/>
        <w:t>Перший&lt;br /&gt;</w:t>
        <w:br/>
        <w:t>На ділі каймося, не на словах.&lt;br /&gt;</w:t>
        <w:br/>
        <w:t>Робота стає ще живішою.</w:t>
      </w:r>
    </w:p>
    <w:p>
      <w:r>
        <w:br/>
        <w:t>Третій&lt;br /&gt;</w:t>
        <w:br/>
        <w:t>От і не видно, як кінець роботі!&lt;br /&gt;</w:t>
        <w:br/>
        <w:t>Не так воно вже й тяжко!</w:t>
      </w:r>
    </w:p>
    <w:p>
      <w:r>
        <w:br/>
        <w:t>Четвертий&lt;br /&gt;</w:t>
        <w:br/>
        <w:t>Ба, не тяжко,&lt;br /&gt;</w:t>
        <w:br/>
        <w:t>як підмурівок є, кутки й остої!&lt;br /&gt;</w:t>
        <w:br/>
        <w:t>А ти б спочатку взявся.</w:t>
      </w:r>
    </w:p>
    <w:p>
      <w:r>
        <w:br/>
        <w:t>Третій&lt;br /&gt;</w:t>
        <w:br/>
        <w:t>Я б і взявся,&lt;br /&gt;</w:t>
        <w:br/>
        <w:t>якби мене покликано спочатку.&lt;br /&gt;</w:t>
        <w:br/>
        <w:t>А чом же ти не брався?</w:t>
      </w:r>
    </w:p>
    <w:p>
      <w:r>
        <w:br/>
        <w:t>Четвертий&lt;br /&gt;</w:t>
        <w:br/>
        <w:t>Я не вірив,&lt;br /&gt;</w:t>
        <w:br/>
        <w:t>що з того мурування буде діло.</w:t>
      </w:r>
    </w:p>
    <w:p>
      <w:r>
        <w:br/>
        <w:t>Третій&lt;br /&gt;</w:t>
        <w:br/>
        <w:t>Чому ж тепер повірив?</w:t>
      </w:r>
    </w:p>
    <w:p>
      <w:r>
        <w:br/>
        <w:t>Четвертий&lt;br /&gt;</w:t>
        <w:br/>
        <w:t>Я не знаю.&lt;br /&gt;</w:t>
        <w:br/>
        <w:t>Щось наче вдарило мене по серці,&lt;br /&gt;</w:t>
        <w:br/>
        <w:t>як я почув свирілі сеї голос.</w:t>
      </w:r>
    </w:p>
    <w:p>
      <w:r>
        <w:br/>
        <w:t>Робота вже майже доходить до кінця, коли Орфей раптом перестає грати. Юрба спиняється з роботою.</w:t>
      </w:r>
    </w:p>
    <w:p>
      <w:r>
        <w:br/>
        <w:t>Четвертий&lt;br /&gt;</w:t>
        <w:br/>
        <w:t>Щось потемніло наче.</w:t>
      </w:r>
    </w:p>
    <w:p>
      <w:r>
        <w:br/>
        <w:t>Другий&lt;br /&gt;</w:t>
        <w:br/>
        <w:t>Вже ж бо вечір.</w:t>
      </w:r>
    </w:p>
    <w:p>
      <w:r>
        <w:br/>
        <w:t>Перший&lt;br /&gt;</w:t>
        <w:br/>
        <w:t>Ой лихо! Що, коли надійде ворог?</w:t>
      </w:r>
    </w:p>
    <w:p>
      <w:r>
        <w:br/>
        <w:t>Третій&lt;br /&gt;</w:t>
        <w:br/>
        <w:t>Втікаймо!</w:t>
      </w:r>
    </w:p>
    <w:p>
      <w:r>
        <w:br/>
        <w:t>Четвертий&lt;br /&gt;</w:t>
        <w:br/>
        <w:t>Що, як в засідках засів?</w:t>
      </w:r>
    </w:p>
    <w:p>
      <w:r>
        <w:br/>
        <w:t>П’ятий&lt;br /&gt;</w:t>
        <w:br/>
        <w:t>Що, як перейме нас?</w:t>
      </w:r>
    </w:p>
    <w:p>
      <w:r>
        <w:br/>
        <w:t>Шостий&lt;br /&gt;</w:t>
        <w:br/>
        <w:t>Ховаймось в місто.&lt;br /&gt;</w:t>
        <w:br/>
        <w:t>Се безпечніше: мур уже чималий.</w:t>
      </w:r>
    </w:p>
    <w:p>
      <w:r>
        <w:br/>
        <w:t>Юрба ховається в місто за мур.</w:t>
      </w:r>
    </w:p>
    <w:p>
      <w:r>
        <w:br/>
        <w:t>Орфей&lt;br /&gt;</w:t>
        <w:br/>
        <w:t>(до Зета і Амфіона зо страхом і докором)&lt;br /&gt;</w:t>
        <w:br/>
        <w:t>Товариші! Ви стоїте без діла?&lt;br /&gt;</w:t>
        <w:br/>
        <w:t>Вже вечоріє! Вже роса упала!</w:t>
      </w:r>
    </w:p>
    <w:p>
      <w:r>
        <w:br/>
        <w:t>Амфіон&lt;br /&gt;</w:t>
        <w:br/>
        <w:t>(здержуючи тривогу, розважно)&lt;br /&gt;</w:t>
        <w:br/>
        <w:t>Нічого. Посвіжіло, се і краще.&lt;br /&gt;</w:t>
        <w:br/>
        <w:t>Тепер ми, відпочивши, надолужим.</w:t>
      </w:r>
    </w:p>
    <w:p>
      <w:r>
        <w:br/>
        <w:t>Зет&lt;br /&gt;</w:t>
        <w:br/>
        <w:t>(обернувшись і глянувши на мури)&lt;br /&gt;</w:t>
        <w:br/>
        <w:t>Гей, браття! Диво сталося, дивіться!&lt;br /&gt;</w:t>
        <w:br/>
        <w:t>Адже ж таки послухало каміння!</w:t>
      </w:r>
    </w:p>
    <w:p>
      <w:r>
        <w:br/>
        <w:t>[2.02.1913, Єгипет]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Триптих 2. Орфеєве чудо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